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A96103" w14:textId="594003C1" w:rsidR="00BA05D3" w:rsidRDefault="004E68BE">
      <w:r>
        <w:rPr>
          <w:noProof/>
        </w:rPr>
        <w:drawing>
          <wp:anchor distT="0" distB="0" distL="114300" distR="114300" simplePos="0" relativeHeight="251658240" behindDoc="0" locked="0" layoutInCell="1" allowOverlap="1" wp14:anchorId="07DCDDC8" wp14:editId="7D2A7B83">
            <wp:simplePos x="0" y="0"/>
            <wp:positionH relativeFrom="margin">
              <wp:align>center</wp:align>
            </wp:positionH>
            <wp:positionV relativeFrom="margin">
              <wp:align>center</wp:align>
            </wp:positionV>
            <wp:extent cx="7772400" cy="10058619"/>
            <wp:effectExtent l="0" t="0" r="0" b="0"/>
            <wp:wrapNone/>
            <wp:docPr id="109542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42639" name="Picture 109542639"/>
                    <pic:cNvPicPr/>
                  </pic:nvPicPr>
                  <pic:blipFill>
                    <a:blip r:embed="rId8"/>
                    <a:stretch>
                      <a:fillRect/>
                    </a:stretch>
                  </pic:blipFill>
                  <pic:spPr>
                    <a:xfrm>
                      <a:off x="0" y="0"/>
                      <a:ext cx="7772400" cy="10058619"/>
                    </a:xfrm>
                    <a:prstGeom prst="rect">
                      <a:avLst/>
                    </a:prstGeom>
                  </pic:spPr>
                </pic:pic>
              </a:graphicData>
            </a:graphic>
            <wp14:sizeRelH relativeFrom="page">
              <wp14:pctWidth>0</wp14:pctWidth>
            </wp14:sizeRelH>
            <wp14:sizeRelV relativeFrom="page">
              <wp14:pctHeight>0</wp14:pctHeight>
            </wp14:sizeRelV>
          </wp:anchor>
        </w:drawing>
      </w:r>
    </w:p>
    <w:p w14:paraId="6DFB65E3" w14:textId="114AB339" w:rsidR="00BA05D3" w:rsidRDefault="00BA05D3">
      <w:pPr>
        <w:spacing w:after="100"/>
        <w:jc w:val="center"/>
      </w:pPr>
    </w:p>
    <w:p w14:paraId="62D227C9" w14:textId="77777777" w:rsidR="00BA05D3" w:rsidRDefault="002B77C4">
      <w:r>
        <w:br w:type="page"/>
      </w:r>
    </w:p>
    <w:tbl>
      <w:tblPr>
        <w:tblW w:w="0" w:type="auto"/>
        <w:jc w:val="center"/>
        <w:tblLayout w:type="fixed"/>
        <w:tblLook w:val="04A0" w:firstRow="1" w:lastRow="0" w:firstColumn="1" w:lastColumn="0" w:noHBand="0" w:noVBand="1"/>
      </w:tblPr>
      <w:tblGrid>
        <w:gridCol w:w="10454"/>
      </w:tblGrid>
      <w:tr w:rsidR="00BA05D3" w14:paraId="3EE3DC7C" w14:textId="77777777" w:rsidTr="004E68BE">
        <w:trPr>
          <w:jc w:val="center"/>
        </w:trPr>
        <w:tc>
          <w:tcPr>
            <w:tcW w:w="10454" w:type="dxa"/>
            <w:tcBorders>
              <w:top w:val="nil"/>
              <w:left w:val="nil"/>
              <w:bottom w:val="nil"/>
              <w:right w:val="nil"/>
            </w:tcBorders>
            <w:tcMar>
              <w:top w:w="205" w:type="dxa"/>
              <w:left w:w="120" w:type="dxa"/>
              <w:bottom w:w="190" w:type="dxa"/>
              <w:right w:w="120" w:type="dxa"/>
            </w:tcMar>
          </w:tcPr>
          <w:p w14:paraId="334D31CC" w14:textId="41EE968E" w:rsidR="00BA05D3" w:rsidRPr="00A60D77" w:rsidRDefault="004E68BE" w:rsidP="004E68BE">
            <w:pPr>
              <w:spacing w:after="60"/>
              <w:rPr>
                <w:color w:val="028CC3"/>
              </w:rPr>
            </w:pPr>
            <w:r w:rsidRPr="00A60D77">
              <w:rPr>
                <w:b/>
                <w:color w:val="028CC3"/>
                <w:sz w:val="50"/>
              </w:rPr>
              <w:lastRenderedPageBreak/>
              <w:t>PROGRAM DESCRIPTION</w:t>
            </w:r>
          </w:p>
          <w:p w14:paraId="337C3401" w14:textId="0C484243" w:rsidR="00BA05D3" w:rsidRPr="004E68BE" w:rsidRDefault="004E68BE" w:rsidP="004E68BE">
            <w:pPr>
              <w:rPr>
                <w:rFonts w:ascii="Josefin Sans Thin" w:hAnsi="Josefin Sans Thin"/>
                <w:i/>
                <w:iCs/>
              </w:rPr>
            </w:pPr>
            <w:r w:rsidRPr="004E68BE">
              <w:rPr>
                <w:rFonts w:ascii="Josefin Sans Thin" w:hAnsi="Josefin Sans Thin"/>
                <w:i/>
                <w:iCs/>
                <w:color w:val="028CC3"/>
                <w:sz w:val="40"/>
                <w:szCs w:val="24"/>
              </w:rPr>
              <w:t xml:space="preserve">president’s leadership circle </w:t>
            </w:r>
          </w:p>
        </w:tc>
      </w:tr>
    </w:tbl>
    <w:p w14:paraId="468E5DE2" w14:textId="45D61C92" w:rsidR="00BA05D3" w:rsidRDefault="00DC6488">
      <w:r>
        <w:rPr>
          <w:noProof/>
          <w:color w:val="028CC3"/>
        </w:rPr>
        <mc:AlternateContent>
          <mc:Choice Requires="wps">
            <w:drawing>
              <wp:anchor distT="0" distB="0" distL="114300" distR="114300" simplePos="0" relativeHeight="251660288" behindDoc="0" locked="0" layoutInCell="1" allowOverlap="1" wp14:anchorId="0CE8D361" wp14:editId="4C848B4F">
                <wp:simplePos x="0" y="0"/>
                <wp:positionH relativeFrom="column">
                  <wp:posOffset>4326492</wp:posOffset>
                </wp:positionH>
                <wp:positionV relativeFrom="paragraph">
                  <wp:posOffset>94671</wp:posOffset>
                </wp:positionV>
                <wp:extent cx="2392680" cy="3104940"/>
                <wp:effectExtent l="0" t="0" r="0" b="0"/>
                <wp:wrapNone/>
                <wp:docPr id="662274089" name="Text Box 5"/>
                <wp:cNvGraphicFramePr/>
                <a:graphic xmlns:a="http://schemas.openxmlformats.org/drawingml/2006/main">
                  <a:graphicData uri="http://schemas.microsoft.com/office/word/2010/wordprocessingShape">
                    <wps:wsp>
                      <wps:cNvSpPr txBox="1"/>
                      <wps:spPr>
                        <a:xfrm>
                          <a:off x="0" y="0"/>
                          <a:ext cx="2392680" cy="3104940"/>
                        </a:xfrm>
                        <a:prstGeom prst="rect">
                          <a:avLst/>
                        </a:prstGeom>
                        <a:noFill/>
                        <a:ln w="6350">
                          <a:noFill/>
                        </a:ln>
                      </wps:spPr>
                      <wps:txbx>
                        <w:txbxContent>
                          <w:p w14:paraId="4ECC644F" w14:textId="77777777" w:rsidR="00C62F5F" w:rsidRPr="00DC6488" w:rsidRDefault="00C62F5F" w:rsidP="00C62F5F">
                            <w:pPr>
                              <w:spacing w:after="120" w:line="360" w:lineRule="auto"/>
                              <w:rPr>
                                <w:color w:val="028CC3"/>
                                <w:sz w:val="22"/>
                              </w:rPr>
                            </w:pPr>
                            <w:r w:rsidRPr="00DC6488">
                              <w:rPr>
                                <w:color w:val="028CC3"/>
                                <w:sz w:val="22"/>
                              </w:rPr>
                              <w:t>The President’s Leadership Circle (PLC) is a youth leadership and service program that develops high school students through structured volunteer service, leadership training, exposure to professionals, reflection, and civic engagement.</w:t>
                            </w:r>
                          </w:p>
                          <w:p w14:paraId="4934A57F" w14:textId="12311972" w:rsidR="00C62F5F" w:rsidRPr="00DC6488" w:rsidRDefault="00C62F5F" w:rsidP="00C62F5F">
                            <w:pPr>
                              <w:spacing w:line="360" w:lineRule="auto"/>
                              <w:rPr>
                                <w:sz w:val="22"/>
                              </w:rPr>
                            </w:pPr>
                            <w:r w:rsidRPr="00DC6488">
                              <w:rPr>
                                <w:b/>
                                <w:color w:val="028CC3"/>
                                <w:sz w:val="22"/>
                              </w:rPr>
                              <w:t>Strong PLC applicants demonstrate dependable service, initiative, thoughtful reflection, respect for others, realistic availability, and a willingness to lead by example.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CE8D361" id="_x0000_t202" coordsize="21600,21600" o:spt="202" path="m,l,21600r21600,l21600,xe">
                <v:stroke joinstyle="miter"/>
                <v:path gradientshapeok="t" o:connecttype="rect"/>
              </v:shapetype>
              <v:shape id="Text Box 5" o:spid="_x0000_s1026" type="#_x0000_t202" style="position:absolute;margin-left:340.65pt;margin-top:7.45pt;width:188.4pt;height:244.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" filled="f" stroked="f" strokeweight=".5pt">
                <v:textbox>
                  <w:txbxContent>
                    <w:p w14:paraId="4ECC644F" w14:textId="77777777" w:rsidR="00C62F5F" w:rsidRPr="00DC6488" w:rsidRDefault="00C62F5F" w:rsidP="00C62F5F">
                      <w:pPr>
                        <w:spacing w:after="120" w:line="360" w:lineRule="auto"/>
                        <w:rPr>
                          <w:color w:val="028CC3"/>
                          <w:sz w:val="22"/>
                        </w:rPr>
                      </w:pPr>
                      <w:r w:rsidRPr="00DC6488">
                        <w:rPr>
                          <w:color w:val="028CC3"/>
                          <w:sz w:val="22"/>
                        </w:rPr>
                        <w:t>The President’s Leadership Circle (PLC) is a youth leadership and service program that develops high school students through structured volunteer service, leadership training, exposure to professionals, reflection, and civic engagement.</w:t>
                      </w:r>
                    </w:p>
                    <w:p w14:paraId="4934A57F" w14:textId="12311972" w:rsidR="00C62F5F" w:rsidRPr="00DC6488" w:rsidRDefault="00C62F5F" w:rsidP="00C62F5F">
                      <w:pPr>
                        <w:spacing w:line="360" w:lineRule="auto"/>
                        <w:rPr>
                          <w:sz w:val="22"/>
                        </w:rPr>
                      </w:pPr>
                      <w:r w:rsidRPr="00DC6488">
                        <w:rPr>
                          <w:b/>
                          <w:color w:val="028CC3"/>
                          <w:sz w:val="22"/>
                        </w:rPr>
                        <w:t>Strong PLC applicants demonstrate dependable service, initiative, thoughtful reflection, respect for others, realistic availability, and a willingness to lead by example.</w:t>
                      </w:r>
                    </w:p>
                  </w:txbxContent>
                </v:textbox>
              </v:shape>
            </w:pict>
          </mc:Fallback>
        </mc:AlternateContent>
      </w:r>
      <w:r w:rsidR="00EF785A">
        <w:rPr>
          <w:b/>
          <w:noProof/>
          <w:color w:val="67B83E"/>
          <w:sz w:val="31"/>
        </w:rPr>
        <w:drawing>
          <wp:anchor distT="0" distB="0" distL="114300" distR="114300" simplePos="0" relativeHeight="251659264" behindDoc="0" locked="0" layoutInCell="1" allowOverlap="1" wp14:anchorId="0486C47E" wp14:editId="7B9C5F0F">
            <wp:simplePos x="0" y="0"/>
            <wp:positionH relativeFrom="column">
              <wp:posOffset>75202</wp:posOffset>
            </wp:positionH>
            <wp:positionV relativeFrom="paragraph">
              <wp:posOffset>77925</wp:posOffset>
            </wp:positionV>
            <wp:extent cx="4073525" cy="2884714"/>
            <wp:effectExtent l="0" t="0" r="3175" b="0"/>
            <wp:wrapNone/>
            <wp:docPr id="20263097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309704" name="Picture 2026309704"/>
                    <pic:cNvPicPr/>
                  </pic:nvPicPr>
                  <pic:blipFill rotWithShape="1">
                    <a:blip r:embed="rId9"/>
                    <a:srcRect l="25168" t="22291" r="20881" b="20390"/>
                    <a:stretch>
                      <a:fillRect/>
                    </a:stretch>
                  </pic:blipFill>
                  <pic:spPr bwMode="auto">
                    <a:xfrm>
                      <a:off x="0" y="0"/>
                      <a:ext cx="4073525" cy="288471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W w:w="0" w:type="auto"/>
        <w:jc w:val="center"/>
        <w:tblLayout w:type="fixed"/>
        <w:tblLook w:val="04A0" w:firstRow="1" w:lastRow="0" w:firstColumn="1" w:lastColumn="0" w:noHBand="0" w:noVBand="1"/>
      </w:tblPr>
      <w:tblGrid>
        <w:gridCol w:w="5227"/>
        <w:gridCol w:w="5227"/>
      </w:tblGrid>
      <w:tr w:rsidR="00BA05D3" w14:paraId="7329417D" w14:textId="77777777">
        <w:trPr>
          <w:jc w:val="center"/>
        </w:trPr>
        <w:tc>
          <w:tcPr>
            <w:tcW w:w="5227" w:type="dxa"/>
            <w:tcBorders>
              <w:top w:val="nil"/>
              <w:left w:val="nil"/>
              <w:bottom w:val="nil"/>
              <w:right w:val="nil"/>
            </w:tcBorders>
            <w:vAlign w:val="center"/>
          </w:tcPr>
          <w:p w14:paraId="5EB482F6" w14:textId="24B5CD5A" w:rsidR="00BA05D3" w:rsidRDefault="00BA05D3">
            <w:pPr>
              <w:jc w:val="center"/>
            </w:pPr>
          </w:p>
        </w:tc>
        <w:tc>
          <w:tcPr>
            <w:tcW w:w="5227" w:type="dxa"/>
            <w:tcBorders>
              <w:top w:val="nil"/>
              <w:left w:val="nil"/>
              <w:bottom w:val="nil"/>
              <w:right w:val="nil"/>
            </w:tcBorders>
            <w:tcMar>
              <w:top w:w="40" w:type="dxa"/>
              <w:left w:w="80" w:type="dxa"/>
              <w:bottom w:w="40" w:type="dxa"/>
              <w:right w:w="40" w:type="dxa"/>
            </w:tcMar>
          </w:tcPr>
          <w:p w14:paraId="201F7DC9" w14:textId="51E260A0" w:rsidR="00BA05D3" w:rsidRPr="004E68BE" w:rsidRDefault="00BA05D3">
            <w:pPr>
              <w:spacing w:after="60"/>
              <w:rPr>
                <w:color w:val="028CC3"/>
              </w:rPr>
            </w:pPr>
          </w:p>
        </w:tc>
      </w:tr>
    </w:tbl>
    <w:p w14:paraId="7C374F4C" w14:textId="2772C6E2" w:rsidR="00C65A70" w:rsidRDefault="00C65A70">
      <w:pPr>
        <w:keepNext/>
        <w:spacing w:before="60" w:after="100"/>
        <w:rPr>
          <w:b/>
          <w:color w:val="67B83E"/>
          <w:sz w:val="31"/>
        </w:rPr>
      </w:pPr>
    </w:p>
    <w:p w14:paraId="47A6C2F4" w14:textId="49A2947E" w:rsidR="00C62F5F" w:rsidRDefault="00C62F5F">
      <w:pPr>
        <w:keepNext/>
        <w:spacing w:before="60" w:after="100"/>
        <w:rPr>
          <w:b/>
          <w:color w:val="67B83E"/>
          <w:sz w:val="31"/>
        </w:rPr>
      </w:pPr>
    </w:p>
    <w:p w14:paraId="6D142A14" w14:textId="5D27F0C1" w:rsidR="00C62F5F" w:rsidRDefault="00C62F5F">
      <w:pPr>
        <w:keepNext/>
        <w:spacing w:before="60" w:after="100"/>
        <w:rPr>
          <w:b/>
          <w:color w:val="67B83E"/>
          <w:sz w:val="31"/>
        </w:rPr>
      </w:pPr>
    </w:p>
    <w:p w14:paraId="49BA38AF" w14:textId="7D268A0C" w:rsidR="00C62F5F" w:rsidRDefault="00C62F5F">
      <w:pPr>
        <w:keepNext/>
        <w:spacing w:before="60" w:after="100"/>
        <w:rPr>
          <w:b/>
          <w:color w:val="67B83E"/>
          <w:sz w:val="31"/>
        </w:rPr>
      </w:pPr>
    </w:p>
    <w:p w14:paraId="6B66B669" w14:textId="77777777" w:rsidR="00C62F5F" w:rsidRDefault="00C62F5F">
      <w:pPr>
        <w:keepNext/>
        <w:spacing w:before="60" w:after="100"/>
        <w:rPr>
          <w:b/>
          <w:color w:val="67B83E"/>
          <w:sz w:val="31"/>
        </w:rPr>
      </w:pPr>
    </w:p>
    <w:p w14:paraId="28954F9A" w14:textId="78FCDA07" w:rsidR="00C62F5F" w:rsidRDefault="00C62F5F">
      <w:pPr>
        <w:keepNext/>
        <w:spacing w:before="60" w:after="100"/>
        <w:rPr>
          <w:b/>
          <w:color w:val="67B83E"/>
          <w:sz w:val="31"/>
        </w:rPr>
      </w:pPr>
    </w:p>
    <w:p w14:paraId="5589B57A" w14:textId="04A8B197" w:rsidR="00C62F5F" w:rsidRDefault="00C62F5F">
      <w:pPr>
        <w:keepNext/>
        <w:spacing w:before="60" w:after="100"/>
        <w:rPr>
          <w:b/>
          <w:color w:val="67B83E"/>
          <w:sz w:val="31"/>
        </w:rPr>
      </w:pPr>
    </w:p>
    <w:p w14:paraId="72F7E706" w14:textId="77777777" w:rsidR="00C62F5F" w:rsidRDefault="00C62F5F">
      <w:pPr>
        <w:keepNext/>
        <w:spacing w:before="60" w:after="100"/>
        <w:rPr>
          <w:b/>
          <w:color w:val="67B83E"/>
          <w:sz w:val="31"/>
        </w:rPr>
      </w:pPr>
    </w:p>
    <w:p w14:paraId="214ABC0F" w14:textId="77777777" w:rsidR="00C62F5F" w:rsidRDefault="00C62F5F">
      <w:pPr>
        <w:keepNext/>
        <w:spacing w:before="60" w:after="100"/>
        <w:rPr>
          <w:b/>
          <w:color w:val="67B83E"/>
          <w:sz w:val="31"/>
        </w:rPr>
      </w:pPr>
    </w:p>
    <w:p w14:paraId="2DD32804" w14:textId="77777777" w:rsidR="00C62F5F" w:rsidRDefault="00C62F5F">
      <w:pPr>
        <w:keepNext/>
        <w:spacing w:before="60" w:after="100"/>
        <w:rPr>
          <w:b/>
          <w:color w:val="67B83E"/>
          <w:sz w:val="31"/>
        </w:rPr>
      </w:pPr>
    </w:p>
    <w:p w14:paraId="20FB507D" w14:textId="77777777" w:rsidR="00C62F5F" w:rsidRDefault="00C62F5F">
      <w:pPr>
        <w:keepNext/>
        <w:spacing w:before="60" w:after="100"/>
        <w:rPr>
          <w:b/>
          <w:color w:val="67B83E"/>
          <w:sz w:val="31"/>
        </w:rPr>
      </w:pPr>
    </w:p>
    <w:p w14:paraId="7A30FD03" w14:textId="77777777" w:rsidR="00C62F5F" w:rsidRDefault="00C62F5F">
      <w:pPr>
        <w:keepNext/>
        <w:spacing w:before="60" w:after="100"/>
        <w:rPr>
          <w:b/>
          <w:color w:val="67B83E"/>
          <w:sz w:val="31"/>
        </w:rPr>
      </w:pPr>
    </w:p>
    <w:p w14:paraId="10C23E77" w14:textId="78F50960" w:rsidR="00BA05D3" w:rsidRPr="00C62F5F" w:rsidRDefault="00C62F5F" w:rsidP="00C62F5F">
      <w:pPr>
        <w:keepNext/>
        <w:spacing w:before="60" w:after="100"/>
        <w:rPr>
          <w:color w:val="81B34B"/>
          <w:sz w:val="32"/>
          <w:szCs w:val="36"/>
        </w:rPr>
      </w:pPr>
      <w:r>
        <w:rPr>
          <w:b/>
          <w:color w:val="81B34B"/>
          <w:sz w:val="44"/>
          <w:szCs w:val="36"/>
        </w:rPr>
        <w:t xml:space="preserve"> </w:t>
      </w:r>
      <w:r w:rsidR="004E68BE" w:rsidRPr="00C62F5F">
        <w:rPr>
          <w:b/>
          <w:color w:val="81B34B"/>
          <w:sz w:val="44"/>
          <w:szCs w:val="36"/>
        </w:rPr>
        <w:t>THE FIVE PLC PILLARS</w:t>
      </w:r>
    </w:p>
    <w:tbl>
      <w:tblPr>
        <w:tblW w:w="0" w:type="auto"/>
        <w:jc w:val="center"/>
        <w:tblLayout w:type="fixed"/>
        <w:tblLook w:val="04A0" w:firstRow="1" w:lastRow="0" w:firstColumn="1" w:lastColumn="0" w:noHBand="0" w:noVBand="1"/>
      </w:tblPr>
      <w:tblGrid>
        <w:gridCol w:w="2046"/>
        <w:gridCol w:w="2046"/>
        <w:gridCol w:w="2046"/>
        <w:gridCol w:w="2046"/>
        <w:gridCol w:w="2046"/>
      </w:tblGrid>
      <w:tr w:rsidR="00BA05D3" w:rsidRPr="00C65A70" w14:paraId="21E0CF7D" w14:textId="77777777" w:rsidTr="00C62F5F">
        <w:trPr>
          <w:trHeight w:val="572"/>
          <w:jc w:val="center"/>
        </w:trPr>
        <w:tc>
          <w:tcPr>
            <w:tcW w:w="2046" w:type="dxa"/>
            <w:shd w:val="clear" w:color="auto" w:fill="81B34B"/>
            <w:tcMar>
              <w:top w:w="75" w:type="dxa"/>
              <w:left w:w="35" w:type="dxa"/>
              <w:bottom w:w="75" w:type="dxa"/>
              <w:right w:w="35" w:type="dxa"/>
            </w:tcMar>
            <w:vAlign w:val="center"/>
          </w:tcPr>
          <w:p w14:paraId="06E31DFF" w14:textId="77777777" w:rsidR="00BA05D3" w:rsidRPr="00C65A70" w:rsidRDefault="002B77C4" w:rsidP="004E68BE">
            <w:pPr>
              <w:jc w:val="center"/>
              <w:rPr>
                <w:sz w:val="24"/>
                <w:szCs w:val="24"/>
              </w:rPr>
            </w:pPr>
            <w:r w:rsidRPr="00C65A70">
              <w:rPr>
                <w:b/>
                <w:color w:val="FFFFFF"/>
                <w:sz w:val="24"/>
                <w:szCs w:val="24"/>
              </w:rPr>
              <w:t>Leadership Skills</w:t>
            </w:r>
          </w:p>
        </w:tc>
        <w:tc>
          <w:tcPr>
            <w:tcW w:w="2046" w:type="dxa"/>
            <w:shd w:val="clear" w:color="auto" w:fill="7CC6E5"/>
            <w:tcMar>
              <w:top w:w="75" w:type="dxa"/>
              <w:left w:w="35" w:type="dxa"/>
              <w:bottom w:w="75" w:type="dxa"/>
              <w:right w:w="35" w:type="dxa"/>
            </w:tcMar>
            <w:vAlign w:val="center"/>
          </w:tcPr>
          <w:p w14:paraId="52026D0B" w14:textId="77777777" w:rsidR="00BA05D3" w:rsidRPr="00C65A70" w:rsidRDefault="002B77C4" w:rsidP="004E68BE">
            <w:pPr>
              <w:jc w:val="center"/>
              <w:rPr>
                <w:sz w:val="24"/>
                <w:szCs w:val="24"/>
              </w:rPr>
            </w:pPr>
            <w:r w:rsidRPr="00C65A70">
              <w:rPr>
                <w:b/>
                <w:color w:val="FFFFFF"/>
                <w:sz w:val="24"/>
                <w:szCs w:val="24"/>
              </w:rPr>
              <w:t>Community Service</w:t>
            </w:r>
          </w:p>
        </w:tc>
        <w:tc>
          <w:tcPr>
            <w:tcW w:w="2046" w:type="dxa"/>
            <w:shd w:val="clear" w:color="auto" w:fill="81B34B"/>
            <w:tcMar>
              <w:top w:w="75" w:type="dxa"/>
              <w:left w:w="35" w:type="dxa"/>
              <w:bottom w:w="75" w:type="dxa"/>
              <w:right w:w="35" w:type="dxa"/>
            </w:tcMar>
            <w:vAlign w:val="center"/>
          </w:tcPr>
          <w:p w14:paraId="421E1BAF" w14:textId="77777777" w:rsidR="00BA05D3" w:rsidRPr="00C65A70" w:rsidRDefault="002B77C4" w:rsidP="004E68BE">
            <w:pPr>
              <w:jc w:val="center"/>
              <w:rPr>
                <w:sz w:val="24"/>
                <w:szCs w:val="24"/>
              </w:rPr>
            </w:pPr>
            <w:r w:rsidRPr="00C65A70">
              <w:rPr>
                <w:b/>
                <w:color w:val="FFFFFF"/>
                <w:sz w:val="24"/>
                <w:szCs w:val="24"/>
              </w:rPr>
              <w:t>Customer Service</w:t>
            </w:r>
          </w:p>
        </w:tc>
        <w:tc>
          <w:tcPr>
            <w:tcW w:w="2046" w:type="dxa"/>
            <w:shd w:val="clear" w:color="auto" w:fill="7CC6E5"/>
            <w:tcMar>
              <w:top w:w="75" w:type="dxa"/>
              <w:left w:w="35" w:type="dxa"/>
              <w:bottom w:w="75" w:type="dxa"/>
              <w:right w:w="35" w:type="dxa"/>
            </w:tcMar>
            <w:vAlign w:val="center"/>
          </w:tcPr>
          <w:p w14:paraId="1818D681" w14:textId="77777777" w:rsidR="00BA05D3" w:rsidRPr="00C65A70" w:rsidRDefault="002B77C4" w:rsidP="004E68BE">
            <w:pPr>
              <w:jc w:val="center"/>
              <w:rPr>
                <w:sz w:val="24"/>
                <w:szCs w:val="24"/>
              </w:rPr>
            </w:pPr>
            <w:r w:rsidRPr="00C65A70">
              <w:rPr>
                <w:b/>
                <w:color w:val="FFFFFF"/>
                <w:sz w:val="24"/>
                <w:szCs w:val="24"/>
              </w:rPr>
              <w:t>Cultural Diversity</w:t>
            </w:r>
          </w:p>
        </w:tc>
        <w:tc>
          <w:tcPr>
            <w:tcW w:w="2046" w:type="dxa"/>
            <w:shd w:val="clear" w:color="auto" w:fill="81B34B"/>
            <w:tcMar>
              <w:top w:w="75" w:type="dxa"/>
              <w:left w:w="35" w:type="dxa"/>
              <w:bottom w:w="75" w:type="dxa"/>
              <w:right w:w="35" w:type="dxa"/>
            </w:tcMar>
            <w:vAlign w:val="center"/>
          </w:tcPr>
          <w:p w14:paraId="0BE9C2BF" w14:textId="35778BF2" w:rsidR="00BA05D3" w:rsidRPr="00C65A70" w:rsidRDefault="002B77C4" w:rsidP="004E68BE">
            <w:pPr>
              <w:jc w:val="center"/>
              <w:rPr>
                <w:sz w:val="24"/>
                <w:szCs w:val="24"/>
              </w:rPr>
            </w:pPr>
            <w:r w:rsidRPr="00C65A70">
              <w:rPr>
                <w:b/>
                <w:color w:val="FFFFFF"/>
                <w:sz w:val="24"/>
                <w:szCs w:val="24"/>
              </w:rPr>
              <w:t xml:space="preserve">College </w:t>
            </w:r>
            <w:r w:rsidR="004E68BE">
              <w:rPr>
                <w:b/>
                <w:color w:val="FFFFFF"/>
                <w:sz w:val="24"/>
                <w:szCs w:val="24"/>
              </w:rPr>
              <w:t>&amp;</w:t>
            </w:r>
            <w:r w:rsidRPr="00C65A70">
              <w:rPr>
                <w:b/>
                <w:color w:val="FFFFFF"/>
                <w:sz w:val="24"/>
                <w:szCs w:val="24"/>
              </w:rPr>
              <w:t xml:space="preserve"> Career Readiness</w:t>
            </w:r>
          </w:p>
        </w:tc>
      </w:tr>
    </w:tbl>
    <w:p w14:paraId="5BF36324" w14:textId="77777777" w:rsidR="00C65A70" w:rsidRDefault="00C65A70">
      <w:pPr>
        <w:keepNext/>
        <w:spacing w:before="60" w:after="100"/>
        <w:rPr>
          <w:b/>
          <w:color w:val="67B83E"/>
          <w:sz w:val="31"/>
        </w:rPr>
      </w:pPr>
    </w:p>
    <w:p w14:paraId="66B85895" w14:textId="77777777" w:rsidR="00C65A70" w:rsidRDefault="00C65A70">
      <w:pPr>
        <w:keepNext/>
        <w:spacing w:before="60" w:after="100"/>
        <w:rPr>
          <w:b/>
          <w:color w:val="67B83E"/>
          <w:sz w:val="31"/>
        </w:rPr>
      </w:pPr>
    </w:p>
    <w:p w14:paraId="1A282C91" w14:textId="77777777" w:rsidR="00C65A70" w:rsidRDefault="00C65A70">
      <w:pPr>
        <w:keepNext/>
        <w:spacing w:before="60" w:after="100"/>
        <w:rPr>
          <w:b/>
          <w:color w:val="67B83E"/>
          <w:sz w:val="31"/>
        </w:rPr>
      </w:pPr>
    </w:p>
    <w:p w14:paraId="070D464F" w14:textId="0ECCA0C0" w:rsidR="00C62F5F" w:rsidRPr="00C62F5F" w:rsidRDefault="00C62F5F" w:rsidP="00C62F5F">
      <w:pPr>
        <w:keepNext/>
        <w:spacing w:before="60" w:after="100"/>
        <w:rPr>
          <w:color w:val="028CC3"/>
          <w:sz w:val="28"/>
          <w:szCs w:val="32"/>
        </w:rPr>
      </w:pPr>
      <w:r>
        <w:rPr>
          <w:color w:val="028CC3"/>
          <w:sz w:val="48"/>
          <w:szCs w:val="52"/>
        </w:rPr>
        <w:t xml:space="preserve"> </w:t>
      </w:r>
      <w:r w:rsidRPr="00C62F5F">
        <w:rPr>
          <w:color w:val="028CC3"/>
          <w:sz w:val="48"/>
          <w:szCs w:val="52"/>
        </w:rPr>
        <w:t>ELIGIBILITY &amp; DATES</w:t>
      </w:r>
      <w:r>
        <w:rPr>
          <w:color w:val="028CC3"/>
          <w:sz w:val="48"/>
          <w:szCs w:val="52"/>
        </w:rPr>
        <w:br/>
      </w:r>
    </w:p>
    <w:tbl>
      <w:tblPr>
        <w:tblW w:w="10330" w:type="dxa"/>
        <w:jc w:val="center"/>
        <w:tblLayout w:type="fixed"/>
        <w:tblLook w:val="04A0" w:firstRow="1" w:lastRow="0" w:firstColumn="1" w:lastColumn="0" w:noHBand="0" w:noVBand="1"/>
      </w:tblPr>
      <w:tblGrid>
        <w:gridCol w:w="3178"/>
        <w:gridCol w:w="7152"/>
      </w:tblGrid>
      <w:tr w:rsidR="00BA05D3" w:rsidRPr="00C62F5F" w14:paraId="173DD2D9" w14:textId="77777777" w:rsidTr="00C62F5F">
        <w:trPr>
          <w:trHeight w:val="644"/>
          <w:jc w:val="center"/>
        </w:trPr>
        <w:tc>
          <w:tcPr>
            <w:tcW w:w="3178" w:type="dxa"/>
            <w:tcMar>
              <w:top w:w="40" w:type="dxa"/>
              <w:left w:w="50" w:type="dxa"/>
              <w:bottom w:w="40" w:type="dxa"/>
              <w:right w:w="50" w:type="dxa"/>
            </w:tcMar>
          </w:tcPr>
          <w:p w14:paraId="121D0F55" w14:textId="418F052A" w:rsidR="00BA05D3" w:rsidRPr="00C62F5F" w:rsidRDefault="00C62F5F" w:rsidP="00C62F5F">
            <w:pPr>
              <w:rPr>
                <w:color w:val="028CC3"/>
                <w:sz w:val="32"/>
                <w:szCs w:val="36"/>
              </w:rPr>
            </w:pPr>
            <w:r w:rsidRPr="00C62F5F">
              <w:rPr>
                <w:b/>
                <w:color w:val="028CC3"/>
                <w:sz w:val="24"/>
                <w:szCs w:val="36"/>
              </w:rPr>
              <w:t>WHO MAY APPLY</w:t>
            </w:r>
          </w:p>
        </w:tc>
        <w:tc>
          <w:tcPr>
            <w:tcW w:w="7152" w:type="dxa"/>
            <w:tcMar>
              <w:top w:w="40" w:type="dxa"/>
              <w:left w:w="50" w:type="dxa"/>
              <w:bottom w:w="40" w:type="dxa"/>
              <w:right w:w="50" w:type="dxa"/>
            </w:tcMar>
          </w:tcPr>
          <w:p w14:paraId="7FE1DF3B" w14:textId="00AA0C6D" w:rsidR="00BA05D3" w:rsidRPr="00C62F5F" w:rsidRDefault="002B77C4" w:rsidP="00C62F5F">
            <w:pPr>
              <w:rPr>
                <w:rFonts w:ascii="Josefin Sans Light" w:hAnsi="Josefin Sans Light"/>
                <w:color w:val="028CC3"/>
                <w:sz w:val="32"/>
                <w:szCs w:val="36"/>
              </w:rPr>
            </w:pPr>
            <w:r w:rsidRPr="00C62F5F">
              <w:rPr>
                <w:rFonts w:ascii="Josefin Sans Light" w:hAnsi="Josefin Sans Light"/>
                <w:color w:val="028CC3"/>
                <w:sz w:val="24"/>
                <w:szCs w:val="36"/>
              </w:rPr>
              <w:t xml:space="preserve">High school students in grades 10-12 who meet </w:t>
            </w:r>
            <w:r w:rsidR="00C62F5F" w:rsidRPr="00C62F5F">
              <w:rPr>
                <w:rFonts w:ascii="Josefin Sans Light" w:hAnsi="Josefin Sans Light"/>
                <w:color w:val="028CC3"/>
                <w:sz w:val="24"/>
                <w:szCs w:val="36"/>
              </w:rPr>
              <w:t>Mississippi Children’s Museum</w:t>
            </w:r>
            <w:r w:rsidRPr="00C62F5F">
              <w:rPr>
                <w:rFonts w:ascii="Josefin Sans Light" w:hAnsi="Josefin Sans Light"/>
                <w:color w:val="028CC3"/>
                <w:sz w:val="24"/>
                <w:szCs w:val="36"/>
              </w:rPr>
              <w:t xml:space="preserve"> volunteer eligibility requirements</w:t>
            </w:r>
          </w:p>
        </w:tc>
      </w:tr>
      <w:tr w:rsidR="00BA05D3" w:rsidRPr="00C62F5F" w14:paraId="0CD0AD97" w14:textId="77777777" w:rsidTr="00C62F5F">
        <w:trPr>
          <w:trHeight w:val="455"/>
          <w:jc w:val="center"/>
        </w:trPr>
        <w:tc>
          <w:tcPr>
            <w:tcW w:w="3178" w:type="dxa"/>
            <w:tcMar>
              <w:top w:w="40" w:type="dxa"/>
              <w:left w:w="50" w:type="dxa"/>
              <w:bottom w:w="40" w:type="dxa"/>
              <w:right w:w="50" w:type="dxa"/>
            </w:tcMar>
          </w:tcPr>
          <w:p w14:paraId="39CE7E6A" w14:textId="749939D1" w:rsidR="00BA05D3" w:rsidRPr="00C62F5F" w:rsidRDefault="00C62F5F" w:rsidP="00C62F5F">
            <w:pPr>
              <w:rPr>
                <w:color w:val="028CC3"/>
                <w:sz w:val="32"/>
                <w:szCs w:val="36"/>
              </w:rPr>
            </w:pPr>
            <w:r w:rsidRPr="00C62F5F">
              <w:rPr>
                <w:b/>
                <w:color w:val="028CC3"/>
                <w:sz w:val="24"/>
                <w:szCs w:val="36"/>
              </w:rPr>
              <w:t>APPLICATION OPENS</w:t>
            </w:r>
          </w:p>
        </w:tc>
        <w:tc>
          <w:tcPr>
            <w:tcW w:w="7152" w:type="dxa"/>
            <w:tcMar>
              <w:top w:w="40" w:type="dxa"/>
              <w:left w:w="50" w:type="dxa"/>
              <w:bottom w:w="40" w:type="dxa"/>
              <w:right w:w="50" w:type="dxa"/>
            </w:tcMar>
          </w:tcPr>
          <w:p w14:paraId="41D46919" w14:textId="77777777" w:rsidR="00BA05D3" w:rsidRPr="00C62F5F" w:rsidRDefault="002B77C4" w:rsidP="00C62F5F">
            <w:pPr>
              <w:rPr>
                <w:rFonts w:ascii="Josefin Sans Light" w:hAnsi="Josefin Sans Light"/>
                <w:color w:val="028CC3"/>
                <w:sz w:val="32"/>
                <w:szCs w:val="36"/>
              </w:rPr>
            </w:pPr>
            <w:r w:rsidRPr="00C62F5F">
              <w:rPr>
                <w:rFonts w:ascii="Josefin Sans Light" w:hAnsi="Josefin Sans Light"/>
                <w:color w:val="028CC3"/>
                <w:sz w:val="24"/>
                <w:szCs w:val="36"/>
              </w:rPr>
              <w:t>Monday, August 17, 2026</w:t>
            </w:r>
          </w:p>
        </w:tc>
      </w:tr>
      <w:tr w:rsidR="00BA05D3" w:rsidRPr="00C62F5F" w14:paraId="75290501" w14:textId="77777777" w:rsidTr="00C62F5F">
        <w:trPr>
          <w:trHeight w:val="464"/>
          <w:jc w:val="center"/>
        </w:trPr>
        <w:tc>
          <w:tcPr>
            <w:tcW w:w="3178" w:type="dxa"/>
            <w:tcMar>
              <w:top w:w="40" w:type="dxa"/>
              <w:left w:w="50" w:type="dxa"/>
              <w:bottom w:w="40" w:type="dxa"/>
              <w:right w:w="50" w:type="dxa"/>
            </w:tcMar>
          </w:tcPr>
          <w:p w14:paraId="3CA0349A" w14:textId="5A066126" w:rsidR="00BA05D3" w:rsidRPr="00C62F5F" w:rsidRDefault="00C62F5F" w:rsidP="00C62F5F">
            <w:pPr>
              <w:rPr>
                <w:color w:val="028CC3"/>
                <w:sz w:val="32"/>
                <w:szCs w:val="36"/>
              </w:rPr>
            </w:pPr>
            <w:r w:rsidRPr="00C62F5F">
              <w:rPr>
                <w:b/>
                <w:color w:val="028CC3"/>
                <w:sz w:val="24"/>
                <w:szCs w:val="36"/>
              </w:rPr>
              <w:t>APPLICATION DEADLINE</w:t>
            </w:r>
          </w:p>
        </w:tc>
        <w:tc>
          <w:tcPr>
            <w:tcW w:w="7152" w:type="dxa"/>
            <w:tcMar>
              <w:top w:w="40" w:type="dxa"/>
              <w:left w:w="50" w:type="dxa"/>
              <w:bottom w:w="40" w:type="dxa"/>
              <w:right w:w="50" w:type="dxa"/>
            </w:tcMar>
          </w:tcPr>
          <w:p w14:paraId="690EBB01" w14:textId="77777777" w:rsidR="00BA05D3" w:rsidRPr="00C62F5F" w:rsidRDefault="002B77C4" w:rsidP="00C62F5F">
            <w:pPr>
              <w:rPr>
                <w:rFonts w:ascii="Josefin Sans Light" w:hAnsi="Josefin Sans Light"/>
                <w:color w:val="028CC3"/>
                <w:sz w:val="32"/>
                <w:szCs w:val="36"/>
              </w:rPr>
            </w:pPr>
            <w:r w:rsidRPr="00C62F5F">
              <w:rPr>
                <w:rFonts w:ascii="Josefin Sans Light" w:hAnsi="Josefin Sans Light"/>
                <w:color w:val="028CC3"/>
                <w:sz w:val="24"/>
                <w:szCs w:val="36"/>
              </w:rPr>
              <w:t>Friday, September 18, 2026</w:t>
            </w:r>
          </w:p>
        </w:tc>
      </w:tr>
      <w:tr w:rsidR="00BA05D3" w:rsidRPr="00C62F5F" w14:paraId="7278927D" w14:textId="77777777" w:rsidTr="00C62F5F">
        <w:trPr>
          <w:trHeight w:val="464"/>
          <w:jc w:val="center"/>
        </w:trPr>
        <w:tc>
          <w:tcPr>
            <w:tcW w:w="3178" w:type="dxa"/>
            <w:tcMar>
              <w:top w:w="40" w:type="dxa"/>
              <w:left w:w="50" w:type="dxa"/>
              <w:bottom w:w="40" w:type="dxa"/>
              <w:right w:w="50" w:type="dxa"/>
            </w:tcMar>
          </w:tcPr>
          <w:p w14:paraId="41B1E9EE" w14:textId="15F5FD82" w:rsidR="00BA05D3" w:rsidRPr="00C62F5F" w:rsidRDefault="00C62F5F" w:rsidP="00C62F5F">
            <w:pPr>
              <w:rPr>
                <w:color w:val="028CC3"/>
                <w:sz w:val="32"/>
                <w:szCs w:val="36"/>
              </w:rPr>
            </w:pPr>
            <w:r w:rsidRPr="00C62F5F">
              <w:rPr>
                <w:b/>
                <w:color w:val="028CC3"/>
                <w:sz w:val="24"/>
                <w:szCs w:val="36"/>
              </w:rPr>
              <w:t>PROGRAM PERIOD</w:t>
            </w:r>
          </w:p>
        </w:tc>
        <w:tc>
          <w:tcPr>
            <w:tcW w:w="7152" w:type="dxa"/>
            <w:tcMar>
              <w:top w:w="40" w:type="dxa"/>
              <w:left w:w="50" w:type="dxa"/>
              <w:bottom w:w="40" w:type="dxa"/>
              <w:right w:w="50" w:type="dxa"/>
            </w:tcMar>
          </w:tcPr>
          <w:p w14:paraId="61681EF5" w14:textId="77777777" w:rsidR="00BA05D3" w:rsidRPr="00C62F5F" w:rsidRDefault="002B77C4" w:rsidP="00C62F5F">
            <w:pPr>
              <w:rPr>
                <w:rFonts w:ascii="Josefin Sans Light" w:hAnsi="Josefin Sans Light"/>
                <w:color w:val="028CC3"/>
                <w:sz w:val="32"/>
                <w:szCs w:val="36"/>
              </w:rPr>
            </w:pPr>
            <w:r w:rsidRPr="00C62F5F">
              <w:rPr>
                <w:rFonts w:ascii="Josefin Sans Light" w:hAnsi="Josefin Sans Light"/>
                <w:color w:val="028CC3"/>
                <w:sz w:val="24"/>
                <w:szCs w:val="36"/>
              </w:rPr>
              <w:t>October 2026-May 2027</w:t>
            </w:r>
          </w:p>
        </w:tc>
      </w:tr>
      <w:tr w:rsidR="00BA05D3" w:rsidRPr="00C62F5F" w14:paraId="046AC884" w14:textId="77777777" w:rsidTr="00C62F5F">
        <w:trPr>
          <w:trHeight w:val="734"/>
          <w:jc w:val="center"/>
        </w:trPr>
        <w:tc>
          <w:tcPr>
            <w:tcW w:w="3178" w:type="dxa"/>
            <w:tcMar>
              <w:top w:w="40" w:type="dxa"/>
              <w:left w:w="50" w:type="dxa"/>
              <w:bottom w:w="40" w:type="dxa"/>
              <w:right w:w="50" w:type="dxa"/>
            </w:tcMar>
          </w:tcPr>
          <w:p w14:paraId="1698BE6C" w14:textId="1E0A4E3D" w:rsidR="00BA05D3" w:rsidRPr="00C62F5F" w:rsidRDefault="00C62F5F" w:rsidP="00C62F5F">
            <w:pPr>
              <w:rPr>
                <w:color w:val="028CC3"/>
                <w:sz w:val="32"/>
                <w:szCs w:val="36"/>
              </w:rPr>
            </w:pPr>
            <w:r w:rsidRPr="00C62F5F">
              <w:rPr>
                <w:b/>
                <w:color w:val="028CC3"/>
                <w:sz w:val="24"/>
                <w:szCs w:val="36"/>
              </w:rPr>
              <w:t>SERVICE REQUIREMENT</w:t>
            </w:r>
          </w:p>
        </w:tc>
        <w:tc>
          <w:tcPr>
            <w:tcW w:w="7152" w:type="dxa"/>
            <w:tcMar>
              <w:top w:w="40" w:type="dxa"/>
              <w:left w:w="50" w:type="dxa"/>
              <w:bottom w:w="40" w:type="dxa"/>
              <w:right w:w="50" w:type="dxa"/>
            </w:tcMar>
          </w:tcPr>
          <w:p w14:paraId="7CCDF632" w14:textId="16AB5CE9" w:rsidR="00BA05D3" w:rsidRPr="00C62F5F" w:rsidRDefault="002B77C4" w:rsidP="00C62F5F">
            <w:pPr>
              <w:rPr>
                <w:rFonts w:ascii="Josefin Sans Light" w:hAnsi="Josefin Sans Light"/>
                <w:color w:val="028CC3"/>
                <w:sz w:val="32"/>
                <w:szCs w:val="36"/>
              </w:rPr>
            </w:pPr>
            <w:r w:rsidRPr="00C62F5F">
              <w:rPr>
                <w:rFonts w:ascii="Josefin Sans Light" w:hAnsi="Josefin Sans Light"/>
                <w:color w:val="028CC3"/>
                <w:sz w:val="24"/>
                <w:szCs w:val="36"/>
              </w:rPr>
              <w:t>Service and attendance requirements will be communicated to selected participants</w:t>
            </w:r>
          </w:p>
        </w:tc>
      </w:tr>
      <w:tr w:rsidR="00BA05D3" w:rsidRPr="00C62F5F" w14:paraId="6474C77B" w14:textId="77777777" w:rsidTr="00C62F5F">
        <w:trPr>
          <w:trHeight w:val="583"/>
          <w:jc w:val="center"/>
        </w:trPr>
        <w:tc>
          <w:tcPr>
            <w:tcW w:w="3178" w:type="dxa"/>
            <w:tcMar>
              <w:top w:w="40" w:type="dxa"/>
              <w:left w:w="50" w:type="dxa"/>
              <w:bottom w:w="40" w:type="dxa"/>
              <w:right w:w="50" w:type="dxa"/>
            </w:tcMar>
          </w:tcPr>
          <w:p w14:paraId="0F9B163F" w14:textId="0A9C954C" w:rsidR="00BA05D3" w:rsidRPr="00C62F5F" w:rsidRDefault="00C62F5F" w:rsidP="00C62F5F">
            <w:pPr>
              <w:rPr>
                <w:color w:val="028CC3"/>
                <w:sz w:val="32"/>
                <w:szCs w:val="36"/>
              </w:rPr>
            </w:pPr>
            <w:r w:rsidRPr="00C62F5F">
              <w:rPr>
                <w:b/>
                <w:color w:val="028CC3"/>
                <w:sz w:val="24"/>
                <w:szCs w:val="36"/>
              </w:rPr>
              <w:t>REQUIRED WITH PACKET</w:t>
            </w:r>
          </w:p>
        </w:tc>
        <w:tc>
          <w:tcPr>
            <w:tcW w:w="7152" w:type="dxa"/>
            <w:tcMar>
              <w:top w:w="40" w:type="dxa"/>
              <w:left w:w="50" w:type="dxa"/>
              <w:bottom w:w="40" w:type="dxa"/>
              <w:right w:w="50" w:type="dxa"/>
            </w:tcMar>
          </w:tcPr>
          <w:p w14:paraId="4BB11B65" w14:textId="471809AC" w:rsidR="00BA05D3" w:rsidRPr="00C62F5F" w:rsidRDefault="002B77C4" w:rsidP="00C62F5F">
            <w:pPr>
              <w:rPr>
                <w:rFonts w:ascii="Josefin Sans Light" w:hAnsi="Josefin Sans Light"/>
                <w:color w:val="028CC3"/>
                <w:sz w:val="32"/>
                <w:szCs w:val="36"/>
              </w:rPr>
            </w:pPr>
            <w:r w:rsidRPr="00C62F5F">
              <w:rPr>
                <w:rFonts w:ascii="Josefin Sans Light" w:hAnsi="Josefin Sans Light"/>
                <w:color w:val="028CC3"/>
                <w:sz w:val="24"/>
                <w:szCs w:val="36"/>
              </w:rPr>
              <w:t>Student application, short responses, essay, student commitment, parent/guardian commitment, and nomination/recommendation</w:t>
            </w:r>
          </w:p>
        </w:tc>
      </w:tr>
    </w:tbl>
    <w:p w14:paraId="6F15B90F" w14:textId="77777777" w:rsidR="00BA05D3" w:rsidRDefault="002B77C4">
      <w:r>
        <w:br w:type="page"/>
      </w:r>
    </w:p>
    <w:p w14:paraId="32315633" w14:textId="1BDE7947" w:rsidR="0070024D" w:rsidRDefault="0070024D" w:rsidP="0070024D">
      <w:pPr>
        <w:spacing w:after="60"/>
        <w:rPr>
          <w:b/>
          <w:color w:val="028CC3"/>
          <w:sz w:val="50"/>
        </w:rPr>
      </w:pPr>
    </w:p>
    <w:p w14:paraId="1662F51C" w14:textId="3AB6DD91" w:rsidR="0070024D" w:rsidRPr="00DE3167" w:rsidRDefault="0070024D" w:rsidP="0070024D">
      <w:pPr>
        <w:spacing w:after="60"/>
        <w:rPr>
          <w:color w:val="028CC3"/>
        </w:rPr>
      </w:pPr>
      <w:r w:rsidRPr="00DE3167">
        <w:rPr>
          <w:b/>
          <w:color w:val="028CC3"/>
          <w:sz w:val="50"/>
        </w:rPr>
        <w:t>APPLICATION CHECKLIST</w:t>
      </w:r>
    </w:p>
    <w:p w14:paraId="2A188F01" w14:textId="6D62019F" w:rsidR="00BA05D3" w:rsidRDefault="0070024D" w:rsidP="0070024D">
      <w:r w:rsidRPr="00B454DD">
        <w:rPr>
          <w:rFonts w:ascii="Josefin Sans Light" w:hAnsi="Josefin Sans Light"/>
          <w:i/>
          <w:iCs/>
          <w:color w:val="67B83E"/>
          <w:sz w:val="36"/>
        </w:rPr>
        <w:t>President’s Leadership Circle Program</w:t>
      </w:r>
    </w:p>
    <w:tbl>
      <w:tblPr>
        <w:tblW w:w="0" w:type="auto"/>
        <w:jc w:val="center"/>
        <w:tblLayout w:type="fixed"/>
        <w:tblLook w:val="04A0" w:firstRow="1" w:lastRow="0" w:firstColumn="1" w:lastColumn="0" w:noHBand="0" w:noVBand="1"/>
      </w:tblPr>
      <w:tblGrid>
        <w:gridCol w:w="5227"/>
        <w:gridCol w:w="5227"/>
      </w:tblGrid>
      <w:tr w:rsidR="00BA05D3" w14:paraId="66A87AD2" w14:textId="77777777">
        <w:trPr>
          <w:jc w:val="center"/>
        </w:trPr>
        <w:tc>
          <w:tcPr>
            <w:tcW w:w="5227" w:type="dxa"/>
            <w:tcBorders>
              <w:top w:val="nil"/>
              <w:left w:val="nil"/>
              <w:bottom w:val="nil"/>
              <w:right w:val="nil"/>
            </w:tcBorders>
            <w:tcMar>
              <w:top w:w="40" w:type="dxa"/>
              <w:left w:w="90" w:type="dxa"/>
              <w:bottom w:w="40" w:type="dxa"/>
              <w:right w:w="80" w:type="dxa"/>
            </w:tcMar>
          </w:tcPr>
          <w:p w14:paraId="0F2BD8F5" w14:textId="77777777" w:rsidR="0070024D" w:rsidRDefault="0070024D">
            <w:pPr>
              <w:spacing w:after="160"/>
              <w:rPr>
                <w:rFonts w:ascii="Josefin Sans" w:hAnsi="Josefin Sans"/>
                <w:color w:val="028CC3"/>
                <w:sz w:val="30"/>
              </w:rPr>
            </w:pPr>
          </w:p>
          <w:p w14:paraId="0B32F022" w14:textId="3E3B9765" w:rsidR="00BA05D3" w:rsidRPr="00B454DD" w:rsidRDefault="002B77C4" w:rsidP="00723DA4">
            <w:pPr>
              <w:spacing w:after="160" w:line="276" w:lineRule="auto"/>
              <w:rPr>
                <w:rFonts w:ascii="Josefin Sans" w:hAnsi="Josefin Sans"/>
                <w:color w:val="028CC3"/>
              </w:rPr>
            </w:pPr>
            <w:r w:rsidRPr="00B454DD">
              <w:rPr>
                <w:rFonts w:ascii="Josefin Sans" w:hAnsi="Josefin Sans"/>
                <w:color w:val="028CC3"/>
                <w:sz w:val="30"/>
              </w:rPr>
              <w:t xml:space="preserve">1.  </w:t>
            </w:r>
            <w:r w:rsidRPr="00B454DD">
              <w:rPr>
                <w:rFonts w:ascii="Josefin Sans" w:hAnsi="Josefin Sans"/>
                <w:color w:val="028CC3"/>
                <w:sz w:val="24"/>
              </w:rPr>
              <w:t>Student Application and Availability</w:t>
            </w:r>
          </w:p>
          <w:p w14:paraId="3C3308DE" w14:textId="77777777" w:rsidR="00BA05D3" w:rsidRPr="00B454DD" w:rsidRDefault="002B77C4" w:rsidP="00723DA4">
            <w:pPr>
              <w:spacing w:after="160" w:line="276" w:lineRule="auto"/>
              <w:rPr>
                <w:rFonts w:ascii="Josefin Sans" w:hAnsi="Josefin Sans"/>
                <w:color w:val="028CC3"/>
              </w:rPr>
            </w:pPr>
            <w:r w:rsidRPr="00B454DD">
              <w:rPr>
                <w:rFonts w:ascii="Josefin Sans" w:hAnsi="Josefin Sans"/>
                <w:color w:val="028CC3"/>
                <w:sz w:val="30"/>
              </w:rPr>
              <w:t xml:space="preserve">2.  </w:t>
            </w:r>
            <w:r w:rsidRPr="00B454DD">
              <w:rPr>
                <w:rFonts w:ascii="Josefin Sans" w:hAnsi="Josefin Sans"/>
                <w:color w:val="028CC3"/>
                <w:sz w:val="24"/>
              </w:rPr>
              <w:t>Service and Leadership Short Responses</w:t>
            </w:r>
          </w:p>
          <w:p w14:paraId="0CE7EF30" w14:textId="77777777" w:rsidR="00BA05D3" w:rsidRPr="00B454DD" w:rsidRDefault="002B77C4" w:rsidP="00723DA4">
            <w:pPr>
              <w:spacing w:after="160" w:line="276" w:lineRule="auto"/>
              <w:rPr>
                <w:rFonts w:ascii="Josefin Sans" w:hAnsi="Josefin Sans"/>
                <w:color w:val="028CC3"/>
              </w:rPr>
            </w:pPr>
            <w:r w:rsidRPr="00B454DD">
              <w:rPr>
                <w:rFonts w:ascii="Josefin Sans" w:hAnsi="Josefin Sans"/>
                <w:color w:val="028CC3"/>
                <w:sz w:val="30"/>
              </w:rPr>
              <w:t xml:space="preserve">3.  </w:t>
            </w:r>
            <w:r w:rsidRPr="00B454DD">
              <w:rPr>
                <w:rFonts w:ascii="Josefin Sans" w:hAnsi="Josefin Sans"/>
                <w:color w:val="028CC3"/>
                <w:sz w:val="24"/>
              </w:rPr>
              <w:t>Leadership Essay</w:t>
            </w:r>
          </w:p>
          <w:p w14:paraId="38CFC34E" w14:textId="77777777" w:rsidR="00BA05D3" w:rsidRPr="00B454DD" w:rsidRDefault="002B77C4" w:rsidP="00723DA4">
            <w:pPr>
              <w:spacing w:after="160" w:line="276" w:lineRule="auto"/>
              <w:rPr>
                <w:rFonts w:ascii="Josefin Sans" w:hAnsi="Josefin Sans"/>
                <w:color w:val="028CC3"/>
              </w:rPr>
            </w:pPr>
            <w:r w:rsidRPr="00B454DD">
              <w:rPr>
                <w:rFonts w:ascii="Josefin Sans" w:hAnsi="Josefin Sans"/>
                <w:color w:val="028CC3"/>
                <w:sz w:val="30"/>
              </w:rPr>
              <w:t xml:space="preserve">4.  </w:t>
            </w:r>
            <w:r w:rsidRPr="00B454DD">
              <w:rPr>
                <w:rFonts w:ascii="Josefin Sans" w:hAnsi="Josefin Sans"/>
                <w:color w:val="028CC3"/>
                <w:sz w:val="24"/>
              </w:rPr>
              <w:t>Signed Student Commitment Form</w:t>
            </w:r>
          </w:p>
          <w:p w14:paraId="15844A06" w14:textId="77777777" w:rsidR="00BA05D3" w:rsidRPr="00B454DD" w:rsidRDefault="002B77C4" w:rsidP="00723DA4">
            <w:pPr>
              <w:spacing w:after="160" w:line="276" w:lineRule="auto"/>
              <w:rPr>
                <w:rFonts w:ascii="Josefin Sans" w:hAnsi="Josefin Sans"/>
                <w:color w:val="028CC3"/>
              </w:rPr>
            </w:pPr>
            <w:r w:rsidRPr="00B454DD">
              <w:rPr>
                <w:rFonts w:ascii="Josefin Sans" w:hAnsi="Josefin Sans"/>
                <w:color w:val="028CC3"/>
                <w:sz w:val="30"/>
              </w:rPr>
              <w:t xml:space="preserve">5.  </w:t>
            </w:r>
            <w:r w:rsidRPr="00B454DD">
              <w:rPr>
                <w:rFonts w:ascii="Josefin Sans" w:hAnsi="Josefin Sans"/>
                <w:color w:val="028CC3"/>
                <w:sz w:val="24"/>
              </w:rPr>
              <w:t>Signed Parent/Guardian Commitment Form</w:t>
            </w:r>
          </w:p>
          <w:p w14:paraId="0F1894FC" w14:textId="77777777" w:rsidR="00BA05D3" w:rsidRDefault="002B77C4" w:rsidP="00723DA4">
            <w:pPr>
              <w:spacing w:after="160" w:line="276" w:lineRule="auto"/>
            </w:pPr>
            <w:r w:rsidRPr="00B454DD">
              <w:rPr>
                <w:rFonts w:ascii="Josefin Sans" w:hAnsi="Josefin Sans"/>
                <w:color w:val="028CC3"/>
                <w:sz w:val="30"/>
              </w:rPr>
              <w:t xml:space="preserve">6.  </w:t>
            </w:r>
            <w:r w:rsidRPr="00B454DD">
              <w:rPr>
                <w:rFonts w:ascii="Josefin Sans" w:hAnsi="Josefin Sans"/>
                <w:color w:val="028CC3"/>
                <w:sz w:val="24"/>
              </w:rPr>
              <w:t>Completed Nomination/Recommendation Form</w:t>
            </w:r>
          </w:p>
        </w:tc>
        <w:tc>
          <w:tcPr>
            <w:tcW w:w="5227" w:type="dxa"/>
            <w:tcBorders>
              <w:top w:val="nil"/>
              <w:left w:val="nil"/>
              <w:bottom w:val="nil"/>
              <w:right w:val="nil"/>
            </w:tcBorders>
          </w:tcPr>
          <w:p w14:paraId="3D1841FE" w14:textId="4BBD9474" w:rsidR="00BA05D3" w:rsidRDefault="00887783">
            <w:pPr>
              <w:jc w:val="center"/>
            </w:pPr>
            <w:r>
              <w:rPr>
                <w:noProof/>
              </w:rPr>
              <w:drawing>
                <wp:anchor distT="0" distB="0" distL="114300" distR="114300" simplePos="0" relativeHeight="251654144" behindDoc="0" locked="0" layoutInCell="1" allowOverlap="1" wp14:anchorId="633FADF0" wp14:editId="0AA119B6">
                  <wp:simplePos x="0" y="0"/>
                  <wp:positionH relativeFrom="column">
                    <wp:posOffset>837565</wp:posOffset>
                  </wp:positionH>
                  <wp:positionV relativeFrom="paragraph">
                    <wp:posOffset>-589738</wp:posOffset>
                  </wp:positionV>
                  <wp:extent cx="2139562" cy="26794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c_logo.png"/>
                          <pic:cNvPicPr/>
                        </pic:nvPicPr>
                        <pic:blipFill>
                          <a:blip r:embed="rId10"/>
                          <a:stretch>
                            <a:fillRect/>
                          </a:stretch>
                        </pic:blipFill>
                        <pic:spPr>
                          <a:xfrm>
                            <a:off x="0" y="0"/>
                            <a:ext cx="2139562" cy="2679405"/>
                          </a:xfrm>
                          <a:prstGeom prst="rect">
                            <a:avLst/>
                          </a:prstGeom>
                        </pic:spPr>
                      </pic:pic>
                    </a:graphicData>
                  </a:graphic>
                  <wp14:sizeRelH relativeFrom="page">
                    <wp14:pctWidth>0</wp14:pctWidth>
                  </wp14:sizeRelH>
                  <wp14:sizeRelV relativeFrom="page">
                    <wp14:pctHeight>0</wp14:pctHeight>
                  </wp14:sizeRelV>
                </wp:anchor>
              </w:drawing>
            </w:r>
          </w:p>
        </w:tc>
      </w:tr>
    </w:tbl>
    <w:p w14:paraId="24401BEE" w14:textId="744E6FF8" w:rsidR="00B454DD" w:rsidRDefault="00B454DD">
      <w:pPr>
        <w:keepNext/>
        <w:spacing w:before="60" w:after="100"/>
        <w:rPr>
          <w:b/>
          <w:color w:val="67B83E"/>
          <w:sz w:val="31"/>
        </w:rPr>
      </w:pPr>
    </w:p>
    <w:p w14:paraId="1CFC5503" w14:textId="6FCC9825" w:rsidR="00B454DD" w:rsidRPr="00887783" w:rsidRDefault="00B454DD">
      <w:pPr>
        <w:keepNext/>
        <w:spacing w:before="60" w:after="100"/>
        <w:rPr>
          <w:b/>
          <w:color w:val="67B83E"/>
          <w:sz w:val="36"/>
          <w:szCs w:val="36"/>
        </w:rPr>
      </w:pPr>
    </w:p>
    <w:p w14:paraId="6B9EFD4B" w14:textId="16F5B094" w:rsidR="00723DA4" w:rsidRDefault="00723DA4" w:rsidP="00887783">
      <w:pPr>
        <w:keepNext/>
        <w:spacing w:before="60" w:after="100"/>
        <w:jc w:val="right"/>
        <w:rPr>
          <w:b/>
          <w:color w:val="67B83E"/>
          <w:sz w:val="36"/>
          <w:szCs w:val="36"/>
        </w:rPr>
      </w:pPr>
      <w:r>
        <w:rPr>
          <w:b/>
          <w:noProof/>
          <w:color w:val="67B83E"/>
          <w:sz w:val="31"/>
        </w:rPr>
        <w:drawing>
          <wp:anchor distT="0" distB="0" distL="114300" distR="114300" simplePos="0" relativeHeight="251662336" behindDoc="0" locked="0" layoutInCell="1" allowOverlap="1" wp14:anchorId="4A64E7E3" wp14:editId="3225BA58">
            <wp:simplePos x="0" y="0"/>
            <wp:positionH relativeFrom="column">
              <wp:posOffset>70898</wp:posOffset>
            </wp:positionH>
            <wp:positionV relativeFrom="paragraph">
              <wp:posOffset>22978</wp:posOffset>
            </wp:positionV>
            <wp:extent cx="3513850" cy="2629397"/>
            <wp:effectExtent l="0" t="0" r="4445" b="0"/>
            <wp:wrapNone/>
            <wp:docPr id="8519261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926118" name="Picture 4"/>
                    <pic:cNvPicPr/>
                  </pic:nvPicPr>
                  <pic:blipFill rotWithShape="1">
                    <a:blip r:embed="rId11"/>
                    <a:srcRect l="446" t="5628" r="22155" b="7407"/>
                    <a:stretch>
                      <a:fillRect/>
                    </a:stretch>
                  </pic:blipFill>
                  <pic:spPr bwMode="auto">
                    <a:xfrm>
                      <a:off x="0" y="0"/>
                      <a:ext cx="3513850" cy="262939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87CCA6A" w14:textId="35022446" w:rsidR="00BA05D3" w:rsidRPr="00DC6488" w:rsidRDefault="00E451AB" w:rsidP="00887783">
      <w:pPr>
        <w:keepNext/>
        <w:spacing w:before="60" w:after="100"/>
        <w:jc w:val="right"/>
        <w:rPr>
          <w:sz w:val="34"/>
          <w:szCs w:val="34"/>
        </w:rPr>
      </w:pPr>
      <w:r w:rsidRPr="00DC6488">
        <w:rPr>
          <w:b/>
          <w:color w:val="67B83E"/>
          <w:sz w:val="34"/>
          <w:szCs w:val="34"/>
        </w:rPr>
        <w:t>APPLICATION MATERIALS</w:t>
      </w:r>
    </w:p>
    <w:p w14:paraId="0F9679C3" w14:textId="5AD3AB4C" w:rsidR="00B454DD" w:rsidRPr="00DC6488" w:rsidRDefault="00B454DD" w:rsidP="00887783">
      <w:pPr>
        <w:jc w:val="right"/>
        <w:rPr>
          <w:rFonts w:ascii="Josefin Sans Light" w:hAnsi="Josefin Sans Light"/>
          <w:i/>
          <w:iCs/>
          <w:color w:val="028CC3"/>
          <w:sz w:val="24"/>
          <w:szCs w:val="24"/>
        </w:rPr>
      </w:pPr>
      <w:r w:rsidRPr="00DC6488">
        <w:rPr>
          <w:rFonts w:ascii="Josefin Sans Light" w:hAnsi="Josefin Sans Light"/>
          <w:i/>
          <w:iCs/>
          <w:color w:val="028CC3"/>
          <w:sz w:val="24"/>
          <w:szCs w:val="24"/>
        </w:rPr>
        <w:t>Please submit all application materials to</w:t>
      </w:r>
    </w:p>
    <w:p w14:paraId="53EE84FF" w14:textId="0B7B8F67" w:rsidR="0070024D" w:rsidRDefault="0070024D" w:rsidP="00887783">
      <w:pPr>
        <w:spacing w:line="360" w:lineRule="auto"/>
        <w:jc w:val="right"/>
        <w:rPr>
          <w:b/>
          <w:color w:val="67B83E"/>
          <w:sz w:val="24"/>
        </w:rPr>
      </w:pPr>
    </w:p>
    <w:p w14:paraId="1AC9DA46" w14:textId="247D23F9" w:rsidR="00B454DD" w:rsidRPr="00FD5DA2" w:rsidRDefault="00B454DD" w:rsidP="00887783">
      <w:pPr>
        <w:spacing w:line="360" w:lineRule="auto"/>
        <w:jc w:val="right"/>
        <w:rPr>
          <w:color w:val="028CC3"/>
          <w:sz w:val="36"/>
          <w:szCs w:val="36"/>
        </w:rPr>
      </w:pPr>
      <w:r w:rsidRPr="00FD5DA2">
        <w:rPr>
          <w:b/>
          <w:color w:val="028CC3"/>
          <w:sz w:val="36"/>
          <w:szCs w:val="36"/>
        </w:rPr>
        <w:t>Jaylen McDaniels</w:t>
      </w:r>
    </w:p>
    <w:p w14:paraId="484C103D" w14:textId="77777777" w:rsidR="00864583" w:rsidRPr="00DC6488" w:rsidRDefault="00864583" w:rsidP="00864583">
      <w:pPr>
        <w:spacing w:line="360" w:lineRule="auto"/>
        <w:jc w:val="right"/>
        <w:rPr>
          <w:rFonts w:ascii="Josefin Sans" w:hAnsi="Josefin Sans"/>
          <w:color w:val="028CC3"/>
          <w:sz w:val="22"/>
        </w:rPr>
      </w:pPr>
      <w:r w:rsidRPr="00DC6488">
        <w:rPr>
          <w:rFonts w:ascii="Josefin Sans" w:hAnsi="Josefin Sans"/>
          <w:color w:val="028CC3"/>
          <w:sz w:val="22"/>
        </w:rPr>
        <w:t>Volunteer Coordinator</w:t>
      </w:r>
    </w:p>
    <w:p w14:paraId="4CC77E41" w14:textId="7582335B" w:rsidR="00B454DD" w:rsidRPr="00DC6488" w:rsidRDefault="00B454DD" w:rsidP="00887783">
      <w:pPr>
        <w:spacing w:line="360" w:lineRule="auto"/>
        <w:jc w:val="right"/>
        <w:rPr>
          <w:rFonts w:ascii="Josefin Sans" w:hAnsi="Josefin Sans"/>
          <w:color w:val="028CC3"/>
          <w:sz w:val="22"/>
        </w:rPr>
      </w:pPr>
      <w:r w:rsidRPr="00DC6488">
        <w:rPr>
          <w:rFonts w:ascii="Josefin Sans" w:hAnsi="Josefin Sans"/>
          <w:color w:val="028CC3"/>
          <w:sz w:val="22"/>
        </w:rPr>
        <w:t>Mississippi Children’s Museum</w:t>
      </w:r>
    </w:p>
    <w:p w14:paraId="1C4360C0" w14:textId="0F977B13" w:rsidR="00B454DD" w:rsidRPr="00DC6488" w:rsidRDefault="00B454DD" w:rsidP="00887783">
      <w:pPr>
        <w:spacing w:line="360" w:lineRule="auto"/>
        <w:jc w:val="right"/>
        <w:rPr>
          <w:rFonts w:ascii="Josefin Sans" w:hAnsi="Josefin Sans"/>
          <w:color w:val="028CC3"/>
          <w:sz w:val="22"/>
        </w:rPr>
      </w:pPr>
      <w:r w:rsidRPr="00DC6488">
        <w:rPr>
          <w:rFonts w:ascii="Josefin Sans" w:hAnsi="Josefin Sans"/>
          <w:color w:val="028CC3"/>
          <w:sz w:val="22"/>
        </w:rPr>
        <w:t>2145 Museum Boulevard</w:t>
      </w:r>
      <w:r w:rsidR="00864583" w:rsidRPr="00DC6488">
        <w:rPr>
          <w:rFonts w:ascii="Josefin Sans" w:hAnsi="Josefin Sans"/>
          <w:color w:val="028CC3"/>
          <w:sz w:val="22"/>
        </w:rPr>
        <w:t xml:space="preserve"> |</w:t>
      </w:r>
      <w:r w:rsidRPr="00DC6488">
        <w:rPr>
          <w:rFonts w:ascii="Josefin Sans" w:hAnsi="Josefin Sans"/>
          <w:color w:val="028CC3"/>
          <w:sz w:val="22"/>
        </w:rPr>
        <w:t xml:space="preserve"> Jackson, MS 39202</w:t>
      </w:r>
    </w:p>
    <w:p w14:paraId="223E8294" w14:textId="363C6A85" w:rsidR="00B454DD" w:rsidRPr="00D838FA" w:rsidRDefault="00FD5DA2" w:rsidP="00887783">
      <w:pPr>
        <w:spacing w:before="160"/>
        <w:jc w:val="right"/>
        <w:rPr>
          <w:iCs/>
          <w:color w:val="6FC04C"/>
          <w:sz w:val="22"/>
        </w:rPr>
      </w:pPr>
      <w:hyperlink r:id="rId12" w:history="1">
        <w:r w:rsidRPr="00D838FA">
          <w:rPr>
            <w:rStyle w:val="Hyperlink"/>
            <w:iCs/>
            <w:color w:val="6FC04C"/>
            <w:sz w:val="22"/>
          </w:rPr>
          <w:t>jaylen@mcm.ms</w:t>
        </w:r>
      </w:hyperlink>
      <w:r w:rsidRPr="00D838FA">
        <w:rPr>
          <w:iCs/>
          <w:color w:val="6FC04C"/>
          <w:sz w:val="22"/>
        </w:rPr>
        <w:t xml:space="preserve"> </w:t>
      </w:r>
      <w:r w:rsidR="005F1507" w:rsidRPr="00D838FA">
        <w:rPr>
          <w:iCs/>
          <w:color w:val="6FC04C"/>
          <w:sz w:val="22"/>
        </w:rPr>
        <w:t>| 601.709.8976</w:t>
      </w:r>
    </w:p>
    <w:p w14:paraId="2CA5DAA5" w14:textId="3EB8823D" w:rsidR="00B454DD" w:rsidRDefault="00B454DD">
      <w:pPr>
        <w:spacing w:before="160"/>
        <w:jc w:val="center"/>
        <w:rPr>
          <w:i/>
          <w:color w:val="244A8F"/>
          <w:sz w:val="22"/>
        </w:rPr>
      </w:pPr>
    </w:p>
    <w:p w14:paraId="2D6C4DC4" w14:textId="0CD96F65" w:rsidR="00B454DD" w:rsidRDefault="00B454DD">
      <w:pPr>
        <w:spacing w:before="160"/>
        <w:jc w:val="center"/>
        <w:rPr>
          <w:i/>
          <w:color w:val="244A8F"/>
          <w:sz w:val="22"/>
        </w:rPr>
      </w:pPr>
    </w:p>
    <w:p w14:paraId="4F10296D" w14:textId="3150AF59" w:rsidR="00B454DD" w:rsidRDefault="00B454DD">
      <w:pPr>
        <w:spacing w:before="160"/>
        <w:jc w:val="center"/>
        <w:rPr>
          <w:i/>
          <w:color w:val="244A8F"/>
          <w:sz w:val="22"/>
        </w:rPr>
      </w:pPr>
    </w:p>
    <w:p w14:paraId="652501A6" w14:textId="04A81919" w:rsidR="00B454DD" w:rsidRDefault="00B454DD" w:rsidP="007600D0">
      <w:pPr>
        <w:spacing w:before="160"/>
        <w:rPr>
          <w:i/>
          <w:color w:val="244A8F"/>
          <w:sz w:val="22"/>
        </w:rPr>
      </w:pPr>
    </w:p>
    <w:p w14:paraId="58457107" w14:textId="104D6181" w:rsidR="00BA05D3" w:rsidRPr="00DB1507" w:rsidRDefault="002B77C4" w:rsidP="007600D0">
      <w:pPr>
        <w:spacing w:before="160" w:line="276" w:lineRule="auto"/>
        <w:jc w:val="center"/>
        <w:rPr>
          <w:rFonts w:ascii="Josefin Sans" w:hAnsi="Josefin Sans"/>
          <w:i/>
          <w:iCs/>
          <w:color w:val="028CC3"/>
          <w:sz w:val="24"/>
          <w:szCs w:val="24"/>
        </w:rPr>
      </w:pPr>
      <w:r w:rsidRPr="00DB1507">
        <w:rPr>
          <w:rFonts w:ascii="Josefin Sans" w:hAnsi="Josefin Sans"/>
          <w:i/>
          <w:iCs/>
          <w:color w:val="028CC3"/>
          <w:sz w:val="24"/>
          <w:szCs w:val="24"/>
        </w:rPr>
        <w:t>Selection will consider service history, reliability, initiative, reflection, respectful leadership, realistic availability, recommendation quality, and application completeness.</w:t>
      </w:r>
    </w:p>
    <w:p w14:paraId="7B0E02E4" w14:textId="73CA0964" w:rsidR="00BA05D3" w:rsidRDefault="002B77C4">
      <w:r>
        <w:br w:type="page"/>
      </w:r>
    </w:p>
    <w:p w14:paraId="0EA3267D" w14:textId="77777777" w:rsidR="00DB1507" w:rsidRDefault="00DB1507" w:rsidP="00DB1507">
      <w:pPr>
        <w:spacing w:after="60"/>
        <w:rPr>
          <w:b/>
          <w:color w:val="028CC3"/>
          <w:sz w:val="50"/>
        </w:rPr>
      </w:pPr>
    </w:p>
    <w:p w14:paraId="62AF0305" w14:textId="4BD6E885" w:rsidR="00DB1507" w:rsidRPr="00DB1507" w:rsidRDefault="00DB1507" w:rsidP="00DB1507">
      <w:pPr>
        <w:spacing w:after="60"/>
        <w:rPr>
          <w:color w:val="028CC3"/>
        </w:rPr>
      </w:pPr>
      <w:r w:rsidRPr="00DB1507">
        <w:rPr>
          <w:b/>
          <w:color w:val="028CC3"/>
          <w:sz w:val="50"/>
        </w:rPr>
        <w:t>STUDENT APPLICATION</w:t>
      </w:r>
    </w:p>
    <w:p w14:paraId="6BD6E10E" w14:textId="1922EE91" w:rsidR="00DB1507" w:rsidRPr="00921893" w:rsidRDefault="00DB1507" w:rsidP="00921893">
      <w:pPr>
        <w:rPr>
          <w:rFonts w:ascii="Josefin Sans Light" w:hAnsi="Josefin Sans Light"/>
          <w:i/>
          <w:iCs/>
        </w:rPr>
      </w:pPr>
      <w:r w:rsidRPr="00DB1507">
        <w:rPr>
          <w:rFonts w:ascii="Josefin Sans Light" w:hAnsi="Josefin Sans Light"/>
          <w:i/>
          <w:iCs/>
          <w:color w:val="67B83E"/>
          <w:sz w:val="36"/>
        </w:rPr>
        <w:t>President’s Leadership Circle Program</w:t>
      </w:r>
    </w:p>
    <w:p w14:paraId="58A84E76" w14:textId="77777777" w:rsidR="00DB1507" w:rsidRDefault="00DB1507">
      <w:pPr>
        <w:keepNext/>
        <w:spacing w:before="60" w:after="100"/>
        <w:rPr>
          <w:b/>
          <w:color w:val="028CC3"/>
          <w:sz w:val="27"/>
        </w:rPr>
      </w:pPr>
    </w:p>
    <w:p w14:paraId="1CC8EF91" w14:textId="77777777" w:rsidR="00921893" w:rsidRPr="00FB78DD" w:rsidRDefault="00921893">
      <w:pPr>
        <w:keepNext/>
        <w:spacing w:before="60" w:after="100"/>
        <w:rPr>
          <w:b/>
          <w:color w:val="028CC3"/>
          <w:sz w:val="27"/>
        </w:rPr>
      </w:pPr>
    </w:p>
    <w:p w14:paraId="649AA891" w14:textId="248F3EDA" w:rsidR="00BA05D3" w:rsidRPr="00921893" w:rsidRDefault="00921893">
      <w:pPr>
        <w:keepNext/>
        <w:spacing w:before="60" w:after="100"/>
        <w:rPr>
          <w:color w:val="6FC04C"/>
          <w:sz w:val="24"/>
          <w:szCs w:val="24"/>
        </w:rPr>
      </w:pPr>
      <w:r w:rsidRPr="00921893">
        <w:rPr>
          <w:b/>
          <w:color w:val="6FC04C"/>
          <w:sz w:val="24"/>
          <w:szCs w:val="24"/>
        </w:rPr>
        <w:t>PARTICIPANT INFORMATION</w:t>
      </w:r>
    </w:p>
    <w:tbl>
      <w:tblPr>
        <w:tblW w:w="0" w:type="auto"/>
        <w:jc w:val="center"/>
        <w:tblLayout w:type="fixed"/>
        <w:tblLook w:val="04A0" w:firstRow="1" w:lastRow="0" w:firstColumn="1" w:lastColumn="0" w:noHBand="0" w:noVBand="1"/>
      </w:tblPr>
      <w:tblGrid>
        <w:gridCol w:w="3384"/>
        <w:gridCol w:w="2880"/>
        <w:gridCol w:w="3888"/>
      </w:tblGrid>
      <w:tr w:rsidR="00BA05D3" w:rsidRPr="00FB78DD" w14:paraId="7F3163C3" w14:textId="77777777">
        <w:trPr>
          <w:cantSplit/>
          <w:jc w:val="center"/>
        </w:trPr>
        <w:tc>
          <w:tcPr>
            <w:tcW w:w="3384" w:type="dxa"/>
            <w:tcBorders>
              <w:top w:val="nil"/>
              <w:left w:val="nil"/>
              <w:bottom w:val="nil"/>
              <w:right w:val="nil"/>
            </w:tcBorders>
            <w:tcMar>
              <w:top w:w="30" w:type="dxa"/>
              <w:left w:w="30" w:type="dxa"/>
              <w:bottom w:w="10" w:type="dxa"/>
              <w:right w:w="30" w:type="dxa"/>
            </w:tcMar>
          </w:tcPr>
          <w:p w14:paraId="1C41B1CC" w14:textId="77777777" w:rsidR="00BA05D3" w:rsidRPr="00FB78DD" w:rsidRDefault="002B77C4">
            <w:pPr>
              <w:rPr>
                <w:color w:val="028CC3"/>
                <w:sz w:val="24"/>
                <w:szCs w:val="24"/>
              </w:rPr>
            </w:pPr>
            <w:r w:rsidRPr="00FB78DD">
              <w:rPr>
                <w:b/>
                <w:color w:val="028CC3"/>
                <w:sz w:val="24"/>
                <w:szCs w:val="24"/>
              </w:rPr>
              <w:t>Legal First Name</w:t>
            </w:r>
          </w:p>
        </w:tc>
        <w:tc>
          <w:tcPr>
            <w:tcW w:w="2880" w:type="dxa"/>
            <w:tcBorders>
              <w:top w:val="nil"/>
              <w:left w:val="nil"/>
              <w:bottom w:val="nil"/>
              <w:right w:val="nil"/>
            </w:tcBorders>
            <w:tcMar>
              <w:top w:w="30" w:type="dxa"/>
              <w:left w:w="30" w:type="dxa"/>
              <w:bottom w:w="10" w:type="dxa"/>
              <w:right w:w="30" w:type="dxa"/>
            </w:tcMar>
          </w:tcPr>
          <w:p w14:paraId="1F4EA0E6" w14:textId="77777777" w:rsidR="00BA05D3" w:rsidRPr="00FB78DD" w:rsidRDefault="002B77C4">
            <w:pPr>
              <w:rPr>
                <w:color w:val="028CC3"/>
                <w:sz w:val="24"/>
                <w:szCs w:val="24"/>
              </w:rPr>
            </w:pPr>
            <w:r w:rsidRPr="00FB78DD">
              <w:rPr>
                <w:b/>
                <w:color w:val="028CC3"/>
                <w:sz w:val="24"/>
                <w:szCs w:val="24"/>
              </w:rPr>
              <w:t>Preferred Name</w:t>
            </w:r>
          </w:p>
        </w:tc>
        <w:tc>
          <w:tcPr>
            <w:tcW w:w="3888" w:type="dxa"/>
            <w:tcBorders>
              <w:top w:val="nil"/>
              <w:left w:val="nil"/>
              <w:bottom w:val="nil"/>
              <w:right w:val="nil"/>
            </w:tcBorders>
            <w:tcMar>
              <w:top w:w="30" w:type="dxa"/>
              <w:left w:w="30" w:type="dxa"/>
              <w:bottom w:w="10" w:type="dxa"/>
              <w:right w:w="30" w:type="dxa"/>
            </w:tcMar>
          </w:tcPr>
          <w:p w14:paraId="267F5D77" w14:textId="77777777" w:rsidR="00BA05D3" w:rsidRPr="00FB78DD" w:rsidRDefault="002B77C4">
            <w:pPr>
              <w:rPr>
                <w:color w:val="028CC3"/>
                <w:sz w:val="24"/>
                <w:szCs w:val="24"/>
              </w:rPr>
            </w:pPr>
            <w:r w:rsidRPr="00FB78DD">
              <w:rPr>
                <w:b/>
                <w:color w:val="028CC3"/>
                <w:sz w:val="24"/>
                <w:szCs w:val="24"/>
              </w:rPr>
              <w:t>Last Name</w:t>
            </w:r>
          </w:p>
        </w:tc>
      </w:tr>
      <w:tr w:rsidR="00BA05D3" w:rsidRPr="00FB78DD" w14:paraId="04490071" w14:textId="77777777">
        <w:trPr>
          <w:cantSplit/>
          <w:jc w:val="center"/>
        </w:trPr>
        <w:tc>
          <w:tcPr>
            <w:tcW w:w="3384" w:type="dxa"/>
            <w:tcBorders>
              <w:top w:val="nil"/>
              <w:left w:val="nil"/>
              <w:bottom w:val="single" w:sz="6" w:space="0" w:color="7F7F7F"/>
              <w:right w:val="nil"/>
            </w:tcBorders>
            <w:tcMar>
              <w:top w:w="20" w:type="dxa"/>
              <w:left w:w="30" w:type="dxa"/>
              <w:bottom w:w="40" w:type="dxa"/>
              <w:right w:w="30" w:type="dxa"/>
            </w:tcMar>
          </w:tcPr>
          <w:p w14:paraId="24CD1F43" w14:textId="77777777" w:rsidR="00BA05D3" w:rsidRPr="00FB78DD" w:rsidRDefault="00000000">
            <w:pPr>
              <w:rPr>
                <w:color w:val="028CC3"/>
                <w:sz w:val="24"/>
                <w:szCs w:val="24"/>
              </w:rPr>
            </w:pPr>
            <w:sdt>
              <w:sdtPr>
                <w:rPr>
                  <w:rFonts w:ascii="Josefin Sans Light" w:hAnsi="Josefin Sans Light"/>
                  <w:i/>
                  <w:iCs/>
                  <w:color w:val="028CC3"/>
                  <w:sz w:val="24"/>
                  <w:szCs w:val="24"/>
                </w:rPr>
                <w:alias w:val="FIELD_001_LEGAL_FIRST_NAME"/>
                <w:tag w:val="FIELD_001_LEGAL_FIRST_NAME"/>
                <w:id w:val="1555967242"/>
                <w:text/>
              </w:sdtPr>
              <w:sdtContent>
                <w:r w:rsidR="002B77C4" w:rsidRPr="00FB78DD">
                  <w:rPr>
                    <w:rFonts w:ascii="Josefin Sans Light" w:hAnsi="Josefin Sans Light"/>
                    <w:i/>
                    <w:iCs/>
                    <w:color w:val="028CC3"/>
                    <w:sz w:val="24"/>
                    <w:szCs w:val="24"/>
                  </w:rPr>
                  <w:t>Type here.</w:t>
                </w:r>
              </w:sdtContent>
            </w:sdt>
          </w:p>
        </w:tc>
        <w:tc>
          <w:tcPr>
            <w:tcW w:w="2880" w:type="dxa"/>
            <w:tcBorders>
              <w:top w:val="nil"/>
              <w:left w:val="nil"/>
              <w:bottom w:val="single" w:sz="6" w:space="0" w:color="7F7F7F"/>
              <w:right w:val="nil"/>
            </w:tcBorders>
            <w:tcMar>
              <w:top w:w="20" w:type="dxa"/>
              <w:left w:w="30" w:type="dxa"/>
              <w:bottom w:w="40" w:type="dxa"/>
              <w:right w:w="30" w:type="dxa"/>
            </w:tcMar>
          </w:tcPr>
          <w:p w14:paraId="6C3504B6" w14:textId="77777777" w:rsidR="00BA05D3" w:rsidRPr="00FB78DD" w:rsidRDefault="00000000">
            <w:pPr>
              <w:rPr>
                <w:color w:val="028CC3"/>
                <w:sz w:val="24"/>
                <w:szCs w:val="24"/>
              </w:rPr>
            </w:pPr>
            <w:sdt>
              <w:sdtPr>
                <w:rPr>
                  <w:rFonts w:ascii="Josefin Sans Light" w:hAnsi="Josefin Sans Light"/>
                  <w:iCs/>
                  <w:color w:val="028CC3"/>
                  <w:sz w:val="24"/>
                  <w:szCs w:val="24"/>
                </w:rPr>
                <w:alias w:val="FIELD_002_PREFERRED_NAME"/>
                <w:tag w:val="FIELD_002_PREFERRED_NAME"/>
                <w:id w:val="918601887"/>
                <w:text/>
              </w:sdtPr>
              <w:sdtContent>
                <w:r w:rsidR="002B77C4" w:rsidRPr="00FB78DD">
                  <w:rPr>
                    <w:rFonts w:ascii="Josefin Sans Light" w:hAnsi="Josefin Sans Light"/>
                    <w:i/>
                    <w:iCs/>
                    <w:color w:val="028CC3"/>
                    <w:sz w:val="24"/>
                    <w:szCs w:val="24"/>
                  </w:rPr>
                  <w:t>Type here.</w:t>
                </w:r>
              </w:sdtContent>
            </w:sdt>
          </w:p>
        </w:tc>
        <w:tc>
          <w:tcPr>
            <w:tcW w:w="3888" w:type="dxa"/>
            <w:tcBorders>
              <w:top w:val="nil"/>
              <w:left w:val="nil"/>
              <w:bottom w:val="single" w:sz="6" w:space="0" w:color="7F7F7F"/>
              <w:right w:val="nil"/>
            </w:tcBorders>
            <w:tcMar>
              <w:top w:w="20" w:type="dxa"/>
              <w:left w:w="30" w:type="dxa"/>
              <w:bottom w:w="40" w:type="dxa"/>
              <w:right w:w="30" w:type="dxa"/>
            </w:tcMar>
          </w:tcPr>
          <w:p w14:paraId="49029CDF" w14:textId="77777777" w:rsidR="00BA05D3" w:rsidRPr="00FB78DD" w:rsidRDefault="00000000">
            <w:pPr>
              <w:rPr>
                <w:color w:val="028CC3"/>
                <w:sz w:val="24"/>
                <w:szCs w:val="24"/>
              </w:rPr>
            </w:pPr>
            <w:sdt>
              <w:sdtPr>
                <w:rPr>
                  <w:rFonts w:ascii="Josefin Sans Light" w:hAnsi="Josefin Sans Light"/>
                  <w:iCs/>
                  <w:color w:val="028CC3"/>
                  <w:sz w:val="24"/>
                  <w:szCs w:val="24"/>
                </w:rPr>
                <w:alias w:val="FIELD_003_LAST_NAME"/>
                <w:tag w:val="FIELD_003_LAST_NAME"/>
                <w:id w:val="144241832"/>
                <w:text/>
              </w:sdtPr>
              <w:sdtContent>
                <w:r w:rsidR="002B77C4" w:rsidRPr="00FB78DD">
                  <w:rPr>
                    <w:rFonts w:ascii="Josefin Sans Light" w:hAnsi="Josefin Sans Light"/>
                    <w:i/>
                    <w:iCs/>
                    <w:color w:val="028CC3"/>
                    <w:sz w:val="24"/>
                    <w:szCs w:val="24"/>
                  </w:rPr>
                  <w:t>Type here.</w:t>
                </w:r>
              </w:sdtContent>
            </w:sdt>
          </w:p>
        </w:tc>
      </w:tr>
    </w:tbl>
    <w:p w14:paraId="7FA291F7" w14:textId="77777777" w:rsidR="00BA05D3" w:rsidRPr="00FB78DD" w:rsidRDefault="00BA05D3">
      <w:pPr>
        <w:spacing w:after="60"/>
        <w:rPr>
          <w:color w:val="028CC3"/>
          <w:sz w:val="24"/>
          <w:szCs w:val="24"/>
        </w:rPr>
      </w:pPr>
    </w:p>
    <w:tbl>
      <w:tblPr>
        <w:tblW w:w="0" w:type="auto"/>
        <w:jc w:val="center"/>
        <w:tblLayout w:type="fixed"/>
        <w:tblLook w:val="04A0" w:firstRow="1" w:lastRow="0" w:firstColumn="1" w:lastColumn="0" w:noHBand="0" w:noVBand="1"/>
      </w:tblPr>
      <w:tblGrid>
        <w:gridCol w:w="3384"/>
        <w:gridCol w:w="3384"/>
        <w:gridCol w:w="3384"/>
      </w:tblGrid>
      <w:tr w:rsidR="00BA05D3" w:rsidRPr="00FB78DD" w14:paraId="354BCD42" w14:textId="77777777">
        <w:trPr>
          <w:cantSplit/>
          <w:jc w:val="center"/>
        </w:trPr>
        <w:tc>
          <w:tcPr>
            <w:tcW w:w="3384" w:type="dxa"/>
            <w:tcBorders>
              <w:top w:val="nil"/>
              <w:left w:val="nil"/>
              <w:bottom w:val="nil"/>
              <w:right w:val="nil"/>
            </w:tcBorders>
            <w:tcMar>
              <w:top w:w="30" w:type="dxa"/>
              <w:left w:w="30" w:type="dxa"/>
              <w:bottom w:w="10" w:type="dxa"/>
              <w:right w:w="30" w:type="dxa"/>
            </w:tcMar>
          </w:tcPr>
          <w:p w14:paraId="1AC6A34C" w14:textId="77777777" w:rsidR="00BA05D3" w:rsidRPr="00FB78DD" w:rsidRDefault="002B77C4">
            <w:pPr>
              <w:rPr>
                <w:color w:val="028CC3"/>
                <w:sz w:val="24"/>
                <w:szCs w:val="24"/>
              </w:rPr>
            </w:pPr>
            <w:r w:rsidRPr="00FB78DD">
              <w:rPr>
                <w:b/>
                <w:color w:val="028CC3"/>
                <w:sz w:val="24"/>
                <w:szCs w:val="24"/>
              </w:rPr>
              <w:t>Date of Birth</w:t>
            </w:r>
          </w:p>
        </w:tc>
        <w:tc>
          <w:tcPr>
            <w:tcW w:w="3384" w:type="dxa"/>
            <w:tcBorders>
              <w:top w:val="nil"/>
              <w:left w:val="nil"/>
              <w:bottom w:val="nil"/>
              <w:right w:val="nil"/>
            </w:tcBorders>
            <w:tcMar>
              <w:top w:w="30" w:type="dxa"/>
              <w:left w:w="30" w:type="dxa"/>
              <w:bottom w:w="10" w:type="dxa"/>
              <w:right w:w="30" w:type="dxa"/>
            </w:tcMar>
          </w:tcPr>
          <w:p w14:paraId="51736A1C" w14:textId="77777777" w:rsidR="00BA05D3" w:rsidRPr="00FB78DD" w:rsidRDefault="002B77C4">
            <w:pPr>
              <w:rPr>
                <w:color w:val="028CC3"/>
                <w:sz w:val="24"/>
                <w:szCs w:val="24"/>
              </w:rPr>
            </w:pPr>
            <w:r w:rsidRPr="00FB78DD">
              <w:rPr>
                <w:b/>
                <w:color w:val="028CC3"/>
                <w:sz w:val="24"/>
                <w:szCs w:val="24"/>
              </w:rPr>
              <w:t>Grade for 2026-2027</w:t>
            </w:r>
          </w:p>
        </w:tc>
        <w:tc>
          <w:tcPr>
            <w:tcW w:w="3384" w:type="dxa"/>
            <w:tcBorders>
              <w:top w:val="nil"/>
              <w:left w:val="nil"/>
              <w:bottom w:val="nil"/>
              <w:right w:val="nil"/>
            </w:tcBorders>
            <w:tcMar>
              <w:top w:w="30" w:type="dxa"/>
              <w:left w:w="30" w:type="dxa"/>
              <w:bottom w:w="10" w:type="dxa"/>
              <w:right w:w="30" w:type="dxa"/>
            </w:tcMar>
          </w:tcPr>
          <w:p w14:paraId="53BA834C" w14:textId="77777777" w:rsidR="00BA05D3" w:rsidRPr="00FB78DD" w:rsidRDefault="002B77C4">
            <w:pPr>
              <w:rPr>
                <w:color w:val="028CC3"/>
                <w:sz w:val="24"/>
                <w:szCs w:val="24"/>
              </w:rPr>
            </w:pPr>
            <w:r w:rsidRPr="00FB78DD">
              <w:rPr>
                <w:b/>
                <w:color w:val="028CC3"/>
                <w:sz w:val="24"/>
                <w:szCs w:val="24"/>
              </w:rPr>
              <w:t>Pronouns (optional)</w:t>
            </w:r>
          </w:p>
        </w:tc>
      </w:tr>
      <w:tr w:rsidR="00BA05D3" w:rsidRPr="00FB78DD" w14:paraId="39464229" w14:textId="77777777">
        <w:trPr>
          <w:cantSplit/>
          <w:jc w:val="center"/>
        </w:trPr>
        <w:tc>
          <w:tcPr>
            <w:tcW w:w="3384" w:type="dxa"/>
            <w:tcBorders>
              <w:top w:val="nil"/>
              <w:left w:val="nil"/>
              <w:bottom w:val="single" w:sz="6" w:space="0" w:color="7F7F7F"/>
              <w:right w:val="nil"/>
            </w:tcBorders>
            <w:tcMar>
              <w:top w:w="20" w:type="dxa"/>
              <w:left w:w="30" w:type="dxa"/>
              <w:bottom w:w="40" w:type="dxa"/>
              <w:right w:w="30" w:type="dxa"/>
            </w:tcMar>
          </w:tcPr>
          <w:p w14:paraId="380E1DDE" w14:textId="77777777" w:rsidR="00BA05D3" w:rsidRPr="00FB78DD" w:rsidRDefault="00000000">
            <w:pPr>
              <w:rPr>
                <w:color w:val="028CC3"/>
                <w:sz w:val="24"/>
                <w:szCs w:val="24"/>
              </w:rPr>
            </w:pPr>
            <w:sdt>
              <w:sdtPr>
                <w:rPr>
                  <w:rFonts w:ascii="Josefin Sans Light" w:hAnsi="Josefin Sans Light"/>
                  <w:iCs/>
                  <w:color w:val="028CC3"/>
                  <w:sz w:val="24"/>
                  <w:szCs w:val="24"/>
                </w:rPr>
                <w:alias w:val="FIELD_004_DATE_OF_BIRTH"/>
                <w:tag w:val="FIELD_004_DATE_OF_BIRTH"/>
                <w:id w:val="1102371139"/>
                <w:text/>
              </w:sdtPr>
              <w:sdtContent>
                <w:r w:rsidR="002B77C4" w:rsidRPr="00FB78DD">
                  <w:rPr>
                    <w:rFonts w:ascii="Josefin Sans Light" w:hAnsi="Josefin Sans Light"/>
                    <w:i/>
                    <w:iCs/>
                    <w:color w:val="028CC3"/>
                    <w:sz w:val="24"/>
                    <w:szCs w:val="24"/>
                  </w:rPr>
                  <w:t>Type here.</w:t>
                </w:r>
              </w:sdtContent>
            </w:sdt>
          </w:p>
        </w:tc>
        <w:tc>
          <w:tcPr>
            <w:tcW w:w="3384" w:type="dxa"/>
            <w:tcBorders>
              <w:top w:val="nil"/>
              <w:left w:val="nil"/>
              <w:bottom w:val="single" w:sz="6" w:space="0" w:color="7F7F7F"/>
              <w:right w:val="nil"/>
            </w:tcBorders>
            <w:tcMar>
              <w:top w:w="20" w:type="dxa"/>
              <w:left w:w="30" w:type="dxa"/>
              <w:bottom w:w="40" w:type="dxa"/>
              <w:right w:w="30" w:type="dxa"/>
            </w:tcMar>
          </w:tcPr>
          <w:p w14:paraId="109C8CAB" w14:textId="77777777" w:rsidR="00BA05D3" w:rsidRPr="00FB78DD" w:rsidRDefault="00000000">
            <w:pPr>
              <w:rPr>
                <w:color w:val="028CC3"/>
                <w:sz w:val="24"/>
                <w:szCs w:val="24"/>
              </w:rPr>
            </w:pPr>
            <w:sdt>
              <w:sdtPr>
                <w:rPr>
                  <w:rFonts w:ascii="Josefin Sans Light" w:hAnsi="Josefin Sans Light"/>
                  <w:i/>
                  <w:iCs/>
                  <w:color w:val="028CC3"/>
                  <w:sz w:val="24"/>
                  <w:szCs w:val="24"/>
                </w:rPr>
                <w:alias w:val="FIELD_005_GRADE_FOR_2026_2027"/>
                <w:tag w:val="FIELD_005_GRADE_FOR_2026_2027"/>
                <w:id w:val="1214768797"/>
                <w:text/>
              </w:sdtPr>
              <w:sdtContent>
                <w:r w:rsidR="002B77C4" w:rsidRPr="00FB78DD">
                  <w:rPr>
                    <w:rFonts w:ascii="Josefin Sans Light" w:hAnsi="Josefin Sans Light"/>
                    <w:i/>
                    <w:iCs/>
                    <w:color w:val="028CC3"/>
                    <w:sz w:val="24"/>
                    <w:szCs w:val="24"/>
                  </w:rPr>
                  <w:t>Type here.</w:t>
                </w:r>
              </w:sdtContent>
            </w:sdt>
          </w:p>
        </w:tc>
        <w:tc>
          <w:tcPr>
            <w:tcW w:w="3384" w:type="dxa"/>
            <w:tcBorders>
              <w:top w:val="nil"/>
              <w:left w:val="nil"/>
              <w:bottom w:val="single" w:sz="6" w:space="0" w:color="7F7F7F"/>
              <w:right w:val="nil"/>
            </w:tcBorders>
            <w:tcMar>
              <w:top w:w="20" w:type="dxa"/>
              <w:left w:w="30" w:type="dxa"/>
              <w:bottom w:w="40" w:type="dxa"/>
              <w:right w:w="30" w:type="dxa"/>
            </w:tcMar>
          </w:tcPr>
          <w:p w14:paraId="60CD2661" w14:textId="77777777" w:rsidR="00BA05D3" w:rsidRPr="00FB78DD" w:rsidRDefault="00000000">
            <w:pPr>
              <w:rPr>
                <w:color w:val="028CC3"/>
                <w:sz w:val="24"/>
                <w:szCs w:val="24"/>
              </w:rPr>
            </w:pPr>
            <w:sdt>
              <w:sdtPr>
                <w:rPr>
                  <w:rFonts w:ascii="Josefin Sans Light" w:hAnsi="Josefin Sans Light"/>
                  <w:iCs/>
                  <w:color w:val="028CC3"/>
                  <w:sz w:val="24"/>
                  <w:szCs w:val="24"/>
                </w:rPr>
                <w:alias w:val="FIELD_006_PRONOUNS_OPTIONAL"/>
                <w:tag w:val="FIELD_006_PRONOUNS_OPTIONAL"/>
                <w:id w:val="1912499609"/>
                <w:text/>
              </w:sdtPr>
              <w:sdtContent>
                <w:r w:rsidR="002B77C4" w:rsidRPr="00FB78DD">
                  <w:rPr>
                    <w:rFonts w:ascii="Josefin Sans Light" w:hAnsi="Josefin Sans Light"/>
                    <w:i/>
                    <w:iCs/>
                    <w:color w:val="028CC3"/>
                    <w:sz w:val="24"/>
                    <w:szCs w:val="24"/>
                  </w:rPr>
                  <w:t>Type here.</w:t>
                </w:r>
              </w:sdtContent>
            </w:sdt>
          </w:p>
        </w:tc>
      </w:tr>
    </w:tbl>
    <w:p w14:paraId="57650073" w14:textId="77777777" w:rsidR="00BA05D3" w:rsidRPr="00FB78DD" w:rsidRDefault="00BA05D3">
      <w:pPr>
        <w:spacing w:after="60"/>
        <w:rPr>
          <w:color w:val="028CC3"/>
          <w:sz w:val="24"/>
          <w:szCs w:val="24"/>
        </w:rPr>
      </w:pPr>
    </w:p>
    <w:tbl>
      <w:tblPr>
        <w:tblW w:w="0" w:type="auto"/>
        <w:jc w:val="center"/>
        <w:tblLayout w:type="fixed"/>
        <w:tblLook w:val="04A0" w:firstRow="1" w:lastRow="0" w:firstColumn="1" w:lastColumn="0" w:noHBand="0" w:noVBand="1"/>
      </w:tblPr>
      <w:tblGrid>
        <w:gridCol w:w="4608"/>
        <w:gridCol w:w="2304"/>
        <w:gridCol w:w="1152"/>
        <w:gridCol w:w="1944"/>
      </w:tblGrid>
      <w:tr w:rsidR="00BA05D3" w:rsidRPr="00FB78DD" w14:paraId="596D366A" w14:textId="77777777">
        <w:trPr>
          <w:cantSplit/>
          <w:jc w:val="center"/>
        </w:trPr>
        <w:tc>
          <w:tcPr>
            <w:tcW w:w="4608" w:type="dxa"/>
            <w:tcBorders>
              <w:top w:val="nil"/>
              <w:left w:val="nil"/>
              <w:bottom w:val="nil"/>
              <w:right w:val="nil"/>
            </w:tcBorders>
            <w:tcMar>
              <w:top w:w="30" w:type="dxa"/>
              <w:left w:w="30" w:type="dxa"/>
              <w:bottom w:w="10" w:type="dxa"/>
              <w:right w:w="30" w:type="dxa"/>
            </w:tcMar>
          </w:tcPr>
          <w:p w14:paraId="58CF28A6" w14:textId="77777777" w:rsidR="00BA05D3" w:rsidRPr="00FB78DD" w:rsidRDefault="002B77C4">
            <w:pPr>
              <w:rPr>
                <w:color w:val="028CC3"/>
                <w:sz w:val="24"/>
                <w:szCs w:val="24"/>
              </w:rPr>
            </w:pPr>
            <w:r w:rsidRPr="00FB78DD">
              <w:rPr>
                <w:b/>
                <w:color w:val="028CC3"/>
                <w:sz w:val="24"/>
                <w:szCs w:val="24"/>
              </w:rPr>
              <w:t>Home Address</w:t>
            </w:r>
          </w:p>
        </w:tc>
        <w:tc>
          <w:tcPr>
            <w:tcW w:w="2304" w:type="dxa"/>
            <w:tcBorders>
              <w:top w:val="nil"/>
              <w:left w:val="nil"/>
              <w:bottom w:val="nil"/>
              <w:right w:val="nil"/>
            </w:tcBorders>
            <w:tcMar>
              <w:top w:w="30" w:type="dxa"/>
              <w:left w:w="30" w:type="dxa"/>
              <w:bottom w:w="10" w:type="dxa"/>
              <w:right w:w="30" w:type="dxa"/>
            </w:tcMar>
          </w:tcPr>
          <w:p w14:paraId="1E573F39" w14:textId="77777777" w:rsidR="00BA05D3" w:rsidRPr="00FB78DD" w:rsidRDefault="002B77C4">
            <w:pPr>
              <w:rPr>
                <w:color w:val="028CC3"/>
                <w:sz w:val="24"/>
                <w:szCs w:val="24"/>
              </w:rPr>
            </w:pPr>
            <w:r w:rsidRPr="00FB78DD">
              <w:rPr>
                <w:b/>
                <w:color w:val="028CC3"/>
                <w:sz w:val="24"/>
                <w:szCs w:val="24"/>
              </w:rPr>
              <w:t>City</w:t>
            </w:r>
          </w:p>
        </w:tc>
        <w:tc>
          <w:tcPr>
            <w:tcW w:w="1152" w:type="dxa"/>
            <w:tcBorders>
              <w:top w:val="nil"/>
              <w:left w:val="nil"/>
              <w:bottom w:val="nil"/>
              <w:right w:val="nil"/>
            </w:tcBorders>
            <w:tcMar>
              <w:top w:w="30" w:type="dxa"/>
              <w:left w:w="30" w:type="dxa"/>
              <w:bottom w:w="10" w:type="dxa"/>
              <w:right w:w="30" w:type="dxa"/>
            </w:tcMar>
          </w:tcPr>
          <w:p w14:paraId="14213C29" w14:textId="77777777" w:rsidR="00BA05D3" w:rsidRPr="00FB78DD" w:rsidRDefault="002B77C4">
            <w:pPr>
              <w:rPr>
                <w:color w:val="028CC3"/>
                <w:sz w:val="24"/>
                <w:szCs w:val="24"/>
              </w:rPr>
            </w:pPr>
            <w:r w:rsidRPr="00FB78DD">
              <w:rPr>
                <w:b/>
                <w:color w:val="028CC3"/>
                <w:sz w:val="24"/>
                <w:szCs w:val="24"/>
              </w:rPr>
              <w:t>State</w:t>
            </w:r>
          </w:p>
        </w:tc>
        <w:tc>
          <w:tcPr>
            <w:tcW w:w="1944" w:type="dxa"/>
            <w:tcBorders>
              <w:top w:val="nil"/>
              <w:left w:val="nil"/>
              <w:bottom w:val="nil"/>
              <w:right w:val="nil"/>
            </w:tcBorders>
            <w:tcMar>
              <w:top w:w="30" w:type="dxa"/>
              <w:left w:w="30" w:type="dxa"/>
              <w:bottom w:w="10" w:type="dxa"/>
              <w:right w:w="30" w:type="dxa"/>
            </w:tcMar>
          </w:tcPr>
          <w:p w14:paraId="5A0DAB30" w14:textId="77777777" w:rsidR="00BA05D3" w:rsidRPr="00FB78DD" w:rsidRDefault="002B77C4">
            <w:pPr>
              <w:rPr>
                <w:color w:val="028CC3"/>
                <w:sz w:val="24"/>
                <w:szCs w:val="24"/>
              </w:rPr>
            </w:pPr>
            <w:r w:rsidRPr="00FB78DD">
              <w:rPr>
                <w:b/>
                <w:color w:val="028CC3"/>
                <w:sz w:val="24"/>
                <w:szCs w:val="24"/>
              </w:rPr>
              <w:t>ZIP</w:t>
            </w:r>
          </w:p>
        </w:tc>
      </w:tr>
      <w:tr w:rsidR="00BA05D3" w:rsidRPr="00FB78DD" w14:paraId="66709394" w14:textId="77777777">
        <w:trPr>
          <w:cantSplit/>
          <w:jc w:val="center"/>
        </w:trPr>
        <w:tc>
          <w:tcPr>
            <w:tcW w:w="4608" w:type="dxa"/>
            <w:tcBorders>
              <w:top w:val="nil"/>
              <w:left w:val="nil"/>
              <w:bottom w:val="single" w:sz="6" w:space="0" w:color="7F7F7F"/>
              <w:right w:val="nil"/>
            </w:tcBorders>
            <w:tcMar>
              <w:top w:w="20" w:type="dxa"/>
              <w:left w:w="30" w:type="dxa"/>
              <w:bottom w:w="40" w:type="dxa"/>
              <w:right w:w="30" w:type="dxa"/>
            </w:tcMar>
          </w:tcPr>
          <w:p w14:paraId="4DCD6283" w14:textId="77777777" w:rsidR="00BA05D3" w:rsidRPr="00FB78DD" w:rsidRDefault="00000000">
            <w:pPr>
              <w:rPr>
                <w:color w:val="028CC3"/>
                <w:sz w:val="24"/>
                <w:szCs w:val="24"/>
              </w:rPr>
            </w:pPr>
            <w:sdt>
              <w:sdtPr>
                <w:rPr>
                  <w:rFonts w:ascii="Josefin Sans Light" w:hAnsi="Josefin Sans Light"/>
                  <w:i/>
                  <w:iCs/>
                  <w:color w:val="028CC3"/>
                  <w:sz w:val="24"/>
                  <w:szCs w:val="24"/>
                </w:rPr>
                <w:alias w:val="FIELD_007_HOME_ADDRESS"/>
                <w:tag w:val="FIELD_007_HOME_ADDRESS"/>
                <w:id w:val="-600574796"/>
                <w:text/>
              </w:sdtPr>
              <w:sdtContent>
                <w:r w:rsidR="002B77C4" w:rsidRPr="00FB78DD">
                  <w:rPr>
                    <w:rFonts w:ascii="Josefin Sans Light" w:hAnsi="Josefin Sans Light"/>
                    <w:i/>
                    <w:iCs/>
                    <w:color w:val="028CC3"/>
                    <w:sz w:val="24"/>
                    <w:szCs w:val="24"/>
                  </w:rPr>
                  <w:t>Type here.</w:t>
                </w:r>
              </w:sdtContent>
            </w:sdt>
          </w:p>
        </w:tc>
        <w:tc>
          <w:tcPr>
            <w:tcW w:w="2304" w:type="dxa"/>
            <w:tcBorders>
              <w:top w:val="nil"/>
              <w:left w:val="nil"/>
              <w:bottom w:val="single" w:sz="6" w:space="0" w:color="7F7F7F"/>
              <w:right w:val="nil"/>
            </w:tcBorders>
            <w:tcMar>
              <w:top w:w="20" w:type="dxa"/>
              <w:left w:w="30" w:type="dxa"/>
              <w:bottom w:w="40" w:type="dxa"/>
              <w:right w:w="30" w:type="dxa"/>
            </w:tcMar>
          </w:tcPr>
          <w:p w14:paraId="5B492BE8" w14:textId="77777777" w:rsidR="00BA05D3" w:rsidRPr="00FB78DD" w:rsidRDefault="00000000">
            <w:pPr>
              <w:rPr>
                <w:color w:val="028CC3"/>
                <w:sz w:val="24"/>
                <w:szCs w:val="24"/>
              </w:rPr>
            </w:pPr>
            <w:sdt>
              <w:sdtPr>
                <w:rPr>
                  <w:rFonts w:ascii="Josefin Sans Light" w:hAnsi="Josefin Sans Light"/>
                  <w:iCs/>
                  <w:color w:val="028CC3"/>
                  <w:sz w:val="24"/>
                  <w:szCs w:val="24"/>
                </w:rPr>
                <w:alias w:val="FIELD_008_CITY"/>
                <w:tag w:val="FIELD_008_CITY"/>
                <w:id w:val="-56547807"/>
                <w:text/>
              </w:sdtPr>
              <w:sdtContent>
                <w:r w:rsidR="002B77C4" w:rsidRPr="00921893">
                  <w:rPr>
                    <w:rFonts w:ascii="Josefin Sans Light" w:hAnsi="Josefin Sans Light"/>
                    <w:i/>
                    <w:iCs/>
                    <w:color w:val="028CC3"/>
                    <w:sz w:val="24"/>
                    <w:szCs w:val="24"/>
                  </w:rPr>
                  <w:t>Type here.</w:t>
                </w:r>
              </w:sdtContent>
            </w:sdt>
          </w:p>
        </w:tc>
        <w:tc>
          <w:tcPr>
            <w:tcW w:w="1152" w:type="dxa"/>
            <w:tcBorders>
              <w:top w:val="nil"/>
              <w:left w:val="nil"/>
              <w:bottom w:val="single" w:sz="6" w:space="0" w:color="7F7F7F"/>
              <w:right w:val="nil"/>
            </w:tcBorders>
            <w:tcMar>
              <w:top w:w="20" w:type="dxa"/>
              <w:left w:w="30" w:type="dxa"/>
              <w:bottom w:w="40" w:type="dxa"/>
              <w:right w:w="30" w:type="dxa"/>
            </w:tcMar>
          </w:tcPr>
          <w:p w14:paraId="212647D6" w14:textId="77777777" w:rsidR="00BA05D3" w:rsidRPr="00FB78DD" w:rsidRDefault="00000000">
            <w:pPr>
              <w:rPr>
                <w:color w:val="028CC3"/>
                <w:sz w:val="24"/>
                <w:szCs w:val="24"/>
              </w:rPr>
            </w:pPr>
            <w:sdt>
              <w:sdtPr>
                <w:rPr>
                  <w:rFonts w:ascii="Josefin Sans Light" w:hAnsi="Josefin Sans Light"/>
                  <w:iCs/>
                  <w:color w:val="028CC3"/>
                  <w:sz w:val="24"/>
                  <w:szCs w:val="24"/>
                </w:rPr>
                <w:alias w:val="FIELD_009_STATE"/>
                <w:tag w:val="FIELD_009_STATE"/>
                <w:id w:val="-17692749"/>
                <w:text/>
              </w:sdtPr>
              <w:sdtContent>
                <w:r w:rsidR="002B77C4" w:rsidRPr="00921893">
                  <w:rPr>
                    <w:rFonts w:ascii="Josefin Sans Light" w:hAnsi="Josefin Sans Light"/>
                    <w:i/>
                    <w:iCs/>
                    <w:color w:val="028CC3"/>
                    <w:sz w:val="24"/>
                    <w:szCs w:val="24"/>
                  </w:rPr>
                  <w:t>Type here.</w:t>
                </w:r>
              </w:sdtContent>
            </w:sdt>
          </w:p>
        </w:tc>
        <w:tc>
          <w:tcPr>
            <w:tcW w:w="1944" w:type="dxa"/>
            <w:tcBorders>
              <w:top w:val="nil"/>
              <w:left w:val="nil"/>
              <w:bottom w:val="single" w:sz="6" w:space="0" w:color="7F7F7F"/>
              <w:right w:val="nil"/>
            </w:tcBorders>
            <w:tcMar>
              <w:top w:w="20" w:type="dxa"/>
              <w:left w:w="30" w:type="dxa"/>
              <w:bottom w:w="40" w:type="dxa"/>
              <w:right w:w="30" w:type="dxa"/>
            </w:tcMar>
          </w:tcPr>
          <w:p w14:paraId="549EAD70" w14:textId="77777777" w:rsidR="00BA05D3" w:rsidRPr="00FB78DD" w:rsidRDefault="00000000">
            <w:pPr>
              <w:rPr>
                <w:color w:val="028CC3"/>
                <w:sz w:val="24"/>
                <w:szCs w:val="24"/>
              </w:rPr>
            </w:pPr>
            <w:sdt>
              <w:sdtPr>
                <w:rPr>
                  <w:rFonts w:ascii="Josefin Sans Light" w:hAnsi="Josefin Sans Light"/>
                  <w:iCs/>
                  <w:color w:val="028CC3"/>
                  <w:sz w:val="24"/>
                  <w:szCs w:val="24"/>
                </w:rPr>
                <w:alias w:val="FIELD_010_ZIP"/>
                <w:tag w:val="FIELD_010_ZIP"/>
                <w:id w:val="-1379087701"/>
                <w:text/>
              </w:sdtPr>
              <w:sdtContent>
                <w:r w:rsidR="002B77C4" w:rsidRPr="00921893">
                  <w:rPr>
                    <w:rFonts w:ascii="Josefin Sans Light" w:hAnsi="Josefin Sans Light"/>
                    <w:i/>
                    <w:iCs/>
                    <w:color w:val="028CC3"/>
                    <w:sz w:val="24"/>
                    <w:szCs w:val="24"/>
                  </w:rPr>
                  <w:t>Type here.</w:t>
                </w:r>
              </w:sdtContent>
            </w:sdt>
          </w:p>
        </w:tc>
      </w:tr>
    </w:tbl>
    <w:p w14:paraId="07DA7234" w14:textId="77777777" w:rsidR="00BA05D3" w:rsidRPr="00FB78DD" w:rsidRDefault="00BA05D3">
      <w:pPr>
        <w:spacing w:after="60"/>
        <w:rPr>
          <w:color w:val="028CC3"/>
          <w:sz w:val="24"/>
          <w:szCs w:val="24"/>
        </w:rPr>
      </w:pPr>
    </w:p>
    <w:tbl>
      <w:tblPr>
        <w:tblW w:w="0" w:type="auto"/>
        <w:jc w:val="center"/>
        <w:tblLayout w:type="fixed"/>
        <w:tblLook w:val="04A0" w:firstRow="1" w:lastRow="0" w:firstColumn="1" w:lastColumn="0" w:noHBand="0" w:noVBand="1"/>
      </w:tblPr>
      <w:tblGrid>
        <w:gridCol w:w="3744"/>
        <w:gridCol w:w="6264"/>
      </w:tblGrid>
      <w:tr w:rsidR="00BA05D3" w:rsidRPr="00FB78DD" w14:paraId="2FEA865D" w14:textId="77777777">
        <w:trPr>
          <w:cantSplit/>
          <w:jc w:val="center"/>
        </w:trPr>
        <w:tc>
          <w:tcPr>
            <w:tcW w:w="3744" w:type="dxa"/>
            <w:tcBorders>
              <w:top w:val="nil"/>
              <w:left w:val="nil"/>
              <w:bottom w:val="nil"/>
              <w:right w:val="nil"/>
            </w:tcBorders>
            <w:tcMar>
              <w:top w:w="30" w:type="dxa"/>
              <w:left w:w="30" w:type="dxa"/>
              <w:bottom w:w="10" w:type="dxa"/>
              <w:right w:w="30" w:type="dxa"/>
            </w:tcMar>
          </w:tcPr>
          <w:p w14:paraId="625BFBC5" w14:textId="77777777" w:rsidR="00BA05D3" w:rsidRPr="00FB78DD" w:rsidRDefault="002B77C4">
            <w:pPr>
              <w:rPr>
                <w:color w:val="028CC3"/>
                <w:sz w:val="24"/>
                <w:szCs w:val="24"/>
              </w:rPr>
            </w:pPr>
            <w:r w:rsidRPr="00FB78DD">
              <w:rPr>
                <w:b/>
                <w:color w:val="028CC3"/>
                <w:sz w:val="24"/>
                <w:szCs w:val="24"/>
              </w:rPr>
              <w:t>Student Cell Phone</w:t>
            </w:r>
          </w:p>
        </w:tc>
        <w:tc>
          <w:tcPr>
            <w:tcW w:w="6264" w:type="dxa"/>
            <w:tcBorders>
              <w:top w:val="nil"/>
              <w:left w:val="nil"/>
              <w:bottom w:val="nil"/>
              <w:right w:val="nil"/>
            </w:tcBorders>
            <w:tcMar>
              <w:top w:w="30" w:type="dxa"/>
              <w:left w:w="30" w:type="dxa"/>
              <w:bottom w:w="10" w:type="dxa"/>
              <w:right w:w="30" w:type="dxa"/>
            </w:tcMar>
          </w:tcPr>
          <w:p w14:paraId="7DD6AE52" w14:textId="77777777" w:rsidR="00BA05D3" w:rsidRPr="00FB78DD" w:rsidRDefault="002B77C4">
            <w:pPr>
              <w:rPr>
                <w:color w:val="028CC3"/>
                <w:sz w:val="24"/>
                <w:szCs w:val="24"/>
              </w:rPr>
            </w:pPr>
            <w:r w:rsidRPr="00FB78DD">
              <w:rPr>
                <w:b/>
                <w:color w:val="028CC3"/>
                <w:sz w:val="24"/>
                <w:szCs w:val="24"/>
              </w:rPr>
              <w:t>Student Email Address</w:t>
            </w:r>
          </w:p>
        </w:tc>
      </w:tr>
      <w:tr w:rsidR="00BA05D3" w:rsidRPr="00FB78DD" w14:paraId="7870CCCB" w14:textId="77777777">
        <w:trPr>
          <w:cantSplit/>
          <w:jc w:val="center"/>
        </w:trPr>
        <w:tc>
          <w:tcPr>
            <w:tcW w:w="3744" w:type="dxa"/>
            <w:tcBorders>
              <w:top w:val="nil"/>
              <w:left w:val="nil"/>
              <w:bottom w:val="single" w:sz="6" w:space="0" w:color="7F7F7F"/>
              <w:right w:val="nil"/>
            </w:tcBorders>
            <w:tcMar>
              <w:top w:w="20" w:type="dxa"/>
              <w:left w:w="30" w:type="dxa"/>
              <w:bottom w:w="40" w:type="dxa"/>
              <w:right w:w="30" w:type="dxa"/>
            </w:tcMar>
          </w:tcPr>
          <w:p w14:paraId="533159F4" w14:textId="77777777" w:rsidR="00BA05D3" w:rsidRPr="00FB78DD" w:rsidRDefault="00000000">
            <w:pPr>
              <w:rPr>
                <w:color w:val="028CC3"/>
                <w:sz w:val="24"/>
                <w:szCs w:val="24"/>
              </w:rPr>
            </w:pPr>
            <w:sdt>
              <w:sdtPr>
                <w:rPr>
                  <w:rFonts w:ascii="Josefin Sans Light" w:hAnsi="Josefin Sans Light"/>
                  <w:i/>
                  <w:iCs/>
                  <w:color w:val="028CC3"/>
                  <w:sz w:val="24"/>
                  <w:szCs w:val="24"/>
                </w:rPr>
                <w:alias w:val="FIELD_011_STUDENT_CELL_PHONE"/>
                <w:tag w:val="FIELD_011_STUDENT_CELL_PHONE"/>
                <w:id w:val="1487212417"/>
                <w:text/>
              </w:sdtPr>
              <w:sdtContent>
                <w:r w:rsidR="002B77C4" w:rsidRPr="00921893">
                  <w:rPr>
                    <w:rFonts w:ascii="Josefin Sans Light" w:hAnsi="Josefin Sans Light"/>
                    <w:i/>
                    <w:iCs/>
                    <w:color w:val="028CC3"/>
                    <w:sz w:val="24"/>
                    <w:szCs w:val="24"/>
                  </w:rPr>
                  <w:t>Type here.</w:t>
                </w:r>
              </w:sdtContent>
            </w:sdt>
          </w:p>
        </w:tc>
        <w:tc>
          <w:tcPr>
            <w:tcW w:w="6264" w:type="dxa"/>
            <w:tcBorders>
              <w:top w:val="nil"/>
              <w:left w:val="nil"/>
              <w:bottom w:val="single" w:sz="6" w:space="0" w:color="7F7F7F"/>
              <w:right w:val="nil"/>
            </w:tcBorders>
            <w:tcMar>
              <w:top w:w="20" w:type="dxa"/>
              <w:left w:w="30" w:type="dxa"/>
              <w:bottom w:w="40" w:type="dxa"/>
              <w:right w:w="30" w:type="dxa"/>
            </w:tcMar>
          </w:tcPr>
          <w:p w14:paraId="2754BA03" w14:textId="77777777" w:rsidR="00BA05D3" w:rsidRPr="00FB78DD" w:rsidRDefault="00000000">
            <w:pPr>
              <w:rPr>
                <w:color w:val="028CC3"/>
                <w:sz w:val="24"/>
                <w:szCs w:val="24"/>
              </w:rPr>
            </w:pPr>
            <w:sdt>
              <w:sdtPr>
                <w:rPr>
                  <w:rFonts w:ascii="Josefin Sans Light" w:hAnsi="Josefin Sans Light"/>
                  <w:i/>
                  <w:iCs/>
                  <w:color w:val="028CC3"/>
                  <w:sz w:val="24"/>
                  <w:szCs w:val="24"/>
                </w:rPr>
                <w:alias w:val="FIELD_012_STUDENT_EMAIL_ADDRESS"/>
                <w:tag w:val="FIELD_012_STUDENT_EMAIL_ADDRESS"/>
                <w:id w:val="87665287"/>
                <w:text/>
              </w:sdtPr>
              <w:sdtContent>
                <w:r w:rsidR="002B77C4" w:rsidRPr="00921893">
                  <w:rPr>
                    <w:rFonts w:ascii="Josefin Sans Light" w:hAnsi="Josefin Sans Light"/>
                    <w:i/>
                    <w:iCs/>
                    <w:color w:val="028CC3"/>
                    <w:sz w:val="24"/>
                    <w:szCs w:val="24"/>
                  </w:rPr>
                  <w:t>Type here.</w:t>
                </w:r>
              </w:sdtContent>
            </w:sdt>
          </w:p>
        </w:tc>
      </w:tr>
    </w:tbl>
    <w:p w14:paraId="1A6D816F" w14:textId="77777777" w:rsidR="00BA05D3" w:rsidRPr="00FB78DD" w:rsidRDefault="00BA05D3">
      <w:pPr>
        <w:spacing w:after="60"/>
        <w:rPr>
          <w:color w:val="028CC3"/>
          <w:sz w:val="24"/>
          <w:szCs w:val="24"/>
        </w:rPr>
      </w:pPr>
    </w:p>
    <w:p w14:paraId="66882BEF" w14:textId="77777777" w:rsidR="00921893" w:rsidRDefault="00921893">
      <w:pPr>
        <w:keepNext/>
        <w:spacing w:before="60" w:after="100"/>
        <w:rPr>
          <w:b/>
          <w:color w:val="028CC3"/>
          <w:sz w:val="24"/>
          <w:szCs w:val="24"/>
        </w:rPr>
      </w:pPr>
    </w:p>
    <w:p w14:paraId="760B3233" w14:textId="479627F8" w:rsidR="00BA05D3" w:rsidRPr="00921893" w:rsidRDefault="00921893">
      <w:pPr>
        <w:keepNext/>
        <w:spacing w:before="60" w:after="100"/>
        <w:rPr>
          <w:color w:val="6FC04C"/>
          <w:sz w:val="24"/>
          <w:szCs w:val="24"/>
        </w:rPr>
      </w:pPr>
      <w:r w:rsidRPr="00921893">
        <w:rPr>
          <w:b/>
          <w:color w:val="6FC04C"/>
          <w:sz w:val="24"/>
          <w:szCs w:val="24"/>
        </w:rPr>
        <w:t>SCHOOL INFORMATION</w:t>
      </w:r>
    </w:p>
    <w:tbl>
      <w:tblPr>
        <w:tblW w:w="0" w:type="auto"/>
        <w:jc w:val="center"/>
        <w:tblLayout w:type="fixed"/>
        <w:tblLook w:val="04A0" w:firstRow="1" w:lastRow="0" w:firstColumn="1" w:lastColumn="0" w:noHBand="0" w:noVBand="1"/>
      </w:tblPr>
      <w:tblGrid>
        <w:gridCol w:w="4608"/>
        <w:gridCol w:w="2520"/>
        <w:gridCol w:w="2880"/>
      </w:tblGrid>
      <w:tr w:rsidR="00BA05D3" w:rsidRPr="00FB78DD" w14:paraId="208F5BE5" w14:textId="77777777">
        <w:trPr>
          <w:cantSplit/>
          <w:jc w:val="center"/>
        </w:trPr>
        <w:tc>
          <w:tcPr>
            <w:tcW w:w="4608" w:type="dxa"/>
            <w:tcBorders>
              <w:top w:val="nil"/>
              <w:left w:val="nil"/>
              <w:bottom w:val="nil"/>
              <w:right w:val="nil"/>
            </w:tcBorders>
            <w:tcMar>
              <w:top w:w="30" w:type="dxa"/>
              <w:left w:w="30" w:type="dxa"/>
              <w:bottom w:w="10" w:type="dxa"/>
              <w:right w:w="30" w:type="dxa"/>
            </w:tcMar>
          </w:tcPr>
          <w:p w14:paraId="2691B52E" w14:textId="77777777" w:rsidR="00BA05D3" w:rsidRPr="00FB78DD" w:rsidRDefault="002B77C4">
            <w:pPr>
              <w:rPr>
                <w:color w:val="028CC3"/>
                <w:sz w:val="24"/>
                <w:szCs w:val="24"/>
              </w:rPr>
            </w:pPr>
            <w:r w:rsidRPr="00FB78DD">
              <w:rPr>
                <w:b/>
                <w:color w:val="028CC3"/>
                <w:sz w:val="24"/>
                <w:szCs w:val="24"/>
              </w:rPr>
              <w:t>School</w:t>
            </w:r>
          </w:p>
        </w:tc>
        <w:tc>
          <w:tcPr>
            <w:tcW w:w="2520" w:type="dxa"/>
            <w:tcBorders>
              <w:top w:val="nil"/>
              <w:left w:val="nil"/>
              <w:bottom w:val="nil"/>
              <w:right w:val="nil"/>
            </w:tcBorders>
            <w:tcMar>
              <w:top w:w="30" w:type="dxa"/>
              <w:left w:w="30" w:type="dxa"/>
              <w:bottom w:w="10" w:type="dxa"/>
              <w:right w:w="30" w:type="dxa"/>
            </w:tcMar>
          </w:tcPr>
          <w:p w14:paraId="3EE079DB" w14:textId="77777777" w:rsidR="00BA05D3" w:rsidRPr="00FB78DD" w:rsidRDefault="002B77C4">
            <w:pPr>
              <w:rPr>
                <w:color w:val="028CC3"/>
                <w:sz w:val="24"/>
                <w:szCs w:val="24"/>
              </w:rPr>
            </w:pPr>
            <w:r w:rsidRPr="00FB78DD">
              <w:rPr>
                <w:b/>
                <w:color w:val="028CC3"/>
                <w:sz w:val="24"/>
                <w:szCs w:val="24"/>
              </w:rPr>
              <w:t>Current GPA (optional)</w:t>
            </w:r>
          </w:p>
        </w:tc>
        <w:tc>
          <w:tcPr>
            <w:tcW w:w="2880" w:type="dxa"/>
            <w:tcBorders>
              <w:top w:val="nil"/>
              <w:left w:val="nil"/>
              <w:bottom w:val="nil"/>
              <w:right w:val="nil"/>
            </w:tcBorders>
            <w:tcMar>
              <w:top w:w="30" w:type="dxa"/>
              <w:left w:w="30" w:type="dxa"/>
              <w:bottom w:w="10" w:type="dxa"/>
              <w:right w:w="30" w:type="dxa"/>
            </w:tcMar>
          </w:tcPr>
          <w:p w14:paraId="44AF9FB9" w14:textId="77777777" w:rsidR="00BA05D3" w:rsidRPr="00FB78DD" w:rsidRDefault="002B77C4">
            <w:pPr>
              <w:rPr>
                <w:color w:val="028CC3"/>
                <w:sz w:val="24"/>
                <w:szCs w:val="24"/>
              </w:rPr>
            </w:pPr>
            <w:r w:rsidRPr="00FB78DD">
              <w:rPr>
                <w:b/>
                <w:color w:val="028CC3"/>
                <w:sz w:val="24"/>
                <w:szCs w:val="24"/>
              </w:rPr>
              <w:t>Expected Graduation Year</w:t>
            </w:r>
          </w:p>
        </w:tc>
      </w:tr>
      <w:tr w:rsidR="00BA05D3" w:rsidRPr="00FB78DD" w14:paraId="4D7A0147" w14:textId="77777777">
        <w:trPr>
          <w:cantSplit/>
          <w:jc w:val="center"/>
        </w:trPr>
        <w:tc>
          <w:tcPr>
            <w:tcW w:w="4608" w:type="dxa"/>
            <w:tcBorders>
              <w:top w:val="nil"/>
              <w:left w:val="nil"/>
              <w:bottom w:val="single" w:sz="6" w:space="0" w:color="7F7F7F"/>
              <w:right w:val="nil"/>
            </w:tcBorders>
            <w:tcMar>
              <w:top w:w="20" w:type="dxa"/>
              <w:left w:w="30" w:type="dxa"/>
              <w:bottom w:w="40" w:type="dxa"/>
              <w:right w:w="30" w:type="dxa"/>
            </w:tcMar>
          </w:tcPr>
          <w:p w14:paraId="36C511F2" w14:textId="77777777" w:rsidR="00BA05D3" w:rsidRPr="00FB78DD" w:rsidRDefault="00000000">
            <w:pPr>
              <w:rPr>
                <w:color w:val="028CC3"/>
                <w:sz w:val="24"/>
                <w:szCs w:val="24"/>
              </w:rPr>
            </w:pPr>
            <w:sdt>
              <w:sdtPr>
                <w:rPr>
                  <w:rFonts w:ascii="Josefin Sans Light" w:hAnsi="Josefin Sans Light"/>
                  <w:iCs/>
                  <w:color w:val="028CC3"/>
                  <w:sz w:val="24"/>
                  <w:szCs w:val="24"/>
                </w:rPr>
                <w:alias w:val="FIELD_013_SCHOOL"/>
                <w:tag w:val="FIELD_013_SCHOOL"/>
                <w:id w:val="1639462686"/>
                <w:text/>
              </w:sdtPr>
              <w:sdtContent>
                <w:r w:rsidR="002B77C4" w:rsidRPr="00921893">
                  <w:rPr>
                    <w:rFonts w:ascii="Josefin Sans Light" w:hAnsi="Josefin Sans Light"/>
                    <w:i/>
                    <w:iCs/>
                    <w:color w:val="028CC3"/>
                    <w:sz w:val="24"/>
                    <w:szCs w:val="24"/>
                  </w:rPr>
                  <w:t>Type here.</w:t>
                </w:r>
              </w:sdtContent>
            </w:sdt>
          </w:p>
        </w:tc>
        <w:tc>
          <w:tcPr>
            <w:tcW w:w="2520" w:type="dxa"/>
            <w:tcBorders>
              <w:top w:val="nil"/>
              <w:left w:val="nil"/>
              <w:bottom w:val="single" w:sz="6" w:space="0" w:color="7F7F7F"/>
              <w:right w:val="nil"/>
            </w:tcBorders>
            <w:tcMar>
              <w:top w:w="20" w:type="dxa"/>
              <w:left w:w="30" w:type="dxa"/>
              <w:bottom w:w="40" w:type="dxa"/>
              <w:right w:w="30" w:type="dxa"/>
            </w:tcMar>
          </w:tcPr>
          <w:p w14:paraId="414E3BC5" w14:textId="77777777" w:rsidR="00BA05D3" w:rsidRPr="00FB78DD" w:rsidRDefault="00000000">
            <w:pPr>
              <w:rPr>
                <w:color w:val="028CC3"/>
                <w:sz w:val="24"/>
                <w:szCs w:val="24"/>
              </w:rPr>
            </w:pPr>
            <w:sdt>
              <w:sdtPr>
                <w:rPr>
                  <w:rFonts w:ascii="Josefin Sans Light" w:hAnsi="Josefin Sans Light"/>
                  <w:iCs/>
                  <w:color w:val="028CC3"/>
                  <w:sz w:val="24"/>
                  <w:szCs w:val="24"/>
                </w:rPr>
                <w:alias w:val="FIELD_014_CURRENT_GPA_OPTIONAL"/>
                <w:tag w:val="FIELD_014_CURRENT_GPA_OPTIONAL"/>
                <w:id w:val="-923256567"/>
                <w:text/>
              </w:sdtPr>
              <w:sdtContent>
                <w:r w:rsidR="002B77C4" w:rsidRPr="00921893">
                  <w:rPr>
                    <w:rFonts w:ascii="Josefin Sans Light" w:hAnsi="Josefin Sans Light"/>
                    <w:i/>
                    <w:iCs/>
                    <w:color w:val="028CC3"/>
                    <w:sz w:val="24"/>
                    <w:szCs w:val="24"/>
                  </w:rPr>
                  <w:t>Type here.</w:t>
                </w:r>
              </w:sdtContent>
            </w:sdt>
          </w:p>
        </w:tc>
        <w:tc>
          <w:tcPr>
            <w:tcW w:w="2880" w:type="dxa"/>
            <w:tcBorders>
              <w:top w:val="nil"/>
              <w:left w:val="nil"/>
              <w:bottom w:val="single" w:sz="6" w:space="0" w:color="7F7F7F"/>
              <w:right w:val="nil"/>
            </w:tcBorders>
            <w:tcMar>
              <w:top w:w="20" w:type="dxa"/>
              <w:left w:w="30" w:type="dxa"/>
              <w:bottom w:w="40" w:type="dxa"/>
              <w:right w:w="30" w:type="dxa"/>
            </w:tcMar>
          </w:tcPr>
          <w:p w14:paraId="7157B9A6" w14:textId="77777777" w:rsidR="00BA05D3" w:rsidRPr="00FB78DD" w:rsidRDefault="00000000">
            <w:pPr>
              <w:rPr>
                <w:color w:val="028CC3"/>
                <w:sz w:val="24"/>
                <w:szCs w:val="24"/>
              </w:rPr>
            </w:pPr>
            <w:sdt>
              <w:sdtPr>
                <w:rPr>
                  <w:rFonts w:ascii="Josefin Sans Light" w:hAnsi="Josefin Sans Light"/>
                  <w:iCs/>
                  <w:color w:val="028CC3"/>
                  <w:sz w:val="24"/>
                  <w:szCs w:val="24"/>
                </w:rPr>
                <w:alias w:val="FIELD_015_EXPECTED_GRADUATION_YEAR"/>
                <w:tag w:val="FIELD_015_EXPECTED_GRADUATION_YEAR"/>
                <w:id w:val="1608010785"/>
                <w:text/>
              </w:sdtPr>
              <w:sdtContent>
                <w:r w:rsidR="002B77C4" w:rsidRPr="00921893">
                  <w:rPr>
                    <w:rFonts w:ascii="Josefin Sans Light" w:hAnsi="Josefin Sans Light"/>
                    <w:i/>
                    <w:iCs/>
                    <w:color w:val="028CC3"/>
                    <w:sz w:val="24"/>
                    <w:szCs w:val="24"/>
                  </w:rPr>
                  <w:t>Type here.</w:t>
                </w:r>
              </w:sdtContent>
            </w:sdt>
          </w:p>
        </w:tc>
      </w:tr>
    </w:tbl>
    <w:p w14:paraId="5C8FD0E4" w14:textId="77777777" w:rsidR="00BA05D3" w:rsidRPr="00FB78DD" w:rsidRDefault="00BA05D3">
      <w:pPr>
        <w:spacing w:after="60"/>
        <w:rPr>
          <w:color w:val="028CC3"/>
          <w:sz w:val="24"/>
          <w:szCs w:val="24"/>
        </w:rPr>
      </w:pPr>
    </w:p>
    <w:tbl>
      <w:tblPr>
        <w:tblW w:w="0" w:type="auto"/>
        <w:jc w:val="center"/>
        <w:tblLayout w:type="fixed"/>
        <w:tblLook w:val="04A0" w:firstRow="1" w:lastRow="0" w:firstColumn="1" w:lastColumn="0" w:noHBand="0" w:noVBand="1"/>
      </w:tblPr>
      <w:tblGrid>
        <w:gridCol w:w="4968"/>
        <w:gridCol w:w="5040"/>
      </w:tblGrid>
      <w:tr w:rsidR="00BA05D3" w:rsidRPr="00FB78DD" w14:paraId="26905668" w14:textId="77777777">
        <w:trPr>
          <w:cantSplit/>
          <w:jc w:val="center"/>
        </w:trPr>
        <w:tc>
          <w:tcPr>
            <w:tcW w:w="4968" w:type="dxa"/>
            <w:tcBorders>
              <w:top w:val="nil"/>
              <w:left w:val="nil"/>
              <w:bottom w:val="nil"/>
              <w:right w:val="nil"/>
            </w:tcBorders>
            <w:tcMar>
              <w:top w:w="30" w:type="dxa"/>
              <w:left w:w="30" w:type="dxa"/>
              <w:bottom w:w="10" w:type="dxa"/>
              <w:right w:w="30" w:type="dxa"/>
            </w:tcMar>
          </w:tcPr>
          <w:p w14:paraId="144D9B57" w14:textId="77777777" w:rsidR="00BA05D3" w:rsidRPr="00FB78DD" w:rsidRDefault="002B77C4">
            <w:pPr>
              <w:rPr>
                <w:color w:val="028CC3"/>
                <w:sz w:val="24"/>
                <w:szCs w:val="24"/>
              </w:rPr>
            </w:pPr>
            <w:r w:rsidRPr="00FB78DD">
              <w:rPr>
                <w:b/>
                <w:color w:val="028CC3"/>
                <w:sz w:val="24"/>
                <w:szCs w:val="24"/>
              </w:rPr>
              <w:t>School Counselor / Advisor</w:t>
            </w:r>
          </w:p>
        </w:tc>
        <w:tc>
          <w:tcPr>
            <w:tcW w:w="5040" w:type="dxa"/>
            <w:tcBorders>
              <w:top w:val="nil"/>
              <w:left w:val="nil"/>
              <w:bottom w:val="nil"/>
              <w:right w:val="nil"/>
            </w:tcBorders>
            <w:tcMar>
              <w:top w:w="30" w:type="dxa"/>
              <w:left w:w="30" w:type="dxa"/>
              <w:bottom w:w="10" w:type="dxa"/>
              <w:right w:w="30" w:type="dxa"/>
            </w:tcMar>
          </w:tcPr>
          <w:p w14:paraId="004D0A4A" w14:textId="77777777" w:rsidR="00BA05D3" w:rsidRPr="00FB78DD" w:rsidRDefault="002B77C4">
            <w:pPr>
              <w:rPr>
                <w:color w:val="028CC3"/>
                <w:sz w:val="24"/>
                <w:szCs w:val="24"/>
              </w:rPr>
            </w:pPr>
            <w:r w:rsidRPr="00FB78DD">
              <w:rPr>
                <w:b/>
                <w:color w:val="028CC3"/>
                <w:sz w:val="24"/>
                <w:szCs w:val="24"/>
              </w:rPr>
              <w:t>Counselor Email or Phone</w:t>
            </w:r>
          </w:p>
        </w:tc>
      </w:tr>
      <w:tr w:rsidR="00BA05D3" w:rsidRPr="00FB78DD" w14:paraId="474B5528" w14:textId="77777777">
        <w:trPr>
          <w:cantSplit/>
          <w:jc w:val="center"/>
        </w:trPr>
        <w:tc>
          <w:tcPr>
            <w:tcW w:w="4968" w:type="dxa"/>
            <w:tcBorders>
              <w:top w:val="nil"/>
              <w:left w:val="nil"/>
              <w:bottom w:val="single" w:sz="6" w:space="0" w:color="7F7F7F"/>
              <w:right w:val="nil"/>
            </w:tcBorders>
            <w:tcMar>
              <w:top w:w="20" w:type="dxa"/>
              <w:left w:w="30" w:type="dxa"/>
              <w:bottom w:w="40" w:type="dxa"/>
              <w:right w:w="30" w:type="dxa"/>
            </w:tcMar>
          </w:tcPr>
          <w:p w14:paraId="0A4F9CFE" w14:textId="77777777" w:rsidR="00BA05D3" w:rsidRPr="00FB78DD" w:rsidRDefault="00000000">
            <w:pPr>
              <w:rPr>
                <w:color w:val="028CC3"/>
                <w:sz w:val="24"/>
                <w:szCs w:val="24"/>
              </w:rPr>
            </w:pPr>
            <w:sdt>
              <w:sdtPr>
                <w:rPr>
                  <w:rFonts w:ascii="Josefin Sans Light" w:hAnsi="Josefin Sans Light"/>
                  <w:i/>
                  <w:iCs/>
                  <w:color w:val="028CC3"/>
                  <w:sz w:val="24"/>
                  <w:szCs w:val="24"/>
                </w:rPr>
                <w:alias w:val="FIELD_016_SCHOOL_COUNSELOR_ADVISOR"/>
                <w:tag w:val="FIELD_016_SCHOOL_COUNSELOR_ADVISOR"/>
                <w:id w:val="-563713730"/>
                <w:text/>
              </w:sdtPr>
              <w:sdtContent>
                <w:r w:rsidR="002B77C4" w:rsidRPr="00921893">
                  <w:rPr>
                    <w:rFonts w:ascii="Josefin Sans Light" w:hAnsi="Josefin Sans Light"/>
                    <w:i/>
                    <w:iCs/>
                    <w:color w:val="028CC3"/>
                    <w:sz w:val="24"/>
                    <w:szCs w:val="24"/>
                  </w:rPr>
                  <w:t>Type here.</w:t>
                </w:r>
              </w:sdtContent>
            </w:sdt>
          </w:p>
        </w:tc>
        <w:tc>
          <w:tcPr>
            <w:tcW w:w="5040" w:type="dxa"/>
            <w:tcBorders>
              <w:top w:val="nil"/>
              <w:left w:val="nil"/>
              <w:bottom w:val="single" w:sz="6" w:space="0" w:color="7F7F7F"/>
              <w:right w:val="nil"/>
            </w:tcBorders>
            <w:tcMar>
              <w:top w:w="20" w:type="dxa"/>
              <w:left w:w="30" w:type="dxa"/>
              <w:bottom w:w="40" w:type="dxa"/>
              <w:right w:w="30" w:type="dxa"/>
            </w:tcMar>
          </w:tcPr>
          <w:p w14:paraId="2B466988" w14:textId="77777777" w:rsidR="00BA05D3" w:rsidRPr="00FB78DD" w:rsidRDefault="00000000">
            <w:pPr>
              <w:rPr>
                <w:color w:val="028CC3"/>
                <w:sz w:val="24"/>
                <w:szCs w:val="24"/>
              </w:rPr>
            </w:pPr>
            <w:sdt>
              <w:sdtPr>
                <w:rPr>
                  <w:rFonts w:ascii="Josefin Sans Light" w:hAnsi="Josefin Sans Light"/>
                  <w:iCs/>
                  <w:color w:val="028CC3"/>
                  <w:sz w:val="24"/>
                  <w:szCs w:val="24"/>
                </w:rPr>
                <w:alias w:val="FIELD_017_COUNSELOR_EMAIL_OR_PHONE"/>
                <w:tag w:val="FIELD_017_COUNSELOR_EMAIL_OR_PHONE"/>
                <w:id w:val="-979534916"/>
                <w:text/>
              </w:sdtPr>
              <w:sdtContent>
                <w:r w:rsidR="002B77C4" w:rsidRPr="00921893">
                  <w:rPr>
                    <w:rFonts w:ascii="Josefin Sans Light" w:hAnsi="Josefin Sans Light"/>
                    <w:i/>
                    <w:iCs/>
                    <w:color w:val="028CC3"/>
                    <w:sz w:val="24"/>
                    <w:szCs w:val="24"/>
                  </w:rPr>
                  <w:t>Type here.</w:t>
                </w:r>
              </w:sdtContent>
            </w:sdt>
          </w:p>
        </w:tc>
      </w:tr>
    </w:tbl>
    <w:p w14:paraId="300EB5B3" w14:textId="77777777" w:rsidR="00BA05D3" w:rsidRPr="00FB78DD" w:rsidRDefault="00BA05D3">
      <w:pPr>
        <w:spacing w:after="60"/>
        <w:rPr>
          <w:color w:val="028CC3"/>
          <w:sz w:val="24"/>
          <w:szCs w:val="24"/>
        </w:rPr>
      </w:pPr>
    </w:p>
    <w:tbl>
      <w:tblPr>
        <w:tblW w:w="0" w:type="auto"/>
        <w:jc w:val="center"/>
        <w:tblLayout w:type="fixed"/>
        <w:tblLook w:val="04A0" w:firstRow="1" w:lastRow="0" w:firstColumn="1" w:lastColumn="0" w:noHBand="0" w:noVBand="1"/>
      </w:tblPr>
      <w:tblGrid>
        <w:gridCol w:w="10454"/>
      </w:tblGrid>
      <w:tr w:rsidR="00BA05D3" w:rsidRPr="00FB78DD" w14:paraId="4785A540" w14:textId="77777777">
        <w:trPr>
          <w:jc w:val="center"/>
        </w:trPr>
        <w:tc>
          <w:tcPr>
            <w:tcW w:w="10454" w:type="dxa"/>
            <w:tcBorders>
              <w:top w:val="nil"/>
              <w:left w:val="nil"/>
              <w:bottom w:val="nil"/>
              <w:right w:val="nil"/>
            </w:tcBorders>
            <w:tcMar>
              <w:top w:w="35" w:type="dxa"/>
              <w:left w:w="10" w:type="dxa"/>
              <w:bottom w:w="25" w:type="dxa"/>
              <w:right w:w="10" w:type="dxa"/>
            </w:tcMar>
          </w:tcPr>
          <w:p w14:paraId="3F5D6985" w14:textId="77777777" w:rsidR="00BA05D3" w:rsidRPr="00FB78DD" w:rsidRDefault="002B77C4">
            <w:pPr>
              <w:spacing w:after="80"/>
              <w:rPr>
                <w:color w:val="028CC3"/>
                <w:sz w:val="24"/>
                <w:szCs w:val="24"/>
              </w:rPr>
            </w:pPr>
            <w:r w:rsidRPr="00FB78DD">
              <w:rPr>
                <w:b/>
                <w:color w:val="028CC3"/>
                <w:sz w:val="24"/>
                <w:szCs w:val="24"/>
              </w:rPr>
              <w:t>Advanced, gifted, dual-credit, career/technical, or other specialized coursework (optional)</w:t>
            </w:r>
          </w:p>
          <w:p w14:paraId="7DA5F6D1" w14:textId="77777777" w:rsidR="00BA05D3" w:rsidRPr="00FB78DD" w:rsidRDefault="00000000">
            <w:pPr>
              <w:rPr>
                <w:color w:val="028CC3"/>
                <w:sz w:val="24"/>
                <w:szCs w:val="24"/>
              </w:rPr>
            </w:pPr>
            <w:sdt>
              <w:sdtPr>
                <w:rPr>
                  <w:rFonts w:ascii="Josefin Sans Light" w:hAnsi="Josefin Sans Light"/>
                  <w:iCs/>
                  <w:color w:val="028CC3"/>
                  <w:sz w:val="24"/>
                  <w:szCs w:val="24"/>
                </w:rPr>
                <w:alias w:val="LONG_001_ADVANCED_GIFTED_DUAL_CREDIT_CAREER_TECHNIC"/>
                <w:tag w:val="LONG_001_ADVANCED_GIFTED_DUAL_CREDIT_CAREER_TECHNIC"/>
                <w:id w:val="612791480"/>
                <w:text w:multiLine="1"/>
              </w:sdtPr>
              <w:sdtContent>
                <w:r w:rsidR="002B77C4" w:rsidRPr="00921893">
                  <w:rPr>
                    <w:rFonts w:ascii="Josefin Sans Light" w:hAnsi="Josefin Sans Light"/>
                    <w:i/>
                    <w:iCs/>
                    <w:color w:val="028CC3"/>
                    <w:sz w:val="24"/>
                    <w:szCs w:val="24"/>
                  </w:rPr>
                  <w:t>Type response here.</w:t>
                </w:r>
              </w:sdtContent>
            </w:sdt>
          </w:p>
          <w:p w14:paraId="62FAB885" w14:textId="77777777" w:rsidR="00BA05D3" w:rsidRPr="00FB78DD" w:rsidRDefault="00BA05D3">
            <w:pPr>
              <w:rPr>
                <w:color w:val="028CC3"/>
                <w:sz w:val="24"/>
                <w:szCs w:val="24"/>
              </w:rPr>
            </w:pPr>
          </w:p>
        </w:tc>
      </w:tr>
    </w:tbl>
    <w:p w14:paraId="6D216768" w14:textId="77777777" w:rsidR="00BA05D3" w:rsidRPr="00FB78DD" w:rsidRDefault="00BA05D3">
      <w:pPr>
        <w:spacing w:after="40"/>
        <w:rPr>
          <w:color w:val="028CC3"/>
          <w:sz w:val="24"/>
          <w:szCs w:val="24"/>
        </w:rPr>
      </w:pPr>
    </w:p>
    <w:tbl>
      <w:tblPr>
        <w:tblW w:w="0" w:type="auto"/>
        <w:jc w:val="center"/>
        <w:tblLayout w:type="fixed"/>
        <w:tblLook w:val="04A0" w:firstRow="1" w:lastRow="0" w:firstColumn="1" w:lastColumn="0" w:noHBand="0" w:noVBand="1"/>
      </w:tblPr>
      <w:tblGrid>
        <w:gridCol w:w="10454"/>
      </w:tblGrid>
      <w:tr w:rsidR="00BA05D3" w:rsidRPr="00FB78DD" w14:paraId="039786DD" w14:textId="77777777">
        <w:trPr>
          <w:jc w:val="center"/>
        </w:trPr>
        <w:tc>
          <w:tcPr>
            <w:tcW w:w="10454" w:type="dxa"/>
            <w:tcBorders>
              <w:top w:val="nil"/>
              <w:left w:val="nil"/>
              <w:bottom w:val="nil"/>
              <w:right w:val="nil"/>
            </w:tcBorders>
            <w:tcMar>
              <w:top w:w="35" w:type="dxa"/>
              <w:left w:w="10" w:type="dxa"/>
              <w:bottom w:w="25" w:type="dxa"/>
              <w:right w:w="10" w:type="dxa"/>
            </w:tcMar>
          </w:tcPr>
          <w:p w14:paraId="3588F4D9" w14:textId="77777777" w:rsidR="00BA05D3" w:rsidRPr="00FB78DD" w:rsidRDefault="002B77C4" w:rsidP="00921893">
            <w:pPr>
              <w:spacing w:after="80" w:line="276" w:lineRule="auto"/>
              <w:rPr>
                <w:color w:val="028CC3"/>
                <w:sz w:val="24"/>
                <w:szCs w:val="24"/>
              </w:rPr>
            </w:pPr>
            <w:r w:rsidRPr="00FB78DD">
              <w:rPr>
                <w:b/>
                <w:color w:val="028CC3"/>
                <w:sz w:val="24"/>
                <w:szCs w:val="24"/>
              </w:rPr>
              <w:t>Extracurricular activities, employment, church/community involvement, or family responsibilities. Include leadership roles and approximate time commitments.</w:t>
            </w:r>
          </w:p>
          <w:p w14:paraId="6225EA3E" w14:textId="77777777" w:rsidR="00BA05D3" w:rsidRPr="00FB78DD" w:rsidRDefault="00000000">
            <w:pPr>
              <w:rPr>
                <w:color w:val="028CC3"/>
                <w:sz w:val="24"/>
                <w:szCs w:val="24"/>
              </w:rPr>
            </w:pPr>
            <w:sdt>
              <w:sdtPr>
                <w:rPr>
                  <w:rFonts w:ascii="Josefin Sans Light" w:hAnsi="Josefin Sans Light"/>
                  <w:i/>
                  <w:iCs/>
                  <w:color w:val="028CC3"/>
                  <w:sz w:val="24"/>
                  <w:szCs w:val="24"/>
                </w:rPr>
                <w:alias w:val="LONG_002_EXTRACURRICULAR_ACTIVITIES_EMPLOYMENT_CHUR"/>
                <w:tag w:val="LONG_002_EXTRACURRICULAR_ACTIVITIES_EMPLOYMENT_CHUR"/>
                <w:id w:val="173079083"/>
                <w:text w:multiLine="1"/>
              </w:sdtPr>
              <w:sdtContent>
                <w:r w:rsidR="002B77C4" w:rsidRPr="00921893">
                  <w:rPr>
                    <w:rFonts w:ascii="Josefin Sans Light" w:hAnsi="Josefin Sans Light"/>
                    <w:i/>
                    <w:iCs/>
                    <w:color w:val="028CC3"/>
                    <w:sz w:val="24"/>
                    <w:szCs w:val="24"/>
                  </w:rPr>
                  <w:t>Type response here.</w:t>
                </w:r>
              </w:sdtContent>
            </w:sdt>
          </w:p>
          <w:p w14:paraId="63983C51" w14:textId="77777777" w:rsidR="00BA05D3" w:rsidRPr="00FB78DD" w:rsidRDefault="00BA05D3">
            <w:pPr>
              <w:rPr>
                <w:color w:val="028CC3"/>
                <w:sz w:val="24"/>
                <w:szCs w:val="24"/>
              </w:rPr>
            </w:pPr>
          </w:p>
          <w:p w14:paraId="624EC990" w14:textId="77777777" w:rsidR="00BA05D3" w:rsidRPr="00FB78DD" w:rsidRDefault="00BA05D3">
            <w:pPr>
              <w:rPr>
                <w:color w:val="028CC3"/>
                <w:sz w:val="24"/>
                <w:szCs w:val="24"/>
              </w:rPr>
            </w:pPr>
          </w:p>
        </w:tc>
      </w:tr>
    </w:tbl>
    <w:p w14:paraId="671D6ED3" w14:textId="77777777" w:rsidR="00BA05D3" w:rsidRPr="00FB78DD" w:rsidRDefault="00BA05D3">
      <w:pPr>
        <w:spacing w:after="40"/>
        <w:rPr>
          <w:color w:val="028CC3"/>
          <w:sz w:val="24"/>
          <w:szCs w:val="24"/>
        </w:rPr>
      </w:pPr>
    </w:p>
    <w:tbl>
      <w:tblPr>
        <w:tblW w:w="0" w:type="auto"/>
        <w:jc w:val="center"/>
        <w:tblLayout w:type="fixed"/>
        <w:tblLook w:val="04A0" w:firstRow="1" w:lastRow="0" w:firstColumn="1" w:lastColumn="0" w:noHBand="0" w:noVBand="1"/>
      </w:tblPr>
      <w:tblGrid>
        <w:gridCol w:w="10454"/>
      </w:tblGrid>
      <w:tr w:rsidR="00BA05D3" w:rsidRPr="00FB78DD" w14:paraId="75B5D05F" w14:textId="77777777">
        <w:trPr>
          <w:jc w:val="center"/>
        </w:trPr>
        <w:tc>
          <w:tcPr>
            <w:tcW w:w="10454" w:type="dxa"/>
            <w:tcBorders>
              <w:top w:val="nil"/>
              <w:left w:val="nil"/>
              <w:bottom w:val="nil"/>
              <w:right w:val="nil"/>
            </w:tcBorders>
            <w:tcMar>
              <w:top w:w="35" w:type="dxa"/>
              <w:left w:w="10" w:type="dxa"/>
              <w:bottom w:w="25" w:type="dxa"/>
              <w:right w:w="10" w:type="dxa"/>
            </w:tcMar>
          </w:tcPr>
          <w:p w14:paraId="6F318ABD" w14:textId="77777777" w:rsidR="00BA05D3" w:rsidRPr="00FB78DD" w:rsidRDefault="002B77C4">
            <w:pPr>
              <w:spacing w:after="80"/>
              <w:rPr>
                <w:color w:val="028CC3"/>
                <w:sz w:val="24"/>
                <w:szCs w:val="24"/>
              </w:rPr>
            </w:pPr>
            <w:r w:rsidRPr="00FB78DD">
              <w:rPr>
                <w:b/>
                <w:color w:val="028CC3"/>
                <w:sz w:val="24"/>
                <w:szCs w:val="24"/>
              </w:rPr>
              <w:t>Awards, recognition, certifications, or special skills</w:t>
            </w:r>
          </w:p>
          <w:p w14:paraId="5AA458B0" w14:textId="77777777" w:rsidR="00BA05D3" w:rsidRPr="00FB78DD" w:rsidRDefault="00000000">
            <w:pPr>
              <w:rPr>
                <w:color w:val="028CC3"/>
                <w:sz w:val="24"/>
                <w:szCs w:val="24"/>
              </w:rPr>
            </w:pPr>
            <w:sdt>
              <w:sdtPr>
                <w:rPr>
                  <w:rFonts w:ascii="Josefin Sans Light" w:hAnsi="Josefin Sans Light"/>
                  <w:i/>
                  <w:iCs/>
                  <w:color w:val="028CC3"/>
                  <w:sz w:val="24"/>
                  <w:szCs w:val="24"/>
                </w:rPr>
                <w:alias w:val="LONG_003_AWARDS_RECOGNITION_CERTIFICATIONS_OR_SPECI"/>
                <w:tag w:val="LONG_003_AWARDS_RECOGNITION_CERTIFICATIONS_OR_SPECI"/>
                <w:id w:val="-1591160280"/>
                <w:text w:multiLine="1"/>
              </w:sdtPr>
              <w:sdtContent>
                <w:r w:rsidR="002B77C4" w:rsidRPr="00921893">
                  <w:rPr>
                    <w:rFonts w:ascii="Josefin Sans Light" w:hAnsi="Josefin Sans Light"/>
                    <w:i/>
                    <w:iCs/>
                    <w:color w:val="028CC3"/>
                    <w:sz w:val="24"/>
                    <w:szCs w:val="24"/>
                  </w:rPr>
                  <w:t>Type response here.</w:t>
                </w:r>
              </w:sdtContent>
            </w:sdt>
          </w:p>
          <w:p w14:paraId="6DEB44A8" w14:textId="77777777" w:rsidR="00BA05D3" w:rsidRPr="00FB78DD" w:rsidRDefault="00BA05D3">
            <w:pPr>
              <w:rPr>
                <w:color w:val="028CC3"/>
                <w:sz w:val="24"/>
                <w:szCs w:val="24"/>
              </w:rPr>
            </w:pPr>
          </w:p>
        </w:tc>
      </w:tr>
    </w:tbl>
    <w:p w14:paraId="5B07C9B7" w14:textId="77777777" w:rsidR="00BA05D3" w:rsidRPr="00FB78DD" w:rsidRDefault="00BA05D3">
      <w:pPr>
        <w:spacing w:after="40"/>
        <w:rPr>
          <w:sz w:val="24"/>
          <w:szCs w:val="24"/>
        </w:rPr>
      </w:pPr>
    </w:p>
    <w:p w14:paraId="54D25F66" w14:textId="77777777" w:rsidR="00BA05D3" w:rsidRPr="00FB78DD" w:rsidRDefault="002B77C4">
      <w:pPr>
        <w:rPr>
          <w:sz w:val="24"/>
          <w:szCs w:val="24"/>
        </w:rPr>
      </w:pPr>
      <w:r w:rsidRPr="00FB78DD">
        <w:rPr>
          <w:sz w:val="24"/>
          <w:szCs w:val="24"/>
        </w:rPr>
        <w:br w:type="page"/>
      </w:r>
    </w:p>
    <w:p w14:paraId="2FF34189" w14:textId="77777777" w:rsidR="00BA05D3" w:rsidRDefault="00BA05D3"/>
    <w:p w14:paraId="50A032B2" w14:textId="754667E4" w:rsidR="00921893" w:rsidRPr="00DB1507" w:rsidRDefault="00921893" w:rsidP="00921893">
      <w:pPr>
        <w:spacing w:after="60"/>
        <w:rPr>
          <w:color w:val="028CC3"/>
        </w:rPr>
      </w:pPr>
      <w:r w:rsidRPr="00DB1507">
        <w:rPr>
          <w:b/>
          <w:color w:val="028CC3"/>
          <w:sz w:val="50"/>
        </w:rPr>
        <w:t>STUDENT APPLICATION</w:t>
      </w:r>
      <w:r>
        <w:rPr>
          <w:b/>
          <w:color w:val="028CC3"/>
          <w:sz w:val="50"/>
        </w:rPr>
        <w:t xml:space="preserve"> – </w:t>
      </w:r>
      <w:r w:rsidRPr="00921893">
        <w:rPr>
          <w:b/>
          <w:i/>
          <w:iCs/>
          <w:color w:val="028CC3"/>
          <w:sz w:val="50"/>
        </w:rPr>
        <w:t>cont.</w:t>
      </w:r>
    </w:p>
    <w:p w14:paraId="2CC5BE84" w14:textId="77777777" w:rsidR="00921893" w:rsidRPr="00921893" w:rsidRDefault="00921893" w:rsidP="00921893">
      <w:pPr>
        <w:rPr>
          <w:rFonts w:ascii="Josefin Sans Light" w:hAnsi="Josefin Sans Light"/>
          <w:i/>
          <w:iCs/>
        </w:rPr>
      </w:pPr>
      <w:r w:rsidRPr="00DB1507">
        <w:rPr>
          <w:rFonts w:ascii="Josefin Sans Light" w:hAnsi="Josefin Sans Light"/>
          <w:i/>
          <w:iCs/>
          <w:color w:val="67B83E"/>
          <w:sz w:val="36"/>
        </w:rPr>
        <w:t>President’s Leadership Circle Program</w:t>
      </w:r>
    </w:p>
    <w:p w14:paraId="6D905B0B" w14:textId="77777777" w:rsidR="00921893" w:rsidRDefault="00921893">
      <w:pPr>
        <w:keepNext/>
        <w:spacing w:before="60" w:after="100"/>
        <w:rPr>
          <w:b/>
          <w:color w:val="028CC3"/>
          <w:sz w:val="27"/>
        </w:rPr>
      </w:pPr>
    </w:p>
    <w:p w14:paraId="69475905" w14:textId="77777777" w:rsidR="00293C09" w:rsidRDefault="00293C09">
      <w:pPr>
        <w:keepNext/>
        <w:spacing w:before="60" w:after="100"/>
        <w:rPr>
          <w:b/>
          <w:color w:val="6FC04C"/>
          <w:sz w:val="27"/>
        </w:rPr>
      </w:pPr>
    </w:p>
    <w:p w14:paraId="2225F2D9" w14:textId="115E49F1" w:rsidR="00BA05D3" w:rsidRPr="002F2A9D" w:rsidRDefault="002F2A9D">
      <w:pPr>
        <w:keepNext/>
        <w:spacing w:before="60" w:after="100"/>
        <w:rPr>
          <w:color w:val="6FC04C"/>
        </w:rPr>
      </w:pPr>
      <w:r w:rsidRPr="002F2A9D">
        <w:rPr>
          <w:b/>
          <w:color w:val="6FC04C"/>
          <w:sz w:val="27"/>
        </w:rPr>
        <w:t>PARENT/GUARDIAN INFORMATION</w:t>
      </w:r>
    </w:p>
    <w:tbl>
      <w:tblPr>
        <w:tblW w:w="0" w:type="auto"/>
        <w:jc w:val="center"/>
        <w:tblLayout w:type="fixed"/>
        <w:tblLook w:val="04A0" w:firstRow="1" w:lastRow="0" w:firstColumn="1" w:lastColumn="0" w:noHBand="0" w:noVBand="1"/>
      </w:tblPr>
      <w:tblGrid>
        <w:gridCol w:w="5904"/>
        <w:gridCol w:w="4104"/>
      </w:tblGrid>
      <w:tr w:rsidR="00BA05D3" w:rsidRPr="00921893" w14:paraId="549BE4D0" w14:textId="77777777">
        <w:trPr>
          <w:cantSplit/>
          <w:jc w:val="center"/>
        </w:trPr>
        <w:tc>
          <w:tcPr>
            <w:tcW w:w="5904" w:type="dxa"/>
            <w:tcBorders>
              <w:top w:val="nil"/>
              <w:left w:val="nil"/>
              <w:bottom w:val="nil"/>
              <w:right w:val="nil"/>
            </w:tcBorders>
            <w:tcMar>
              <w:top w:w="30" w:type="dxa"/>
              <w:left w:w="30" w:type="dxa"/>
              <w:bottom w:w="10" w:type="dxa"/>
              <w:right w:w="30" w:type="dxa"/>
            </w:tcMar>
          </w:tcPr>
          <w:p w14:paraId="24E22CA6" w14:textId="77777777" w:rsidR="00BA05D3" w:rsidRPr="00921893" w:rsidRDefault="002B77C4">
            <w:pPr>
              <w:rPr>
                <w:color w:val="028CC3"/>
                <w:sz w:val="24"/>
                <w:szCs w:val="24"/>
              </w:rPr>
            </w:pPr>
            <w:r w:rsidRPr="00921893">
              <w:rPr>
                <w:b/>
                <w:color w:val="028CC3"/>
                <w:sz w:val="24"/>
                <w:szCs w:val="24"/>
              </w:rPr>
              <w:t>Parent/Guardian Name</w:t>
            </w:r>
          </w:p>
        </w:tc>
        <w:tc>
          <w:tcPr>
            <w:tcW w:w="4104" w:type="dxa"/>
            <w:tcBorders>
              <w:top w:val="nil"/>
              <w:left w:val="nil"/>
              <w:bottom w:val="nil"/>
              <w:right w:val="nil"/>
            </w:tcBorders>
            <w:tcMar>
              <w:top w:w="30" w:type="dxa"/>
              <w:left w:w="30" w:type="dxa"/>
              <w:bottom w:w="10" w:type="dxa"/>
              <w:right w:w="30" w:type="dxa"/>
            </w:tcMar>
          </w:tcPr>
          <w:p w14:paraId="13D7B087" w14:textId="77777777" w:rsidR="00BA05D3" w:rsidRPr="00921893" w:rsidRDefault="002B77C4">
            <w:pPr>
              <w:rPr>
                <w:color w:val="028CC3"/>
                <w:sz w:val="24"/>
                <w:szCs w:val="24"/>
              </w:rPr>
            </w:pPr>
            <w:r w:rsidRPr="00921893">
              <w:rPr>
                <w:b/>
                <w:color w:val="028CC3"/>
                <w:sz w:val="24"/>
                <w:szCs w:val="24"/>
              </w:rPr>
              <w:t>Relationship to Student</w:t>
            </w:r>
          </w:p>
        </w:tc>
      </w:tr>
      <w:tr w:rsidR="00BA05D3" w:rsidRPr="00921893" w14:paraId="7BB9CD4D" w14:textId="77777777">
        <w:trPr>
          <w:cantSplit/>
          <w:jc w:val="center"/>
        </w:trPr>
        <w:tc>
          <w:tcPr>
            <w:tcW w:w="5904" w:type="dxa"/>
            <w:tcBorders>
              <w:top w:val="nil"/>
              <w:left w:val="nil"/>
              <w:bottom w:val="single" w:sz="6" w:space="0" w:color="7F7F7F"/>
              <w:right w:val="nil"/>
            </w:tcBorders>
            <w:tcMar>
              <w:top w:w="20" w:type="dxa"/>
              <w:left w:w="30" w:type="dxa"/>
              <w:bottom w:w="40" w:type="dxa"/>
              <w:right w:w="30" w:type="dxa"/>
            </w:tcMar>
          </w:tcPr>
          <w:p w14:paraId="7BA5DB1F" w14:textId="77777777" w:rsidR="00BA05D3" w:rsidRPr="00921893" w:rsidRDefault="00000000">
            <w:pPr>
              <w:rPr>
                <w:color w:val="028CC3"/>
                <w:sz w:val="24"/>
                <w:szCs w:val="24"/>
              </w:rPr>
            </w:pPr>
            <w:sdt>
              <w:sdtPr>
                <w:rPr>
                  <w:rFonts w:ascii="Josefin Sans Light" w:hAnsi="Josefin Sans Light"/>
                  <w:iCs/>
                  <w:color w:val="028CC3"/>
                  <w:sz w:val="24"/>
                  <w:szCs w:val="24"/>
                </w:rPr>
                <w:alias w:val="FIELD_018_PARENT_GUARDIAN_NAME"/>
                <w:tag w:val="FIELD_018_PARENT_GUARDIAN_NAME"/>
                <w:id w:val="-1629624817"/>
                <w:text/>
              </w:sdtPr>
              <w:sdtContent>
                <w:r w:rsidR="002B77C4" w:rsidRPr="00921893">
                  <w:rPr>
                    <w:rFonts w:ascii="Josefin Sans Light" w:hAnsi="Josefin Sans Light"/>
                    <w:i/>
                    <w:iCs/>
                    <w:color w:val="028CC3"/>
                    <w:sz w:val="24"/>
                    <w:szCs w:val="24"/>
                  </w:rPr>
                  <w:t>Type here.</w:t>
                </w:r>
              </w:sdtContent>
            </w:sdt>
          </w:p>
        </w:tc>
        <w:tc>
          <w:tcPr>
            <w:tcW w:w="4104" w:type="dxa"/>
            <w:tcBorders>
              <w:top w:val="nil"/>
              <w:left w:val="nil"/>
              <w:bottom w:val="single" w:sz="6" w:space="0" w:color="7F7F7F"/>
              <w:right w:val="nil"/>
            </w:tcBorders>
            <w:tcMar>
              <w:top w:w="20" w:type="dxa"/>
              <w:left w:w="30" w:type="dxa"/>
              <w:bottom w:w="40" w:type="dxa"/>
              <w:right w:w="30" w:type="dxa"/>
            </w:tcMar>
          </w:tcPr>
          <w:p w14:paraId="24D4331E" w14:textId="77777777" w:rsidR="00BA05D3" w:rsidRPr="00921893" w:rsidRDefault="00000000">
            <w:pPr>
              <w:rPr>
                <w:color w:val="028CC3"/>
                <w:sz w:val="24"/>
                <w:szCs w:val="24"/>
              </w:rPr>
            </w:pPr>
            <w:sdt>
              <w:sdtPr>
                <w:rPr>
                  <w:rFonts w:ascii="Josefin Sans Light" w:hAnsi="Josefin Sans Light"/>
                  <w:i/>
                  <w:iCs/>
                  <w:color w:val="028CC3"/>
                  <w:sz w:val="24"/>
                  <w:szCs w:val="24"/>
                </w:rPr>
                <w:alias w:val="FIELD_019_RELATIONSHIP_TO_STUDENT"/>
                <w:tag w:val="FIELD_019_RELATIONSHIP_TO_STUDENT"/>
                <w:id w:val="911283905"/>
                <w:text/>
              </w:sdtPr>
              <w:sdtContent>
                <w:r w:rsidR="002B77C4" w:rsidRPr="00921893">
                  <w:rPr>
                    <w:rFonts w:ascii="Josefin Sans Light" w:hAnsi="Josefin Sans Light"/>
                    <w:i/>
                    <w:iCs/>
                    <w:color w:val="028CC3"/>
                    <w:sz w:val="24"/>
                    <w:szCs w:val="24"/>
                  </w:rPr>
                  <w:t>Type here.</w:t>
                </w:r>
              </w:sdtContent>
            </w:sdt>
          </w:p>
        </w:tc>
      </w:tr>
    </w:tbl>
    <w:p w14:paraId="22060726" w14:textId="77777777" w:rsidR="00BA05D3" w:rsidRPr="00921893" w:rsidRDefault="00BA05D3">
      <w:pPr>
        <w:spacing w:after="60"/>
        <w:rPr>
          <w:color w:val="028CC3"/>
          <w:sz w:val="24"/>
          <w:szCs w:val="24"/>
        </w:rPr>
      </w:pPr>
    </w:p>
    <w:tbl>
      <w:tblPr>
        <w:tblW w:w="0" w:type="auto"/>
        <w:jc w:val="center"/>
        <w:tblLayout w:type="fixed"/>
        <w:tblLook w:val="04A0" w:firstRow="1" w:lastRow="0" w:firstColumn="1" w:lastColumn="0" w:noHBand="0" w:noVBand="1"/>
      </w:tblPr>
      <w:tblGrid>
        <w:gridCol w:w="3744"/>
        <w:gridCol w:w="6264"/>
      </w:tblGrid>
      <w:tr w:rsidR="00BA05D3" w:rsidRPr="00921893" w14:paraId="1BAA0E3A" w14:textId="77777777">
        <w:trPr>
          <w:cantSplit/>
          <w:jc w:val="center"/>
        </w:trPr>
        <w:tc>
          <w:tcPr>
            <w:tcW w:w="3744" w:type="dxa"/>
            <w:tcBorders>
              <w:top w:val="nil"/>
              <w:left w:val="nil"/>
              <w:bottom w:val="nil"/>
              <w:right w:val="nil"/>
            </w:tcBorders>
            <w:tcMar>
              <w:top w:w="30" w:type="dxa"/>
              <w:left w:w="30" w:type="dxa"/>
              <w:bottom w:w="10" w:type="dxa"/>
              <w:right w:w="30" w:type="dxa"/>
            </w:tcMar>
          </w:tcPr>
          <w:p w14:paraId="5C4D002A" w14:textId="77777777" w:rsidR="00BA05D3" w:rsidRPr="00921893" w:rsidRDefault="002B77C4">
            <w:pPr>
              <w:rPr>
                <w:color w:val="028CC3"/>
                <w:sz w:val="24"/>
                <w:szCs w:val="24"/>
              </w:rPr>
            </w:pPr>
            <w:r w:rsidRPr="00921893">
              <w:rPr>
                <w:b/>
                <w:color w:val="028CC3"/>
                <w:sz w:val="24"/>
                <w:szCs w:val="24"/>
              </w:rPr>
              <w:t>Primary Phone</w:t>
            </w:r>
          </w:p>
        </w:tc>
        <w:tc>
          <w:tcPr>
            <w:tcW w:w="6264" w:type="dxa"/>
            <w:tcBorders>
              <w:top w:val="nil"/>
              <w:left w:val="nil"/>
              <w:bottom w:val="nil"/>
              <w:right w:val="nil"/>
            </w:tcBorders>
            <w:tcMar>
              <w:top w:w="30" w:type="dxa"/>
              <w:left w:w="30" w:type="dxa"/>
              <w:bottom w:w="10" w:type="dxa"/>
              <w:right w:w="30" w:type="dxa"/>
            </w:tcMar>
          </w:tcPr>
          <w:p w14:paraId="110C306A" w14:textId="77777777" w:rsidR="00BA05D3" w:rsidRPr="00921893" w:rsidRDefault="002B77C4">
            <w:pPr>
              <w:rPr>
                <w:color w:val="028CC3"/>
                <w:sz w:val="24"/>
                <w:szCs w:val="24"/>
              </w:rPr>
            </w:pPr>
            <w:r w:rsidRPr="00921893">
              <w:rPr>
                <w:b/>
                <w:color w:val="028CC3"/>
                <w:sz w:val="24"/>
                <w:szCs w:val="24"/>
              </w:rPr>
              <w:t>Email Address</w:t>
            </w:r>
          </w:p>
        </w:tc>
      </w:tr>
      <w:tr w:rsidR="00BA05D3" w:rsidRPr="00921893" w14:paraId="5EAAAFD3" w14:textId="77777777">
        <w:trPr>
          <w:cantSplit/>
          <w:jc w:val="center"/>
        </w:trPr>
        <w:tc>
          <w:tcPr>
            <w:tcW w:w="3744" w:type="dxa"/>
            <w:tcBorders>
              <w:top w:val="nil"/>
              <w:left w:val="nil"/>
              <w:bottom w:val="single" w:sz="6" w:space="0" w:color="7F7F7F"/>
              <w:right w:val="nil"/>
            </w:tcBorders>
            <w:tcMar>
              <w:top w:w="20" w:type="dxa"/>
              <w:left w:w="30" w:type="dxa"/>
              <w:bottom w:w="40" w:type="dxa"/>
              <w:right w:w="30" w:type="dxa"/>
            </w:tcMar>
          </w:tcPr>
          <w:p w14:paraId="65F097FE" w14:textId="77777777" w:rsidR="00BA05D3" w:rsidRPr="00921893" w:rsidRDefault="00000000">
            <w:pPr>
              <w:rPr>
                <w:color w:val="028CC3"/>
                <w:sz w:val="24"/>
                <w:szCs w:val="24"/>
              </w:rPr>
            </w:pPr>
            <w:sdt>
              <w:sdtPr>
                <w:rPr>
                  <w:rFonts w:ascii="Josefin Sans Light" w:hAnsi="Josefin Sans Light"/>
                  <w:iCs/>
                  <w:color w:val="028CC3"/>
                  <w:sz w:val="24"/>
                  <w:szCs w:val="24"/>
                </w:rPr>
                <w:alias w:val="FIELD_020_PRIMARY_PHONE"/>
                <w:tag w:val="FIELD_020_PRIMARY_PHONE"/>
                <w:id w:val="885222807"/>
                <w:text/>
              </w:sdtPr>
              <w:sdtContent>
                <w:r w:rsidR="002B77C4" w:rsidRPr="00921893">
                  <w:rPr>
                    <w:rFonts w:ascii="Josefin Sans Light" w:hAnsi="Josefin Sans Light"/>
                    <w:i/>
                    <w:iCs/>
                    <w:color w:val="028CC3"/>
                    <w:sz w:val="24"/>
                    <w:szCs w:val="24"/>
                  </w:rPr>
                  <w:t>Type here.</w:t>
                </w:r>
              </w:sdtContent>
            </w:sdt>
          </w:p>
        </w:tc>
        <w:tc>
          <w:tcPr>
            <w:tcW w:w="6264" w:type="dxa"/>
            <w:tcBorders>
              <w:top w:val="nil"/>
              <w:left w:val="nil"/>
              <w:bottom w:val="single" w:sz="6" w:space="0" w:color="7F7F7F"/>
              <w:right w:val="nil"/>
            </w:tcBorders>
            <w:tcMar>
              <w:top w:w="20" w:type="dxa"/>
              <w:left w:w="30" w:type="dxa"/>
              <w:bottom w:w="40" w:type="dxa"/>
              <w:right w:w="30" w:type="dxa"/>
            </w:tcMar>
          </w:tcPr>
          <w:p w14:paraId="5A03CBB4" w14:textId="77777777" w:rsidR="00BA05D3" w:rsidRPr="00921893" w:rsidRDefault="00000000">
            <w:pPr>
              <w:rPr>
                <w:color w:val="028CC3"/>
                <w:sz w:val="24"/>
                <w:szCs w:val="24"/>
              </w:rPr>
            </w:pPr>
            <w:sdt>
              <w:sdtPr>
                <w:rPr>
                  <w:rFonts w:ascii="Josefin Sans Light" w:hAnsi="Josefin Sans Light"/>
                  <w:iCs/>
                  <w:color w:val="028CC3"/>
                  <w:sz w:val="24"/>
                  <w:szCs w:val="24"/>
                </w:rPr>
                <w:alias w:val="FIELD_021_EMAIL_ADDRESS"/>
                <w:tag w:val="FIELD_021_EMAIL_ADDRESS"/>
                <w:id w:val="-2068247645"/>
                <w:text/>
              </w:sdtPr>
              <w:sdtContent>
                <w:r w:rsidR="002B77C4" w:rsidRPr="00293C09">
                  <w:rPr>
                    <w:rFonts w:ascii="Josefin Sans Light" w:hAnsi="Josefin Sans Light"/>
                    <w:i/>
                    <w:iCs/>
                    <w:color w:val="028CC3"/>
                    <w:sz w:val="24"/>
                    <w:szCs w:val="24"/>
                  </w:rPr>
                  <w:t>Type here.</w:t>
                </w:r>
              </w:sdtContent>
            </w:sdt>
          </w:p>
        </w:tc>
      </w:tr>
    </w:tbl>
    <w:p w14:paraId="55282005" w14:textId="77777777" w:rsidR="00BA05D3" w:rsidRPr="00921893" w:rsidRDefault="00BA05D3">
      <w:pPr>
        <w:spacing w:after="60"/>
        <w:rPr>
          <w:color w:val="028CC3"/>
          <w:sz w:val="24"/>
          <w:szCs w:val="24"/>
        </w:rPr>
      </w:pPr>
    </w:p>
    <w:tbl>
      <w:tblPr>
        <w:tblW w:w="0" w:type="auto"/>
        <w:jc w:val="center"/>
        <w:tblLayout w:type="fixed"/>
        <w:tblLook w:val="04A0" w:firstRow="1" w:lastRow="0" w:firstColumn="1" w:lastColumn="0" w:noHBand="0" w:noVBand="1"/>
      </w:tblPr>
      <w:tblGrid>
        <w:gridCol w:w="5904"/>
        <w:gridCol w:w="4104"/>
      </w:tblGrid>
      <w:tr w:rsidR="00BA05D3" w:rsidRPr="00921893" w14:paraId="3177BCB2" w14:textId="77777777">
        <w:trPr>
          <w:cantSplit/>
          <w:jc w:val="center"/>
        </w:trPr>
        <w:tc>
          <w:tcPr>
            <w:tcW w:w="5904" w:type="dxa"/>
            <w:tcBorders>
              <w:top w:val="nil"/>
              <w:left w:val="nil"/>
              <w:bottom w:val="nil"/>
              <w:right w:val="nil"/>
            </w:tcBorders>
            <w:tcMar>
              <w:top w:w="30" w:type="dxa"/>
              <w:left w:w="30" w:type="dxa"/>
              <w:bottom w:w="10" w:type="dxa"/>
              <w:right w:w="30" w:type="dxa"/>
            </w:tcMar>
          </w:tcPr>
          <w:p w14:paraId="7F614F02" w14:textId="77777777" w:rsidR="00BA05D3" w:rsidRPr="00921893" w:rsidRDefault="002B77C4">
            <w:pPr>
              <w:rPr>
                <w:color w:val="028CC3"/>
                <w:sz w:val="24"/>
                <w:szCs w:val="24"/>
              </w:rPr>
            </w:pPr>
            <w:r w:rsidRPr="00921893">
              <w:rPr>
                <w:b/>
                <w:color w:val="028CC3"/>
                <w:sz w:val="24"/>
                <w:szCs w:val="24"/>
              </w:rPr>
              <w:t>Secondary Parent/Guardian (optional)</w:t>
            </w:r>
          </w:p>
        </w:tc>
        <w:tc>
          <w:tcPr>
            <w:tcW w:w="4104" w:type="dxa"/>
            <w:tcBorders>
              <w:top w:val="nil"/>
              <w:left w:val="nil"/>
              <w:bottom w:val="nil"/>
              <w:right w:val="nil"/>
            </w:tcBorders>
            <w:tcMar>
              <w:top w:w="30" w:type="dxa"/>
              <w:left w:w="30" w:type="dxa"/>
              <w:bottom w:w="10" w:type="dxa"/>
              <w:right w:w="30" w:type="dxa"/>
            </w:tcMar>
          </w:tcPr>
          <w:p w14:paraId="5320EED8" w14:textId="77777777" w:rsidR="00BA05D3" w:rsidRPr="00921893" w:rsidRDefault="002B77C4">
            <w:pPr>
              <w:rPr>
                <w:color w:val="028CC3"/>
                <w:sz w:val="24"/>
                <w:szCs w:val="24"/>
              </w:rPr>
            </w:pPr>
            <w:r w:rsidRPr="00921893">
              <w:rPr>
                <w:b/>
                <w:color w:val="028CC3"/>
                <w:sz w:val="24"/>
                <w:szCs w:val="24"/>
              </w:rPr>
              <w:t>Phone / Email</w:t>
            </w:r>
          </w:p>
        </w:tc>
      </w:tr>
      <w:tr w:rsidR="00BA05D3" w:rsidRPr="00921893" w14:paraId="260A8213" w14:textId="77777777">
        <w:trPr>
          <w:cantSplit/>
          <w:jc w:val="center"/>
        </w:trPr>
        <w:tc>
          <w:tcPr>
            <w:tcW w:w="5904" w:type="dxa"/>
            <w:tcBorders>
              <w:top w:val="nil"/>
              <w:left w:val="nil"/>
              <w:bottom w:val="single" w:sz="6" w:space="0" w:color="7F7F7F"/>
              <w:right w:val="nil"/>
            </w:tcBorders>
            <w:tcMar>
              <w:top w:w="20" w:type="dxa"/>
              <w:left w:w="30" w:type="dxa"/>
              <w:bottom w:w="40" w:type="dxa"/>
              <w:right w:w="30" w:type="dxa"/>
            </w:tcMar>
          </w:tcPr>
          <w:p w14:paraId="598EC58A" w14:textId="77777777" w:rsidR="00BA05D3" w:rsidRPr="00921893" w:rsidRDefault="00000000">
            <w:pPr>
              <w:rPr>
                <w:color w:val="028CC3"/>
                <w:sz w:val="24"/>
                <w:szCs w:val="24"/>
              </w:rPr>
            </w:pPr>
            <w:sdt>
              <w:sdtPr>
                <w:rPr>
                  <w:rFonts w:ascii="Josefin Sans Light" w:hAnsi="Josefin Sans Light"/>
                  <w:iCs/>
                  <w:color w:val="028CC3"/>
                  <w:sz w:val="24"/>
                  <w:szCs w:val="24"/>
                </w:rPr>
                <w:alias w:val="FIELD_022_SECONDARY_PARENT_GUARDIAN_OPTIONAL"/>
                <w:tag w:val="FIELD_022_SECONDARY_PARENT_GUARDIAN_OPTIONAL"/>
                <w:id w:val="-1076122452"/>
                <w:text/>
              </w:sdtPr>
              <w:sdtContent>
                <w:r w:rsidR="002B77C4" w:rsidRPr="00293C09">
                  <w:rPr>
                    <w:rFonts w:ascii="Josefin Sans Light" w:hAnsi="Josefin Sans Light"/>
                    <w:i/>
                    <w:iCs/>
                    <w:color w:val="028CC3"/>
                    <w:sz w:val="24"/>
                    <w:szCs w:val="24"/>
                  </w:rPr>
                  <w:t>Type here.</w:t>
                </w:r>
              </w:sdtContent>
            </w:sdt>
          </w:p>
        </w:tc>
        <w:tc>
          <w:tcPr>
            <w:tcW w:w="4104" w:type="dxa"/>
            <w:tcBorders>
              <w:top w:val="nil"/>
              <w:left w:val="nil"/>
              <w:bottom w:val="single" w:sz="6" w:space="0" w:color="7F7F7F"/>
              <w:right w:val="nil"/>
            </w:tcBorders>
            <w:tcMar>
              <w:top w:w="20" w:type="dxa"/>
              <w:left w:w="30" w:type="dxa"/>
              <w:bottom w:w="40" w:type="dxa"/>
              <w:right w:w="30" w:type="dxa"/>
            </w:tcMar>
          </w:tcPr>
          <w:p w14:paraId="553D26E8" w14:textId="77777777" w:rsidR="00BA05D3" w:rsidRPr="00921893" w:rsidRDefault="00000000">
            <w:pPr>
              <w:rPr>
                <w:color w:val="028CC3"/>
                <w:sz w:val="24"/>
                <w:szCs w:val="24"/>
              </w:rPr>
            </w:pPr>
            <w:sdt>
              <w:sdtPr>
                <w:rPr>
                  <w:rFonts w:ascii="Josefin Sans Light" w:hAnsi="Josefin Sans Light"/>
                  <w:i/>
                  <w:iCs/>
                  <w:color w:val="028CC3"/>
                  <w:sz w:val="24"/>
                  <w:szCs w:val="24"/>
                </w:rPr>
                <w:alias w:val="FIELD_023_PHONE_EMAIL"/>
                <w:tag w:val="FIELD_023_PHONE_EMAIL"/>
                <w:id w:val="-1287808387"/>
                <w:text/>
              </w:sdtPr>
              <w:sdtContent>
                <w:r w:rsidR="002B77C4" w:rsidRPr="00293C09">
                  <w:rPr>
                    <w:rFonts w:ascii="Josefin Sans Light" w:hAnsi="Josefin Sans Light"/>
                    <w:i/>
                    <w:iCs/>
                    <w:color w:val="028CC3"/>
                    <w:sz w:val="24"/>
                    <w:szCs w:val="24"/>
                  </w:rPr>
                  <w:t>Type here.</w:t>
                </w:r>
              </w:sdtContent>
            </w:sdt>
          </w:p>
        </w:tc>
      </w:tr>
    </w:tbl>
    <w:p w14:paraId="7C2CED0A" w14:textId="77777777" w:rsidR="00BA05D3" w:rsidRDefault="00BA05D3">
      <w:pPr>
        <w:spacing w:after="60"/>
        <w:rPr>
          <w:color w:val="028CC3"/>
        </w:rPr>
      </w:pPr>
    </w:p>
    <w:p w14:paraId="44250764" w14:textId="77777777" w:rsidR="002F2A9D" w:rsidRPr="00921893" w:rsidRDefault="002F2A9D">
      <w:pPr>
        <w:spacing w:after="60"/>
        <w:rPr>
          <w:color w:val="028CC3"/>
        </w:rPr>
      </w:pPr>
    </w:p>
    <w:p w14:paraId="6FF51F7C" w14:textId="77777777" w:rsidR="00293C09" w:rsidRDefault="00293C09">
      <w:pPr>
        <w:keepNext/>
        <w:spacing w:before="60" w:after="100"/>
        <w:rPr>
          <w:b/>
          <w:color w:val="6FC04C"/>
          <w:sz w:val="27"/>
        </w:rPr>
      </w:pPr>
    </w:p>
    <w:p w14:paraId="628E862D" w14:textId="50ABF57A" w:rsidR="00BA05D3" w:rsidRPr="00293C09" w:rsidRDefault="00293C09">
      <w:pPr>
        <w:keepNext/>
        <w:spacing w:before="60" w:after="100"/>
        <w:rPr>
          <w:color w:val="6FC04C"/>
        </w:rPr>
      </w:pPr>
      <w:r w:rsidRPr="00293C09">
        <w:rPr>
          <w:b/>
          <w:color w:val="6FC04C"/>
          <w:sz w:val="27"/>
        </w:rPr>
        <w:t>SERVICE HISTORY AND MCM EXPERIENCE</w:t>
      </w:r>
    </w:p>
    <w:tbl>
      <w:tblPr>
        <w:tblW w:w="0" w:type="auto"/>
        <w:jc w:val="center"/>
        <w:tblLayout w:type="fixed"/>
        <w:tblLook w:val="04A0" w:firstRow="1" w:lastRow="0" w:firstColumn="1" w:lastColumn="0" w:noHBand="0" w:noVBand="1"/>
      </w:tblPr>
      <w:tblGrid>
        <w:gridCol w:w="10454"/>
      </w:tblGrid>
      <w:tr w:rsidR="00BA05D3" w:rsidRPr="00921893" w14:paraId="19035F9F" w14:textId="77777777">
        <w:trPr>
          <w:jc w:val="center"/>
        </w:trPr>
        <w:tc>
          <w:tcPr>
            <w:tcW w:w="10454" w:type="dxa"/>
            <w:tcBorders>
              <w:top w:val="nil"/>
              <w:left w:val="nil"/>
              <w:bottom w:val="nil"/>
              <w:right w:val="nil"/>
            </w:tcBorders>
            <w:tcMar>
              <w:top w:w="35" w:type="dxa"/>
              <w:left w:w="10" w:type="dxa"/>
              <w:bottom w:w="25" w:type="dxa"/>
              <w:right w:w="10" w:type="dxa"/>
            </w:tcMar>
          </w:tcPr>
          <w:p w14:paraId="10BE5BC5" w14:textId="77777777" w:rsidR="00BA05D3" w:rsidRPr="00921893" w:rsidRDefault="002B77C4" w:rsidP="00293C09">
            <w:pPr>
              <w:spacing w:after="80" w:line="276" w:lineRule="auto"/>
              <w:rPr>
                <w:color w:val="028CC3"/>
                <w:sz w:val="24"/>
                <w:szCs w:val="24"/>
              </w:rPr>
            </w:pPr>
            <w:r w:rsidRPr="00921893">
              <w:rPr>
                <w:b/>
                <w:color w:val="028CC3"/>
                <w:sz w:val="24"/>
                <w:szCs w:val="24"/>
              </w:rPr>
              <w:t>Describe your previous volunteer or community service experience. Include organization, role, dates, responsibilities, and approximate hours.</w:t>
            </w:r>
          </w:p>
          <w:p w14:paraId="71D34BDC" w14:textId="77777777" w:rsidR="00BA05D3" w:rsidRPr="00921893" w:rsidRDefault="00000000">
            <w:pPr>
              <w:rPr>
                <w:color w:val="028CC3"/>
                <w:sz w:val="24"/>
                <w:szCs w:val="24"/>
              </w:rPr>
            </w:pPr>
            <w:sdt>
              <w:sdtPr>
                <w:rPr>
                  <w:rFonts w:ascii="Josefin Sans Light" w:hAnsi="Josefin Sans Light"/>
                  <w:iCs/>
                  <w:color w:val="028CC3"/>
                  <w:sz w:val="24"/>
                  <w:szCs w:val="24"/>
                </w:rPr>
                <w:alias w:val="LONG_004_DESCRIBE_YOUR_PREVIOUS_VOLUNTEER_OR_COMMUN"/>
                <w:tag w:val="LONG_004_DESCRIBE_YOUR_PREVIOUS_VOLUNTEER_OR_COMMUN"/>
                <w:id w:val="539713854"/>
                <w:text w:multiLine="1"/>
              </w:sdtPr>
              <w:sdtContent>
                <w:r w:rsidR="002B77C4" w:rsidRPr="00293C09">
                  <w:rPr>
                    <w:rFonts w:ascii="Josefin Sans Light" w:hAnsi="Josefin Sans Light"/>
                    <w:i/>
                    <w:iCs/>
                    <w:color w:val="028CC3"/>
                    <w:sz w:val="24"/>
                    <w:szCs w:val="24"/>
                  </w:rPr>
                  <w:t>Type response here.</w:t>
                </w:r>
              </w:sdtContent>
            </w:sdt>
          </w:p>
          <w:p w14:paraId="52123912" w14:textId="77777777" w:rsidR="00BA05D3" w:rsidRPr="00921893" w:rsidRDefault="00BA05D3">
            <w:pPr>
              <w:rPr>
                <w:color w:val="028CC3"/>
                <w:sz w:val="24"/>
                <w:szCs w:val="24"/>
              </w:rPr>
            </w:pPr>
          </w:p>
          <w:p w14:paraId="20245503" w14:textId="77777777" w:rsidR="00BA05D3" w:rsidRPr="00921893" w:rsidRDefault="00BA05D3">
            <w:pPr>
              <w:rPr>
                <w:color w:val="028CC3"/>
                <w:sz w:val="24"/>
                <w:szCs w:val="24"/>
              </w:rPr>
            </w:pPr>
          </w:p>
          <w:p w14:paraId="2CDE1607" w14:textId="77777777" w:rsidR="00BA05D3" w:rsidRPr="00921893" w:rsidRDefault="00BA05D3">
            <w:pPr>
              <w:rPr>
                <w:color w:val="028CC3"/>
                <w:sz w:val="24"/>
                <w:szCs w:val="24"/>
              </w:rPr>
            </w:pPr>
          </w:p>
          <w:p w14:paraId="5EFFDE63" w14:textId="77777777" w:rsidR="00BA05D3" w:rsidRPr="00921893" w:rsidRDefault="00BA05D3">
            <w:pPr>
              <w:rPr>
                <w:color w:val="028CC3"/>
                <w:sz w:val="24"/>
                <w:szCs w:val="24"/>
              </w:rPr>
            </w:pPr>
          </w:p>
        </w:tc>
      </w:tr>
    </w:tbl>
    <w:p w14:paraId="31782091" w14:textId="77777777" w:rsidR="00BA05D3" w:rsidRPr="00921893" w:rsidRDefault="00BA05D3">
      <w:pPr>
        <w:spacing w:after="40"/>
        <w:rPr>
          <w:color w:val="028CC3"/>
          <w:sz w:val="24"/>
          <w:szCs w:val="24"/>
        </w:rPr>
      </w:pPr>
    </w:p>
    <w:tbl>
      <w:tblPr>
        <w:tblW w:w="0" w:type="auto"/>
        <w:jc w:val="center"/>
        <w:tblLayout w:type="fixed"/>
        <w:tblLook w:val="04A0" w:firstRow="1" w:lastRow="0" w:firstColumn="1" w:lastColumn="0" w:noHBand="0" w:noVBand="1"/>
      </w:tblPr>
      <w:tblGrid>
        <w:gridCol w:w="10454"/>
      </w:tblGrid>
      <w:tr w:rsidR="00BA05D3" w:rsidRPr="00921893" w14:paraId="19431A04" w14:textId="77777777">
        <w:trPr>
          <w:jc w:val="center"/>
        </w:trPr>
        <w:tc>
          <w:tcPr>
            <w:tcW w:w="10454" w:type="dxa"/>
            <w:tcBorders>
              <w:top w:val="nil"/>
              <w:left w:val="nil"/>
              <w:bottom w:val="nil"/>
              <w:right w:val="nil"/>
            </w:tcBorders>
            <w:tcMar>
              <w:top w:w="35" w:type="dxa"/>
              <w:left w:w="10" w:type="dxa"/>
              <w:bottom w:w="25" w:type="dxa"/>
              <w:right w:w="10" w:type="dxa"/>
            </w:tcMar>
          </w:tcPr>
          <w:p w14:paraId="6886314A" w14:textId="77777777" w:rsidR="00BA05D3" w:rsidRPr="00921893" w:rsidRDefault="002B77C4">
            <w:pPr>
              <w:spacing w:after="80"/>
              <w:rPr>
                <w:color w:val="028CC3"/>
                <w:sz w:val="24"/>
                <w:szCs w:val="24"/>
              </w:rPr>
            </w:pPr>
            <w:r w:rsidRPr="00921893">
              <w:rPr>
                <w:b/>
                <w:color w:val="028CC3"/>
                <w:sz w:val="24"/>
                <w:szCs w:val="24"/>
              </w:rPr>
              <w:t>What did you learn from your most meaningful service experience?</w:t>
            </w:r>
          </w:p>
          <w:p w14:paraId="7F1DE32F" w14:textId="77777777" w:rsidR="00BA05D3" w:rsidRPr="00921893" w:rsidRDefault="00000000">
            <w:pPr>
              <w:rPr>
                <w:color w:val="028CC3"/>
                <w:sz w:val="24"/>
                <w:szCs w:val="24"/>
              </w:rPr>
            </w:pPr>
            <w:sdt>
              <w:sdtPr>
                <w:rPr>
                  <w:rFonts w:ascii="Josefin Sans Light" w:hAnsi="Josefin Sans Light"/>
                  <w:iCs/>
                  <w:color w:val="028CC3"/>
                  <w:sz w:val="24"/>
                  <w:szCs w:val="24"/>
                </w:rPr>
                <w:alias w:val="LONG_005_WHAT_DID_YOU_LEARN_FROM_YOUR_MOST_MEANINGF"/>
                <w:tag w:val="LONG_005_WHAT_DID_YOU_LEARN_FROM_YOUR_MOST_MEANINGF"/>
                <w:id w:val="-423504750"/>
                <w:text w:multiLine="1"/>
              </w:sdtPr>
              <w:sdtContent>
                <w:r w:rsidR="002B77C4" w:rsidRPr="00293C09">
                  <w:rPr>
                    <w:rFonts w:ascii="Josefin Sans Light" w:hAnsi="Josefin Sans Light"/>
                    <w:i/>
                    <w:iCs/>
                    <w:color w:val="028CC3"/>
                    <w:sz w:val="24"/>
                    <w:szCs w:val="24"/>
                  </w:rPr>
                  <w:t>Type response here.</w:t>
                </w:r>
              </w:sdtContent>
            </w:sdt>
          </w:p>
          <w:p w14:paraId="38A17337" w14:textId="77777777" w:rsidR="00BA05D3" w:rsidRPr="00921893" w:rsidRDefault="00BA05D3">
            <w:pPr>
              <w:rPr>
                <w:color w:val="028CC3"/>
                <w:sz w:val="24"/>
                <w:szCs w:val="24"/>
              </w:rPr>
            </w:pPr>
          </w:p>
          <w:p w14:paraId="24CDE99C" w14:textId="77777777" w:rsidR="00BA05D3" w:rsidRPr="00921893" w:rsidRDefault="00BA05D3">
            <w:pPr>
              <w:rPr>
                <w:color w:val="028CC3"/>
                <w:sz w:val="24"/>
                <w:szCs w:val="24"/>
              </w:rPr>
            </w:pPr>
          </w:p>
          <w:p w14:paraId="0A87DD57" w14:textId="77777777" w:rsidR="00BA05D3" w:rsidRPr="00921893" w:rsidRDefault="00BA05D3">
            <w:pPr>
              <w:rPr>
                <w:color w:val="028CC3"/>
                <w:sz w:val="24"/>
                <w:szCs w:val="24"/>
              </w:rPr>
            </w:pPr>
          </w:p>
        </w:tc>
      </w:tr>
    </w:tbl>
    <w:p w14:paraId="3E49C2E7" w14:textId="77777777" w:rsidR="00BA05D3" w:rsidRPr="00293C09" w:rsidRDefault="00BA05D3">
      <w:pPr>
        <w:spacing w:after="40"/>
        <w:rPr>
          <w:color w:val="028CC3"/>
        </w:rPr>
      </w:pPr>
    </w:p>
    <w:p w14:paraId="255F2880" w14:textId="77777777" w:rsidR="00293C09" w:rsidRDefault="00293C09">
      <w:pPr>
        <w:spacing w:after="60"/>
        <w:rPr>
          <w:b/>
          <w:color w:val="6FC04C"/>
          <w:sz w:val="26"/>
        </w:rPr>
      </w:pPr>
    </w:p>
    <w:p w14:paraId="2EC6DB48" w14:textId="29C5D3E8" w:rsidR="00BA05D3" w:rsidRPr="00293C09" w:rsidRDefault="00293C09">
      <w:pPr>
        <w:spacing w:after="60"/>
        <w:rPr>
          <w:color w:val="6FC04C"/>
        </w:rPr>
      </w:pPr>
      <w:r w:rsidRPr="00293C09">
        <w:rPr>
          <w:b/>
          <w:color w:val="6FC04C"/>
          <w:sz w:val="26"/>
        </w:rPr>
        <w:t>MCM VOLUNTEER EXPERIENCE</w:t>
      </w:r>
    </w:p>
    <w:p w14:paraId="1DD717F3" w14:textId="77777777" w:rsidR="00BA05D3" w:rsidRPr="00C23E22" w:rsidRDefault="002B77C4" w:rsidP="00293C09">
      <w:pPr>
        <w:spacing w:after="40" w:line="360" w:lineRule="auto"/>
        <w:ind w:left="144" w:hanging="144"/>
        <w:rPr>
          <w:rFonts w:ascii="Josefin Sans" w:hAnsi="Josefin Sans"/>
          <w:color w:val="028CC3"/>
          <w:sz w:val="24"/>
          <w:szCs w:val="24"/>
        </w:rPr>
      </w:pPr>
      <w:r w:rsidRPr="00C23E22">
        <w:rPr>
          <w:rFonts w:ascii="Segoe UI Symbol" w:hAnsi="Segoe UI Symbol" w:cs="Segoe UI Symbol"/>
          <w:color w:val="028CC3"/>
          <w:sz w:val="24"/>
          <w:szCs w:val="24"/>
        </w:rPr>
        <w:t>☐</w:t>
      </w:r>
      <w:r w:rsidRPr="00C23E22">
        <w:rPr>
          <w:rFonts w:ascii="Josefin Sans" w:hAnsi="Josefin Sans"/>
          <w:color w:val="028CC3"/>
          <w:sz w:val="24"/>
          <w:szCs w:val="24"/>
        </w:rPr>
        <w:t xml:space="preserve"> I currently volunteer or have previously volunteered at the Mississippi Children's Museum.</w:t>
      </w:r>
    </w:p>
    <w:p w14:paraId="5FBE80FE" w14:textId="77777777" w:rsidR="00BA05D3" w:rsidRPr="00C23E22" w:rsidRDefault="002B77C4" w:rsidP="00293C09">
      <w:pPr>
        <w:spacing w:after="40" w:line="360" w:lineRule="auto"/>
        <w:ind w:left="144" w:hanging="144"/>
        <w:rPr>
          <w:rFonts w:ascii="Josefin Sans" w:hAnsi="Josefin Sans"/>
          <w:color w:val="028CC3"/>
          <w:sz w:val="24"/>
          <w:szCs w:val="24"/>
        </w:rPr>
      </w:pPr>
      <w:r w:rsidRPr="00C23E22">
        <w:rPr>
          <w:rFonts w:ascii="Segoe UI Symbol" w:hAnsi="Segoe UI Symbol" w:cs="Segoe UI Symbol"/>
          <w:color w:val="028CC3"/>
          <w:sz w:val="24"/>
          <w:szCs w:val="24"/>
        </w:rPr>
        <w:t>☐</w:t>
      </w:r>
      <w:r w:rsidRPr="00C23E22">
        <w:rPr>
          <w:rFonts w:ascii="Josefin Sans" w:hAnsi="Josefin Sans"/>
          <w:color w:val="028CC3"/>
          <w:sz w:val="24"/>
          <w:szCs w:val="24"/>
        </w:rPr>
        <w:t xml:space="preserve"> I have not volunteered at MCM before.</w:t>
      </w:r>
    </w:p>
    <w:p w14:paraId="3C224BA1" w14:textId="77777777" w:rsidR="00921893" w:rsidRPr="00293C09" w:rsidRDefault="00921893">
      <w:pPr>
        <w:spacing w:after="40"/>
        <w:ind w:left="144" w:hanging="144"/>
        <w:rPr>
          <w:color w:val="028CC3"/>
          <w:sz w:val="24"/>
          <w:szCs w:val="24"/>
        </w:rPr>
      </w:pPr>
    </w:p>
    <w:tbl>
      <w:tblPr>
        <w:tblW w:w="0" w:type="auto"/>
        <w:jc w:val="center"/>
        <w:tblLayout w:type="fixed"/>
        <w:tblLook w:val="04A0" w:firstRow="1" w:lastRow="0" w:firstColumn="1" w:lastColumn="0" w:noHBand="0" w:noVBand="1"/>
      </w:tblPr>
      <w:tblGrid>
        <w:gridCol w:w="4968"/>
        <w:gridCol w:w="5040"/>
      </w:tblGrid>
      <w:tr w:rsidR="00BA05D3" w:rsidRPr="00293C09" w14:paraId="0119D5AE" w14:textId="77777777">
        <w:trPr>
          <w:cantSplit/>
          <w:jc w:val="center"/>
        </w:trPr>
        <w:tc>
          <w:tcPr>
            <w:tcW w:w="4968" w:type="dxa"/>
            <w:tcBorders>
              <w:top w:val="nil"/>
              <w:left w:val="nil"/>
              <w:bottom w:val="nil"/>
              <w:right w:val="nil"/>
            </w:tcBorders>
            <w:tcMar>
              <w:top w:w="30" w:type="dxa"/>
              <w:left w:w="30" w:type="dxa"/>
              <w:bottom w:w="10" w:type="dxa"/>
              <w:right w:w="30" w:type="dxa"/>
            </w:tcMar>
          </w:tcPr>
          <w:p w14:paraId="2A678790" w14:textId="77777777" w:rsidR="00BA05D3" w:rsidRPr="00293C09" w:rsidRDefault="002B77C4">
            <w:pPr>
              <w:rPr>
                <w:color w:val="028CC3"/>
                <w:sz w:val="24"/>
                <w:szCs w:val="24"/>
              </w:rPr>
            </w:pPr>
            <w:r w:rsidRPr="00293C09">
              <w:rPr>
                <w:b/>
                <w:color w:val="028CC3"/>
                <w:sz w:val="24"/>
                <w:szCs w:val="24"/>
              </w:rPr>
              <w:t>Name Used in Volgistics</w:t>
            </w:r>
          </w:p>
        </w:tc>
        <w:tc>
          <w:tcPr>
            <w:tcW w:w="5040" w:type="dxa"/>
            <w:tcBorders>
              <w:top w:val="nil"/>
              <w:left w:val="nil"/>
              <w:bottom w:val="nil"/>
              <w:right w:val="nil"/>
            </w:tcBorders>
            <w:tcMar>
              <w:top w:w="30" w:type="dxa"/>
              <w:left w:w="30" w:type="dxa"/>
              <w:bottom w:w="10" w:type="dxa"/>
              <w:right w:w="30" w:type="dxa"/>
            </w:tcMar>
          </w:tcPr>
          <w:p w14:paraId="60C85961" w14:textId="77777777" w:rsidR="00BA05D3" w:rsidRPr="00293C09" w:rsidRDefault="002B77C4">
            <w:pPr>
              <w:rPr>
                <w:color w:val="028CC3"/>
                <w:sz w:val="24"/>
                <w:szCs w:val="24"/>
              </w:rPr>
            </w:pPr>
            <w:r w:rsidRPr="00293C09">
              <w:rPr>
                <w:b/>
                <w:color w:val="028CC3"/>
                <w:sz w:val="24"/>
                <w:szCs w:val="24"/>
              </w:rPr>
              <w:t>Email Used in Volgistics</w:t>
            </w:r>
          </w:p>
        </w:tc>
      </w:tr>
      <w:tr w:rsidR="00BA05D3" w:rsidRPr="00293C09" w14:paraId="32B93F8C" w14:textId="77777777">
        <w:trPr>
          <w:cantSplit/>
          <w:jc w:val="center"/>
        </w:trPr>
        <w:tc>
          <w:tcPr>
            <w:tcW w:w="4968" w:type="dxa"/>
            <w:tcBorders>
              <w:top w:val="nil"/>
              <w:left w:val="nil"/>
              <w:bottom w:val="single" w:sz="6" w:space="0" w:color="7F7F7F"/>
              <w:right w:val="nil"/>
            </w:tcBorders>
            <w:tcMar>
              <w:top w:w="20" w:type="dxa"/>
              <w:left w:w="30" w:type="dxa"/>
              <w:bottom w:w="40" w:type="dxa"/>
              <w:right w:w="30" w:type="dxa"/>
            </w:tcMar>
          </w:tcPr>
          <w:p w14:paraId="572715DA" w14:textId="77777777" w:rsidR="00BA05D3" w:rsidRPr="00293C09" w:rsidRDefault="00000000">
            <w:pPr>
              <w:rPr>
                <w:color w:val="028CC3"/>
                <w:sz w:val="24"/>
                <w:szCs w:val="24"/>
              </w:rPr>
            </w:pPr>
            <w:sdt>
              <w:sdtPr>
                <w:rPr>
                  <w:rFonts w:ascii="Josefin Sans Light" w:hAnsi="Josefin Sans Light"/>
                  <w:iCs/>
                  <w:color w:val="028CC3"/>
                  <w:sz w:val="24"/>
                  <w:szCs w:val="24"/>
                </w:rPr>
                <w:alias w:val="FIELD_024_NAME_USED_IN_VOLGISTICS"/>
                <w:tag w:val="FIELD_024_NAME_USED_IN_VOLGISTICS"/>
                <w:id w:val="1314684693"/>
                <w:text/>
              </w:sdtPr>
              <w:sdtContent>
                <w:r w:rsidR="002B77C4" w:rsidRPr="00293C09">
                  <w:rPr>
                    <w:rFonts w:ascii="Josefin Sans Light" w:hAnsi="Josefin Sans Light"/>
                    <w:i/>
                    <w:iCs/>
                    <w:color w:val="028CC3"/>
                    <w:sz w:val="24"/>
                    <w:szCs w:val="24"/>
                  </w:rPr>
                  <w:t>Type here.</w:t>
                </w:r>
              </w:sdtContent>
            </w:sdt>
          </w:p>
        </w:tc>
        <w:tc>
          <w:tcPr>
            <w:tcW w:w="5040" w:type="dxa"/>
            <w:tcBorders>
              <w:top w:val="nil"/>
              <w:left w:val="nil"/>
              <w:bottom w:val="single" w:sz="6" w:space="0" w:color="7F7F7F"/>
              <w:right w:val="nil"/>
            </w:tcBorders>
            <w:tcMar>
              <w:top w:w="20" w:type="dxa"/>
              <w:left w:w="30" w:type="dxa"/>
              <w:bottom w:w="40" w:type="dxa"/>
              <w:right w:w="30" w:type="dxa"/>
            </w:tcMar>
          </w:tcPr>
          <w:p w14:paraId="117E3B65" w14:textId="77777777" w:rsidR="00BA05D3" w:rsidRPr="00293C09" w:rsidRDefault="00000000">
            <w:pPr>
              <w:rPr>
                <w:color w:val="028CC3"/>
                <w:sz w:val="24"/>
                <w:szCs w:val="24"/>
              </w:rPr>
            </w:pPr>
            <w:sdt>
              <w:sdtPr>
                <w:rPr>
                  <w:rFonts w:ascii="Josefin Sans Light" w:hAnsi="Josefin Sans Light"/>
                  <w:iCs/>
                  <w:color w:val="028CC3"/>
                  <w:sz w:val="24"/>
                  <w:szCs w:val="24"/>
                </w:rPr>
                <w:alias w:val="FIELD_025_EMAIL_USED_IN_VOLGISTICS"/>
                <w:tag w:val="FIELD_025_EMAIL_USED_IN_VOLGISTICS"/>
                <w:id w:val="-1457412073"/>
                <w:text/>
              </w:sdtPr>
              <w:sdtContent>
                <w:r w:rsidR="002B77C4" w:rsidRPr="00293C09">
                  <w:rPr>
                    <w:rFonts w:ascii="Josefin Sans Light" w:hAnsi="Josefin Sans Light"/>
                    <w:i/>
                    <w:iCs/>
                    <w:color w:val="028CC3"/>
                    <w:sz w:val="24"/>
                    <w:szCs w:val="24"/>
                  </w:rPr>
                  <w:t>Type here.</w:t>
                </w:r>
              </w:sdtContent>
            </w:sdt>
          </w:p>
        </w:tc>
      </w:tr>
    </w:tbl>
    <w:p w14:paraId="07C7BDFF" w14:textId="77777777" w:rsidR="00BA05D3" w:rsidRDefault="00BA05D3"/>
    <w:p w14:paraId="14D094D7" w14:textId="77777777" w:rsidR="00BA05D3" w:rsidRDefault="002B77C4">
      <w:r>
        <w:br w:type="page"/>
      </w:r>
    </w:p>
    <w:p w14:paraId="2B3170C8" w14:textId="77777777" w:rsidR="00A33CD7" w:rsidRDefault="00A33CD7" w:rsidP="00B10135">
      <w:pPr>
        <w:spacing w:after="60"/>
        <w:rPr>
          <w:b/>
          <w:color w:val="028CC3"/>
          <w:sz w:val="50"/>
        </w:rPr>
      </w:pPr>
    </w:p>
    <w:p w14:paraId="44ABE5A5" w14:textId="4EFF1766" w:rsidR="00B10135" w:rsidRDefault="00B10135" w:rsidP="00B10135">
      <w:pPr>
        <w:spacing w:after="60"/>
      </w:pPr>
      <w:r w:rsidRPr="00B10135">
        <w:rPr>
          <w:b/>
          <w:color w:val="028CC3"/>
          <w:sz w:val="50"/>
        </w:rPr>
        <w:t>SERVICE HISTORY AND AVAILABILITY</w:t>
      </w:r>
    </w:p>
    <w:p w14:paraId="4C606DDC" w14:textId="1195C277" w:rsidR="00BA05D3" w:rsidRPr="00B10135" w:rsidRDefault="00B10135" w:rsidP="00B10135">
      <w:pPr>
        <w:rPr>
          <w:rFonts w:ascii="Josefin Sans Light" w:hAnsi="Josefin Sans Light"/>
          <w:i/>
          <w:iCs/>
        </w:rPr>
      </w:pPr>
      <w:r w:rsidRPr="00B10135">
        <w:rPr>
          <w:rFonts w:ascii="Josefin Sans Light" w:hAnsi="Josefin Sans Light"/>
          <w:i/>
          <w:iCs/>
          <w:color w:val="67B83E"/>
          <w:sz w:val="36"/>
        </w:rPr>
        <w:t>President’s Leadership Circle Program</w:t>
      </w:r>
    </w:p>
    <w:tbl>
      <w:tblPr>
        <w:tblW w:w="0" w:type="auto"/>
        <w:jc w:val="center"/>
        <w:tblLayout w:type="fixed"/>
        <w:tblLook w:val="04A0" w:firstRow="1" w:lastRow="0" w:firstColumn="1" w:lastColumn="0" w:noHBand="0" w:noVBand="1"/>
      </w:tblPr>
      <w:tblGrid>
        <w:gridCol w:w="10454"/>
      </w:tblGrid>
      <w:tr w:rsidR="00BA05D3" w:rsidRPr="00823C49" w14:paraId="7BA927DE" w14:textId="77777777">
        <w:trPr>
          <w:jc w:val="center"/>
        </w:trPr>
        <w:tc>
          <w:tcPr>
            <w:tcW w:w="10454" w:type="dxa"/>
            <w:tcBorders>
              <w:top w:val="nil"/>
              <w:left w:val="nil"/>
              <w:bottom w:val="nil"/>
              <w:right w:val="nil"/>
            </w:tcBorders>
            <w:tcMar>
              <w:top w:w="35" w:type="dxa"/>
              <w:left w:w="10" w:type="dxa"/>
              <w:bottom w:w="25" w:type="dxa"/>
              <w:right w:w="10" w:type="dxa"/>
            </w:tcMar>
          </w:tcPr>
          <w:p w14:paraId="5AF77D3C" w14:textId="77777777" w:rsidR="00B10135" w:rsidRPr="00823C49" w:rsidRDefault="00B10135">
            <w:pPr>
              <w:spacing w:after="80"/>
              <w:rPr>
                <w:b/>
                <w:color w:val="028CC3"/>
                <w:sz w:val="24"/>
                <w:szCs w:val="24"/>
              </w:rPr>
            </w:pPr>
          </w:p>
          <w:p w14:paraId="2A6375B4" w14:textId="575E628C" w:rsidR="00BA05D3" w:rsidRPr="00823C49" w:rsidRDefault="002B77C4" w:rsidP="00823C49">
            <w:pPr>
              <w:spacing w:after="80" w:line="276" w:lineRule="auto"/>
              <w:rPr>
                <w:color w:val="028CC3"/>
                <w:sz w:val="24"/>
                <w:szCs w:val="24"/>
              </w:rPr>
            </w:pPr>
            <w:r w:rsidRPr="00823C49">
              <w:rPr>
                <w:b/>
                <w:color w:val="028CC3"/>
                <w:sz w:val="24"/>
                <w:szCs w:val="24"/>
              </w:rPr>
              <w:t>If you have served at MCM, list your most common assignments/events and describe one contribution you are proud of.</w:t>
            </w:r>
          </w:p>
          <w:p w14:paraId="44A739A1" w14:textId="77777777" w:rsidR="00BA05D3" w:rsidRPr="00823C49" w:rsidRDefault="00000000">
            <w:pPr>
              <w:rPr>
                <w:color w:val="028CC3"/>
                <w:sz w:val="24"/>
                <w:szCs w:val="24"/>
              </w:rPr>
            </w:pPr>
            <w:sdt>
              <w:sdtPr>
                <w:rPr>
                  <w:rFonts w:ascii="Josefin Sans Light" w:hAnsi="Josefin Sans Light"/>
                  <w:iCs/>
                  <w:color w:val="028CC3"/>
                  <w:sz w:val="24"/>
                  <w:szCs w:val="24"/>
                </w:rPr>
                <w:alias w:val="LONG_006_IF_YOU_HAVE_SERVED_AT_MCM_LIST_YOUR_MOST_C"/>
                <w:tag w:val="LONG_006_IF_YOU_HAVE_SERVED_AT_MCM_LIST_YOUR_MOST_C"/>
                <w:id w:val="-332066384"/>
                <w:text w:multiLine="1"/>
              </w:sdtPr>
              <w:sdtContent>
                <w:r w:rsidR="002B77C4" w:rsidRPr="00823C49">
                  <w:rPr>
                    <w:rFonts w:ascii="Josefin Sans Light" w:hAnsi="Josefin Sans Light"/>
                    <w:i/>
                    <w:iCs/>
                    <w:color w:val="028CC3"/>
                    <w:sz w:val="24"/>
                    <w:szCs w:val="24"/>
                  </w:rPr>
                  <w:t>Type response here.</w:t>
                </w:r>
              </w:sdtContent>
            </w:sdt>
          </w:p>
          <w:p w14:paraId="5E5ABB04" w14:textId="77777777" w:rsidR="00BA05D3" w:rsidRPr="00823C49" w:rsidRDefault="00BA05D3">
            <w:pPr>
              <w:rPr>
                <w:color w:val="028CC3"/>
                <w:sz w:val="24"/>
                <w:szCs w:val="24"/>
              </w:rPr>
            </w:pPr>
          </w:p>
          <w:p w14:paraId="59C56703" w14:textId="77777777" w:rsidR="00BA05D3" w:rsidRPr="00823C49" w:rsidRDefault="00BA05D3">
            <w:pPr>
              <w:rPr>
                <w:color w:val="028CC3"/>
                <w:sz w:val="24"/>
                <w:szCs w:val="24"/>
              </w:rPr>
            </w:pPr>
          </w:p>
          <w:p w14:paraId="050DC0C6" w14:textId="77777777" w:rsidR="00BA05D3" w:rsidRPr="00823C49" w:rsidRDefault="00BA05D3">
            <w:pPr>
              <w:rPr>
                <w:color w:val="028CC3"/>
                <w:sz w:val="24"/>
                <w:szCs w:val="24"/>
              </w:rPr>
            </w:pPr>
          </w:p>
        </w:tc>
      </w:tr>
    </w:tbl>
    <w:p w14:paraId="236B7BD7" w14:textId="77777777" w:rsidR="00BA05D3" w:rsidRPr="00823C49" w:rsidRDefault="00BA05D3">
      <w:pPr>
        <w:spacing w:after="40"/>
        <w:rPr>
          <w:color w:val="028CC3"/>
          <w:sz w:val="24"/>
          <w:szCs w:val="24"/>
        </w:rPr>
      </w:pPr>
    </w:p>
    <w:tbl>
      <w:tblPr>
        <w:tblW w:w="0" w:type="auto"/>
        <w:jc w:val="center"/>
        <w:tblLayout w:type="fixed"/>
        <w:tblLook w:val="04A0" w:firstRow="1" w:lastRow="0" w:firstColumn="1" w:lastColumn="0" w:noHBand="0" w:noVBand="1"/>
      </w:tblPr>
      <w:tblGrid>
        <w:gridCol w:w="10454"/>
      </w:tblGrid>
      <w:tr w:rsidR="00BA05D3" w:rsidRPr="00823C49" w14:paraId="7C6B108E" w14:textId="77777777">
        <w:trPr>
          <w:jc w:val="center"/>
        </w:trPr>
        <w:tc>
          <w:tcPr>
            <w:tcW w:w="10454" w:type="dxa"/>
            <w:tcBorders>
              <w:top w:val="nil"/>
              <w:left w:val="nil"/>
              <w:bottom w:val="nil"/>
              <w:right w:val="nil"/>
            </w:tcBorders>
            <w:tcMar>
              <w:top w:w="35" w:type="dxa"/>
              <w:left w:w="10" w:type="dxa"/>
              <w:bottom w:w="25" w:type="dxa"/>
              <w:right w:w="10" w:type="dxa"/>
            </w:tcMar>
          </w:tcPr>
          <w:p w14:paraId="6D7ABB3F" w14:textId="77777777" w:rsidR="00BA05D3" w:rsidRPr="00823C49" w:rsidRDefault="002B77C4" w:rsidP="00823C49">
            <w:pPr>
              <w:spacing w:after="80" w:line="276" w:lineRule="auto"/>
              <w:rPr>
                <w:color w:val="028CC3"/>
                <w:sz w:val="24"/>
                <w:szCs w:val="24"/>
              </w:rPr>
            </w:pPr>
            <w:r w:rsidRPr="00823C49">
              <w:rPr>
                <w:b/>
                <w:color w:val="028CC3"/>
                <w:sz w:val="24"/>
                <w:szCs w:val="24"/>
              </w:rPr>
              <w:t>List recurring obligations that may affect PLC participation. Sports, work, school organizations, church, transportation, family responsibilities, etc.</w:t>
            </w:r>
          </w:p>
          <w:p w14:paraId="186E5F6B" w14:textId="77777777" w:rsidR="00BA05D3" w:rsidRPr="00823C49" w:rsidRDefault="00000000">
            <w:pPr>
              <w:rPr>
                <w:color w:val="028CC3"/>
                <w:sz w:val="24"/>
                <w:szCs w:val="24"/>
              </w:rPr>
            </w:pPr>
            <w:sdt>
              <w:sdtPr>
                <w:rPr>
                  <w:rFonts w:ascii="Josefin Sans Light" w:hAnsi="Josefin Sans Light"/>
                  <w:i/>
                  <w:iCs/>
                  <w:color w:val="028CC3"/>
                  <w:sz w:val="24"/>
                  <w:szCs w:val="24"/>
                </w:rPr>
                <w:alias w:val="LONG_007_LIST_RECURRING_OBLIGATIONS_THAT_MAY_AFFECT"/>
                <w:tag w:val="LONG_007_LIST_RECURRING_OBLIGATIONS_THAT_MAY_AFFECT"/>
                <w:id w:val="-818814103"/>
                <w:text w:multiLine="1"/>
              </w:sdtPr>
              <w:sdtContent>
                <w:r w:rsidR="002B77C4" w:rsidRPr="00823C49">
                  <w:rPr>
                    <w:rFonts w:ascii="Josefin Sans Light" w:hAnsi="Josefin Sans Light"/>
                    <w:i/>
                    <w:iCs/>
                    <w:color w:val="028CC3"/>
                    <w:sz w:val="24"/>
                    <w:szCs w:val="24"/>
                  </w:rPr>
                  <w:t>Type response here.</w:t>
                </w:r>
              </w:sdtContent>
            </w:sdt>
          </w:p>
          <w:p w14:paraId="5D4F4557" w14:textId="77777777" w:rsidR="00BA05D3" w:rsidRPr="00823C49" w:rsidRDefault="00BA05D3">
            <w:pPr>
              <w:rPr>
                <w:color w:val="028CC3"/>
                <w:sz w:val="24"/>
                <w:szCs w:val="24"/>
              </w:rPr>
            </w:pPr>
          </w:p>
          <w:p w14:paraId="452400A8" w14:textId="77777777" w:rsidR="00BA05D3" w:rsidRPr="00823C49" w:rsidRDefault="00BA05D3">
            <w:pPr>
              <w:rPr>
                <w:color w:val="028CC3"/>
                <w:sz w:val="24"/>
                <w:szCs w:val="24"/>
              </w:rPr>
            </w:pPr>
          </w:p>
          <w:p w14:paraId="113A1602" w14:textId="77777777" w:rsidR="00BA05D3" w:rsidRPr="00823C49" w:rsidRDefault="00BA05D3">
            <w:pPr>
              <w:rPr>
                <w:color w:val="028CC3"/>
                <w:sz w:val="24"/>
                <w:szCs w:val="24"/>
              </w:rPr>
            </w:pPr>
          </w:p>
        </w:tc>
      </w:tr>
    </w:tbl>
    <w:p w14:paraId="14B883D6" w14:textId="77777777" w:rsidR="00217B70" w:rsidRDefault="00217B70">
      <w:pPr>
        <w:keepNext/>
        <w:spacing w:before="60" w:after="100"/>
        <w:rPr>
          <w:color w:val="6FC04C"/>
        </w:rPr>
      </w:pPr>
    </w:p>
    <w:p w14:paraId="39B1DEFD" w14:textId="0AE1D517" w:rsidR="00BA05D3" w:rsidRPr="00217B70" w:rsidRDefault="00217B70">
      <w:pPr>
        <w:keepNext/>
        <w:spacing w:before="60" w:after="100"/>
        <w:rPr>
          <w:color w:val="6FC04C"/>
        </w:rPr>
      </w:pPr>
      <w:r w:rsidRPr="00217B70">
        <w:rPr>
          <w:b/>
          <w:color w:val="6FC04C"/>
          <w:sz w:val="27"/>
        </w:rPr>
        <w:t>AVAILABILITY AND COMMITMENT</w:t>
      </w:r>
    </w:p>
    <w:tbl>
      <w:tblPr>
        <w:tblW w:w="10649" w:type="dxa"/>
        <w:jc w:val="center"/>
        <w:tblLayout w:type="fixed"/>
        <w:tblLook w:val="04A0" w:firstRow="1" w:lastRow="0" w:firstColumn="1" w:lastColumn="0" w:noHBand="0" w:noVBand="1"/>
      </w:tblPr>
      <w:tblGrid>
        <w:gridCol w:w="4778"/>
        <w:gridCol w:w="5556"/>
        <w:gridCol w:w="315"/>
      </w:tblGrid>
      <w:tr w:rsidR="00BA05D3" w14:paraId="6799D380" w14:textId="77777777" w:rsidTr="00164796">
        <w:trPr>
          <w:gridAfter w:val="1"/>
          <w:wAfter w:w="315" w:type="dxa"/>
          <w:trHeight w:val="760"/>
          <w:jc w:val="center"/>
        </w:trPr>
        <w:tc>
          <w:tcPr>
            <w:tcW w:w="4778" w:type="dxa"/>
            <w:shd w:val="clear" w:color="auto" w:fill="028CC3"/>
            <w:tcMar>
              <w:top w:w="50" w:type="dxa"/>
              <w:left w:w="50" w:type="dxa"/>
              <w:bottom w:w="50" w:type="dxa"/>
              <w:right w:w="50" w:type="dxa"/>
            </w:tcMar>
            <w:vAlign w:val="center"/>
          </w:tcPr>
          <w:p w14:paraId="77C47429" w14:textId="2C9373C0" w:rsidR="00BA05D3" w:rsidRPr="00CB268A" w:rsidRDefault="00A33CD7" w:rsidP="00217B70">
            <w:pPr>
              <w:jc w:val="center"/>
              <w:rPr>
                <w:sz w:val="30"/>
                <w:szCs w:val="30"/>
              </w:rPr>
            </w:pPr>
            <w:r>
              <w:rPr>
                <w:b/>
                <w:color w:val="FFFFFF"/>
                <w:sz w:val="30"/>
                <w:szCs w:val="30"/>
              </w:rPr>
              <w:t>TIME PERIOD</w:t>
            </w:r>
          </w:p>
        </w:tc>
        <w:tc>
          <w:tcPr>
            <w:tcW w:w="5556" w:type="dxa"/>
            <w:shd w:val="clear" w:color="auto" w:fill="AFE1EE"/>
            <w:tcMar>
              <w:top w:w="50" w:type="dxa"/>
              <w:left w:w="50" w:type="dxa"/>
              <w:bottom w:w="50" w:type="dxa"/>
              <w:right w:w="50" w:type="dxa"/>
            </w:tcMar>
            <w:vAlign w:val="center"/>
          </w:tcPr>
          <w:p w14:paraId="46A94A72" w14:textId="3B8AC56A" w:rsidR="00BA05D3" w:rsidRPr="00CB268A" w:rsidRDefault="00A33CD7" w:rsidP="00217B70">
            <w:pPr>
              <w:jc w:val="center"/>
              <w:rPr>
                <w:sz w:val="30"/>
                <w:szCs w:val="30"/>
              </w:rPr>
            </w:pPr>
            <w:r>
              <w:rPr>
                <w:b/>
                <w:color w:val="FFFFFF"/>
                <w:sz w:val="30"/>
                <w:szCs w:val="30"/>
              </w:rPr>
              <w:t>AVAILABILITY</w:t>
            </w:r>
          </w:p>
        </w:tc>
      </w:tr>
      <w:tr w:rsidR="00BA05D3" w14:paraId="6F2D7FF3" w14:textId="77777777" w:rsidTr="00164796">
        <w:trPr>
          <w:gridAfter w:val="1"/>
          <w:wAfter w:w="315" w:type="dxa"/>
          <w:jc w:val="center"/>
        </w:trPr>
        <w:tc>
          <w:tcPr>
            <w:tcW w:w="4778" w:type="dxa"/>
            <w:tcBorders>
              <w:top w:val="single" w:sz="3" w:space="0" w:color="B4C7E7"/>
              <w:left w:val="single" w:sz="3" w:space="0" w:color="B4C7E7"/>
              <w:bottom w:val="single" w:sz="3" w:space="0" w:color="B4C7E7"/>
              <w:right w:val="single" w:sz="3" w:space="0" w:color="B4C7E7"/>
            </w:tcBorders>
            <w:shd w:val="clear" w:color="auto" w:fill="EEF6FB"/>
            <w:tcMar>
              <w:top w:w="60" w:type="dxa"/>
              <w:left w:w="55" w:type="dxa"/>
              <w:bottom w:w="60" w:type="dxa"/>
              <w:right w:w="55" w:type="dxa"/>
            </w:tcMar>
            <w:vAlign w:val="center"/>
          </w:tcPr>
          <w:p w14:paraId="1353B869" w14:textId="77777777" w:rsidR="00BA05D3" w:rsidRPr="00CB268A" w:rsidRDefault="002B77C4" w:rsidP="00A33CD7">
            <w:pPr>
              <w:rPr>
                <w:sz w:val="28"/>
                <w:szCs w:val="28"/>
              </w:rPr>
            </w:pPr>
            <w:r w:rsidRPr="00CB268A">
              <w:rPr>
                <w:b/>
                <w:color w:val="000000"/>
                <w:sz w:val="28"/>
                <w:szCs w:val="28"/>
              </w:rPr>
              <w:t>Weekday afternoons/evenings</w:t>
            </w:r>
          </w:p>
        </w:tc>
        <w:tc>
          <w:tcPr>
            <w:tcW w:w="5556" w:type="dxa"/>
            <w:tcBorders>
              <w:top w:val="single" w:sz="3" w:space="0" w:color="B4C7E7"/>
              <w:left w:val="single" w:sz="3" w:space="0" w:color="B4C7E7"/>
              <w:bottom w:val="single" w:sz="3" w:space="0" w:color="B4C7E7"/>
              <w:right w:val="single" w:sz="3" w:space="0" w:color="B4C7E7"/>
            </w:tcBorders>
            <w:shd w:val="clear" w:color="auto" w:fill="EEF6FB"/>
            <w:tcMar>
              <w:top w:w="60" w:type="dxa"/>
              <w:left w:w="55" w:type="dxa"/>
              <w:bottom w:w="60" w:type="dxa"/>
              <w:right w:w="55" w:type="dxa"/>
            </w:tcMar>
          </w:tcPr>
          <w:p w14:paraId="6150C641" w14:textId="77777777" w:rsidR="002D7222" w:rsidRDefault="002B77C4" w:rsidP="00A33CD7">
            <w:pPr>
              <w:spacing w:line="276" w:lineRule="auto"/>
              <w:rPr>
                <w:rFonts w:ascii="Josefin Sans" w:hAnsi="Josefin Sans"/>
                <w:color w:val="000000"/>
                <w:sz w:val="24"/>
                <w:szCs w:val="24"/>
              </w:rPr>
            </w:pPr>
            <w:r w:rsidRPr="002D7222">
              <w:rPr>
                <w:rFonts w:ascii="Segoe UI Symbol" w:hAnsi="Segoe UI Symbol" w:cs="Segoe UI Symbol"/>
                <w:color w:val="000000"/>
                <w:sz w:val="24"/>
                <w:szCs w:val="24"/>
              </w:rPr>
              <w:t>☐</w:t>
            </w:r>
            <w:r w:rsidRPr="002D7222">
              <w:rPr>
                <w:rFonts w:ascii="Josefin Sans" w:hAnsi="Josefin Sans"/>
                <w:color w:val="000000"/>
                <w:sz w:val="24"/>
                <w:szCs w:val="24"/>
              </w:rPr>
              <w:t xml:space="preserve"> Usually available     </w:t>
            </w:r>
            <w:r w:rsidRPr="002D7222">
              <w:rPr>
                <w:rFonts w:ascii="Segoe UI Symbol" w:hAnsi="Segoe UI Symbol" w:cs="Segoe UI Symbol"/>
                <w:color w:val="000000"/>
                <w:sz w:val="24"/>
                <w:szCs w:val="24"/>
              </w:rPr>
              <w:t>☐</w:t>
            </w:r>
            <w:r w:rsidRPr="002D7222">
              <w:rPr>
                <w:rFonts w:ascii="Josefin Sans" w:hAnsi="Josefin Sans"/>
                <w:color w:val="000000"/>
                <w:sz w:val="24"/>
                <w:szCs w:val="24"/>
              </w:rPr>
              <w:t xml:space="preserve"> Sometimes available     </w:t>
            </w:r>
          </w:p>
          <w:p w14:paraId="0DD63EA2" w14:textId="08B6A125" w:rsidR="00BA05D3" w:rsidRPr="002D7222" w:rsidRDefault="002B77C4" w:rsidP="00A33CD7">
            <w:pPr>
              <w:spacing w:line="276" w:lineRule="auto"/>
              <w:rPr>
                <w:rFonts w:ascii="Josefin Sans" w:hAnsi="Josefin Sans"/>
                <w:sz w:val="24"/>
                <w:szCs w:val="24"/>
              </w:rPr>
            </w:pPr>
            <w:r w:rsidRPr="002D7222">
              <w:rPr>
                <w:rFonts w:ascii="Segoe UI Symbol" w:hAnsi="Segoe UI Symbol" w:cs="Segoe UI Symbol"/>
                <w:color w:val="000000"/>
                <w:sz w:val="24"/>
                <w:szCs w:val="24"/>
              </w:rPr>
              <w:t>☐</w:t>
            </w:r>
            <w:r w:rsidRPr="002D7222">
              <w:rPr>
                <w:rFonts w:ascii="Josefin Sans" w:hAnsi="Josefin Sans"/>
                <w:color w:val="000000"/>
                <w:sz w:val="24"/>
                <w:szCs w:val="24"/>
              </w:rPr>
              <w:t xml:space="preserve"> Rarely available</w:t>
            </w:r>
          </w:p>
        </w:tc>
      </w:tr>
      <w:tr w:rsidR="00BA05D3" w14:paraId="3313AC19" w14:textId="77777777" w:rsidTr="00164796">
        <w:trPr>
          <w:gridAfter w:val="1"/>
          <w:wAfter w:w="315" w:type="dxa"/>
          <w:jc w:val="center"/>
        </w:trPr>
        <w:tc>
          <w:tcPr>
            <w:tcW w:w="4778" w:type="dxa"/>
            <w:tcBorders>
              <w:top w:val="single" w:sz="3" w:space="0" w:color="B4C7E7"/>
              <w:left w:val="single" w:sz="3" w:space="0" w:color="B4C7E7"/>
              <w:bottom w:val="single" w:sz="3" w:space="0" w:color="B4C7E7"/>
              <w:right w:val="single" w:sz="3" w:space="0" w:color="B4C7E7"/>
            </w:tcBorders>
            <w:shd w:val="clear" w:color="auto" w:fill="FFFFFF"/>
            <w:tcMar>
              <w:top w:w="60" w:type="dxa"/>
              <w:left w:w="55" w:type="dxa"/>
              <w:bottom w:w="60" w:type="dxa"/>
              <w:right w:w="55" w:type="dxa"/>
            </w:tcMar>
            <w:vAlign w:val="center"/>
          </w:tcPr>
          <w:p w14:paraId="3F9288D6" w14:textId="77777777" w:rsidR="00BA05D3" w:rsidRPr="00CB268A" w:rsidRDefault="002B77C4" w:rsidP="00A33CD7">
            <w:pPr>
              <w:rPr>
                <w:sz w:val="28"/>
                <w:szCs w:val="28"/>
              </w:rPr>
            </w:pPr>
            <w:r w:rsidRPr="00CB268A">
              <w:rPr>
                <w:b/>
                <w:color w:val="000000"/>
                <w:sz w:val="28"/>
                <w:szCs w:val="28"/>
              </w:rPr>
              <w:t>Saturday mornings/afternoons</w:t>
            </w:r>
          </w:p>
        </w:tc>
        <w:tc>
          <w:tcPr>
            <w:tcW w:w="5556" w:type="dxa"/>
            <w:tcBorders>
              <w:top w:val="single" w:sz="3" w:space="0" w:color="B4C7E7"/>
              <w:left w:val="single" w:sz="3" w:space="0" w:color="B4C7E7"/>
              <w:bottom w:val="single" w:sz="3" w:space="0" w:color="B4C7E7"/>
              <w:right w:val="single" w:sz="3" w:space="0" w:color="B4C7E7"/>
            </w:tcBorders>
            <w:shd w:val="clear" w:color="auto" w:fill="FFFFFF"/>
            <w:tcMar>
              <w:top w:w="60" w:type="dxa"/>
              <w:left w:w="55" w:type="dxa"/>
              <w:bottom w:w="60" w:type="dxa"/>
              <w:right w:w="55" w:type="dxa"/>
            </w:tcMar>
          </w:tcPr>
          <w:p w14:paraId="691DB6ED" w14:textId="77777777" w:rsidR="002D7222" w:rsidRDefault="002B77C4" w:rsidP="00A33CD7">
            <w:pPr>
              <w:spacing w:line="276" w:lineRule="auto"/>
              <w:rPr>
                <w:rFonts w:ascii="Josefin Sans" w:hAnsi="Josefin Sans"/>
                <w:color w:val="000000"/>
                <w:sz w:val="24"/>
                <w:szCs w:val="24"/>
              </w:rPr>
            </w:pPr>
            <w:r w:rsidRPr="002D7222">
              <w:rPr>
                <w:rFonts w:ascii="Segoe UI Symbol" w:hAnsi="Segoe UI Symbol" w:cs="Segoe UI Symbol"/>
                <w:color w:val="000000"/>
                <w:sz w:val="24"/>
                <w:szCs w:val="24"/>
              </w:rPr>
              <w:t>☐</w:t>
            </w:r>
            <w:r w:rsidRPr="002D7222">
              <w:rPr>
                <w:rFonts w:ascii="Josefin Sans" w:hAnsi="Josefin Sans"/>
                <w:color w:val="000000"/>
                <w:sz w:val="24"/>
                <w:szCs w:val="24"/>
              </w:rPr>
              <w:t xml:space="preserve"> Usually available     </w:t>
            </w:r>
            <w:r w:rsidRPr="002D7222">
              <w:rPr>
                <w:rFonts w:ascii="Segoe UI Symbol" w:hAnsi="Segoe UI Symbol" w:cs="Segoe UI Symbol"/>
                <w:color w:val="000000"/>
                <w:sz w:val="24"/>
                <w:szCs w:val="24"/>
              </w:rPr>
              <w:t>☐</w:t>
            </w:r>
            <w:r w:rsidRPr="002D7222">
              <w:rPr>
                <w:rFonts w:ascii="Josefin Sans" w:hAnsi="Josefin Sans"/>
                <w:color w:val="000000"/>
                <w:sz w:val="24"/>
                <w:szCs w:val="24"/>
              </w:rPr>
              <w:t xml:space="preserve"> Sometimes available     </w:t>
            </w:r>
          </w:p>
          <w:p w14:paraId="73984172" w14:textId="78DD9EB0" w:rsidR="00BA05D3" w:rsidRPr="002D7222" w:rsidRDefault="002B77C4" w:rsidP="00A33CD7">
            <w:pPr>
              <w:spacing w:line="276" w:lineRule="auto"/>
              <w:rPr>
                <w:rFonts w:ascii="Josefin Sans" w:hAnsi="Josefin Sans"/>
                <w:sz w:val="24"/>
                <w:szCs w:val="24"/>
              </w:rPr>
            </w:pPr>
            <w:r w:rsidRPr="002D7222">
              <w:rPr>
                <w:rFonts w:ascii="Segoe UI Symbol" w:hAnsi="Segoe UI Symbol" w:cs="Segoe UI Symbol"/>
                <w:color w:val="000000"/>
                <w:sz w:val="24"/>
                <w:szCs w:val="24"/>
              </w:rPr>
              <w:t>☐</w:t>
            </w:r>
            <w:r w:rsidRPr="002D7222">
              <w:rPr>
                <w:rFonts w:ascii="Josefin Sans" w:hAnsi="Josefin Sans"/>
                <w:color w:val="000000"/>
                <w:sz w:val="24"/>
                <w:szCs w:val="24"/>
              </w:rPr>
              <w:t xml:space="preserve"> Rarely available</w:t>
            </w:r>
          </w:p>
        </w:tc>
      </w:tr>
      <w:tr w:rsidR="00BA05D3" w14:paraId="3A65E70C" w14:textId="77777777" w:rsidTr="00164796">
        <w:trPr>
          <w:gridAfter w:val="1"/>
          <w:wAfter w:w="315" w:type="dxa"/>
          <w:jc w:val="center"/>
        </w:trPr>
        <w:tc>
          <w:tcPr>
            <w:tcW w:w="4778" w:type="dxa"/>
            <w:tcBorders>
              <w:top w:val="single" w:sz="3" w:space="0" w:color="B4C7E7"/>
              <w:left w:val="single" w:sz="3" w:space="0" w:color="B4C7E7"/>
              <w:bottom w:val="single" w:sz="3" w:space="0" w:color="B4C7E7"/>
              <w:right w:val="single" w:sz="3" w:space="0" w:color="B4C7E7"/>
            </w:tcBorders>
            <w:shd w:val="clear" w:color="auto" w:fill="EEF6FB"/>
            <w:tcMar>
              <w:top w:w="60" w:type="dxa"/>
              <w:left w:w="55" w:type="dxa"/>
              <w:bottom w:w="60" w:type="dxa"/>
              <w:right w:w="55" w:type="dxa"/>
            </w:tcMar>
            <w:vAlign w:val="center"/>
          </w:tcPr>
          <w:p w14:paraId="14BE1453" w14:textId="77777777" w:rsidR="00BA05D3" w:rsidRPr="00CB268A" w:rsidRDefault="002B77C4" w:rsidP="00A33CD7">
            <w:pPr>
              <w:rPr>
                <w:sz w:val="28"/>
                <w:szCs w:val="28"/>
              </w:rPr>
            </w:pPr>
            <w:r w:rsidRPr="00CB268A">
              <w:rPr>
                <w:b/>
                <w:color w:val="000000"/>
                <w:sz w:val="28"/>
                <w:szCs w:val="28"/>
              </w:rPr>
              <w:t>School breaks/holidays</w:t>
            </w:r>
          </w:p>
        </w:tc>
        <w:tc>
          <w:tcPr>
            <w:tcW w:w="5556" w:type="dxa"/>
            <w:tcBorders>
              <w:top w:val="single" w:sz="3" w:space="0" w:color="B4C7E7"/>
              <w:left w:val="single" w:sz="3" w:space="0" w:color="B4C7E7"/>
              <w:bottom w:val="single" w:sz="3" w:space="0" w:color="B4C7E7"/>
              <w:right w:val="single" w:sz="3" w:space="0" w:color="B4C7E7"/>
            </w:tcBorders>
            <w:shd w:val="clear" w:color="auto" w:fill="EEF6FB"/>
            <w:tcMar>
              <w:top w:w="60" w:type="dxa"/>
              <w:left w:w="55" w:type="dxa"/>
              <w:bottom w:w="60" w:type="dxa"/>
              <w:right w:w="55" w:type="dxa"/>
            </w:tcMar>
          </w:tcPr>
          <w:p w14:paraId="7083BB55" w14:textId="77777777" w:rsidR="002D7222" w:rsidRDefault="002B77C4" w:rsidP="00A33CD7">
            <w:pPr>
              <w:spacing w:line="276" w:lineRule="auto"/>
              <w:rPr>
                <w:rFonts w:ascii="Josefin Sans" w:hAnsi="Josefin Sans"/>
                <w:color w:val="000000"/>
                <w:sz w:val="24"/>
                <w:szCs w:val="24"/>
              </w:rPr>
            </w:pPr>
            <w:r w:rsidRPr="002D7222">
              <w:rPr>
                <w:rFonts w:ascii="Segoe UI Symbol" w:hAnsi="Segoe UI Symbol" w:cs="Segoe UI Symbol"/>
                <w:color w:val="000000"/>
                <w:sz w:val="24"/>
                <w:szCs w:val="24"/>
              </w:rPr>
              <w:t>☐</w:t>
            </w:r>
            <w:r w:rsidRPr="002D7222">
              <w:rPr>
                <w:rFonts w:ascii="Josefin Sans" w:hAnsi="Josefin Sans"/>
                <w:color w:val="000000"/>
                <w:sz w:val="24"/>
                <w:szCs w:val="24"/>
              </w:rPr>
              <w:t xml:space="preserve"> Usually available     </w:t>
            </w:r>
            <w:r w:rsidRPr="002D7222">
              <w:rPr>
                <w:rFonts w:ascii="Segoe UI Symbol" w:hAnsi="Segoe UI Symbol" w:cs="Segoe UI Symbol"/>
                <w:color w:val="000000"/>
                <w:sz w:val="24"/>
                <w:szCs w:val="24"/>
              </w:rPr>
              <w:t>☐</w:t>
            </w:r>
            <w:r w:rsidRPr="002D7222">
              <w:rPr>
                <w:rFonts w:ascii="Josefin Sans" w:hAnsi="Josefin Sans"/>
                <w:color w:val="000000"/>
                <w:sz w:val="24"/>
                <w:szCs w:val="24"/>
              </w:rPr>
              <w:t xml:space="preserve"> Sometimes available    </w:t>
            </w:r>
          </w:p>
          <w:p w14:paraId="5B1E7471" w14:textId="33FF9F01" w:rsidR="00BA05D3" w:rsidRPr="002D7222" w:rsidRDefault="002B77C4" w:rsidP="00A33CD7">
            <w:pPr>
              <w:spacing w:line="276" w:lineRule="auto"/>
              <w:rPr>
                <w:rFonts w:ascii="Josefin Sans" w:hAnsi="Josefin Sans"/>
                <w:sz w:val="24"/>
                <w:szCs w:val="24"/>
              </w:rPr>
            </w:pPr>
            <w:r w:rsidRPr="002D7222">
              <w:rPr>
                <w:rFonts w:ascii="Josefin Sans" w:hAnsi="Josefin Sans"/>
                <w:color w:val="000000"/>
                <w:sz w:val="24"/>
                <w:szCs w:val="24"/>
              </w:rPr>
              <w:t xml:space="preserve"> </w:t>
            </w:r>
            <w:r w:rsidRPr="002D7222">
              <w:rPr>
                <w:rFonts w:ascii="Segoe UI Symbol" w:hAnsi="Segoe UI Symbol" w:cs="Segoe UI Symbol"/>
                <w:color w:val="000000"/>
                <w:sz w:val="24"/>
                <w:szCs w:val="24"/>
              </w:rPr>
              <w:t>☐</w:t>
            </w:r>
            <w:r w:rsidRPr="002D7222">
              <w:rPr>
                <w:rFonts w:ascii="Josefin Sans" w:hAnsi="Josefin Sans"/>
                <w:color w:val="000000"/>
                <w:sz w:val="24"/>
                <w:szCs w:val="24"/>
              </w:rPr>
              <w:t xml:space="preserve"> Rarely available</w:t>
            </w:r>
          </w:p>
        </w:tc>
      </w:tr>
      <w:tr w:rsidR="00BA05D3" w14:paraId="09E88C51" w14:textId="77777777" w:rsidTr="00164796">
        <w:trPr>
          <w:gridAfter w:val="1"/>
          <w:wAfter w:w="315" w:type="dxa"/>
          <w:jc w:val="center"/>
        </w:trPr>
        <w:tc>
          <w:tcPr>
            <w:tcW w:w="4778" w:type="dxa"/>
            <w:tcBorders>
              <w:top w:val="single" w:sz="3" w:space="0" w:color="B4C7E7"/>
              <w:left w:val="single" w:sz="3" w:space="0" w:color="B4C7E7"/>
              <w:bottom w:val="single" w:sz="3" w:space="0" w:color="B4C7E7"/>
              <w:right w:val="single" w:sz="3" w:space="0" w:color="B4C7E7"/>
            </w:tcBorders>
            <w:shd w:val="clear" w:color="auto" w:fill="FFFFFF"/>
            <w:tcMar>
              <w:top w:w="60" w:type="dxa"/>
              <w:left w:w="55" w:type="dxa"/>
              <w:bottom w:w="60" w:type="dxa"/>
              <w:right w:w="55" w:type="dxa"/>
            </w:tcMar>
            <w:vAlign w:val="center"/>
          </w:tcPr>
          <w:p w14:paraId="725D8296" w14:textId="77777777" w:rsidR="00BA05D3" w:rsidRPr="00CB268A" w:rsidRDefault="002B77C4" w:rsidP="00A33CD7">
            <w:pPr>
              <w:rPr>
                <w:sz w:val="28"/>
                <w:szCs w:val="28"/>
              </w:rPr>
            </w:pPr>
            <w:r w:rsidRPr="00CB268A">
              <w:rPr>
                <w:b/>
                <w:color w:val="000000"/>
                <w:sz w:val="28"/>
                <w:szCs w:val="28"/>
              </w:rPr>
              <w:t>Special museum events</w:t>
            </w:r>
          </w:p>
        </w:tc>
        <w:tc>
          <w:tcPr>
            <w:tcW w:w="5556" w:type="dxa"/>
            <w:tcBorders>
              <w:top w:val="single" w:sz="3" w:space="0" w:color="B4C7E7"/>
              <w:left w:val="single" w:sz="3" w:space="0" w:color="B4C7E7"/>
              <w:bottom w:val="single" w:sz="3" w:space="0" w:color="B4C7E7"/>
              <w:right w:val="single" w:sz="3" w:space="0" w:color="B4C7E7"/>
            </w:tcBorders>
            <w:shd w:val="clear" w:color="auto" w:fill="FFFFFF"/>
            <w:tcMar>
              <w:top w:w="60" w:type="dxa"/>
              <w:left w:w="55" w:type="dxa"/>
              <w:bottom w:w="60" w:type="dxa"/>
              <w:right w:w="55" w:type="dxa"/>
            </w:tcMar>
          </w:tcPr>
          <w:p w14:paraId="098F01C6" w14:textId="77777777" w:rsidR="002D7222" w:rsidRDefault="002B77C4" w:rsidP="00A33CD7">
            <w:pPr>
              <w:spacing w:line="276" w:lineRule="auto"/>
              <w:rPr>
                <w:rFonts w:ascii="Josefin Sans" w:hAnsi="Josefin Sans"/>
                <w:color w:val="000000"/>
                <w:sz w:val="24"/>
                <w:szCs w:val="24"/>
              </w:rPr>
            </w:pPr>
            <w:r w:rsidRPr="002D7222">
              <w:rPr>
                <w:rFonts w:ascii="Segoe UI Symbol" w:hAnsi="Segoe UI Symbol" w:cs="Segoe UI Symbol"/>
                <w:color w:val="000000"/>
                <w:sz w:val="24"/>
                <w:szCs w:val="24"/>
              </w:rPr>
              <w:t>☐</w:t>
            </w:r>
            <w:r w:rsidRPr="002D7222">
              <w:rPr>
                <w:rFonts w:ascii="Josefin Sans" w:hAnsi="Josefin Sans"/>
                <w:color w:val="000000"/>
                <w:sz w:val="24"/>
                <w:szCs w:val="24"/>
              </w:rPr>
              <w:t xml:space="preserve"> Usually available     </w:t>
            </w:r>
            <w:r w:rsidRPr="002D7222">
              <w:rPr>
                <w:rFonts w:ascii="Segoe UI Symbol" w:hAnsi="Segoe UI Symbol" w:cs="Segoe UI Symbol"/>
                <w:color w:val="000000"/>
                <w:sz w:val="24"/>
                <w:szCs w:val="24"/>
              </w:rPr>
              <w:t>☐</w:t>
            </w:r>
            <w:r w:rsidRPr="002D7222">
              <w:rPr>
                <w:rFonts w:ascii="Josefin Sans" w:hAnsi="Josefin Sans"/>
                <w:color w:val="000000"/>
                <w:sz w:val="24"/>
                <w:szCs w:val="24"/>
              </w:rPr>
              <w:t xml:space="preserve"> Sometimes available   </w:t>
            </w:r>
          </w:p>
          <w:p w14:paraId="08679C6C" w14:textId="5D0E52E5" w:rsidR="00BA05D3" w:rsidRPr="002D7222" w:rsidRDefault="002B77C4" w:rsidP="00A33CD7">
            <w:pPr>
              <w:spacing w:line="276" w:lineRule="auto"/>
              <w:rPr>
                <w:rFonts w:ascii="Josefin Sans" w:hAnsi="Josefin Sans"/>
                <w:sz w:val="24"/>
                <w:szCs w:val="24"/>
              </w:rPr>
            </w:pPr>
            <w:r w:rsidRPr="002D7222">
              <w:rPr>
                <w:rFonts w:ascii="Josefin Sans" w:hAnsi="Josefin Sans"/>
                <w:color w:val="000000"/>
                <w:sz w:val="24"/>
                <w:szCs w:val="24"/>
              </w:rPr>
              <w:t xml:space="preserve">  </w:t>
            </w:r>
            <w:r w:rsidRPr="002D7222">
              <w:rPr>
                <w:rFonts w:ascii="Segoe UI Symbol" w:hAnsi="Segoe UI Symbol" w:cs="Segoe UI Symbol"/>
                <w:color w:val="000000"/>
                <w:sz w:val="24"/>
                <w:szCs w:val="24"/>
              </w:rPr>
              <w:t>☐</w:t>
            </w:r>
            <w:r w:rsidRPr="002D7222">
              <w:rPr>
                <w:rFonts w:ascii="Josefin Sans" w:hAnsi="Josefin Sans"/>
                <w:color w:val="000000"/>
                <w:sz w:val="24"/>
                <w:szCs w:val="24"/>
              </w:rPr>
              <w:t xml:space="preserve"> Rarely available</w:t>
            </w:r>
          </w:p>
        </w:tc>
      </w:tr>
      <w:tr w:rsidR="00BA05D3" w14:paraId="6175B2F2" w14:textId="77777777" w:rsidTr="0028010D">
        <w:trPr>
          <w:jc w:val="center"/>
        </w:trPr>
        <w:tc>
          <w:tcPr>
            <w:tcW w:w="10649" w:type="dxa"/>
            <w:gridSpan w:val="3"/>
            <w:tcBorders>
              <w:top w:val="nil"/>
              <w:left w:val="nil"/>
              <w:bottom w:val="nil"/>
              <w:right w:val="nil"/>
            </w:tcBorders>
            <w:tcMar>
              <w:top w:w="35" w:type="dxa"/>
              <w:left w:w="10" w:type="dxa"/>
              <w:bottom w:w="25" w:type="dxa"/>
              <w:right w:w="10" w:type="dxa"/>
            </w:tcMar>
          </w:tcPr>
          <w:p w14:paraId="40195962" w14:textId="77777777" w:rsidR="00C65A70" w:rsidRDefault="00C65A70">
            <w:pPr>
              <w:spacing w:after="80"/>
              <w:rPr>
                <w:b/>
                <w:color w:val="000000"/>
              </w:rPr>
            </w:pPr>
          </w:p>
          <w:p w14:paraId="7C49E422" w14:textId="77777777" w:rsidR="00C65A70" w:rsidRDefault="00C65A70">
            <w:pPr>
              <w:spacing w:after="80"/>
              <w:rPr>
                <w:b/>
                <w:color w:val="000000"/>
              </w:rPr>
            </w:pPr>
          </w:p>
          <w:p w14:paraId="395BB1EE" w14:textId="2D8C3498" w:rsidR="00BA05D3" w:rsidRPr="00A33CD7" w:rsidRDefault="00A33CD7">
            <w:pPr>
              <w:spacing w:after="80"/>
              <w:rPr>
                <w:color w:val="028CC3"/>
                <w:sz w:val="24"/>
                <w:szCs w:val="24"/>
              </w:rPr>
            </w:pPr>
            <w:r>
              <w:rPr>
                <w:b/>
                <w:color w:val="028CC3"/>
                <w:sz w:val="24"/>
                <w:szCs w:val="24"/>
              </w:rPr>
              <w:t xml:space="preserve">     </w:t>
            </w:r>
            <w:r w:rsidR="002B77C4" w:rsidRPr="00A33CD7">
              <w:rPr>
                <w:b/>
                <w:color w:val="028CC3"/>
                <w:sz w:val="24"/>
                <w:szCs w:val="24"/>
              </w:rPr>
              <w:t>How will you manage conflicts and communicate when you cannot attend?</w:t>
            </w:r>
          </w:p>
          <w:p w14:paraId="0DC5BB46" w14:textId="1C28D800" w:rsidR="00BA05D3" w:rsidRPr="00A33CD7" w:rsidRDefault="00000000">
            <w:pPr>
              <w:rPr>
                <w:color w:val="028CC3"/>
                <w:sz w:val="24"/>
                <w:szCs w:val="24"/>
              </w:rPr>
            </w:pPr>
            <w:sdt>
              <w:sdtPr>
                <w:rPr>
                  <w:rFonts w:ascii="Josefin Sans Light" w:hAnsi="Josefin Sans Light"/>
                  <w:iCs/>
                  <w:color w:val="028CC3"/>
                  <w:sz w:val="24"/>
                  <w:szCs w:val="24"/>
                </w:rPr>
                <w:alias w:val="LONG_008_HOW_WILL_YOU_MANAGE_CONFLICTS_AND_COMMUNIC"/>
                <w:tag w:val="LONG_008_HOW_WILL_YOU_MANAGE_CONFLICTS_AND_COMMUNIC"/>
                <w:id w:val="-1820254879"/>
                <w:text w:multiLine="1"/>
              </w:sdtPr>
              <w:sdtContent>
                <w:r w:rsidR="00A33CD7">
                  <w:rPr>
                    <w:rFonts w:ascii="Josefin Sans Light" w:hAnsi="Josefin Sans Light"/>
                    <w:iCs/>
                    <w:color w:val="028CC3"/>
                    <w:sz w:val="24"/>
                    <w:szCs w:val="24"/>
                  </w:rPr>
                  <w:t xml:space="preserve">     </w:t>
                </w:r>
                <w:r w:rsidR="002B77C4" w:rsidRPr="00A33CD7">
                  <w:rPr>
                    <w:rFonts w:ascii="Josefin Sans Light" w:hAnsi="Josefin Sans Light"/>
                    <w:i/>
                    <w:iCs/>
                    <w:color w:val="028CC3"/>
                    <w:sz w:val="24"/>
                    <w:szCs w:val="24"/>
                  </w:rPr>
                  <w:t>Type response here.</w:t>
                </w:r>
              </w:sdtContent>
            </w:sdt>
          </w:p>
          <w:p w14:paraId="75AE2EAA" w14:textId="77777777" w:rsidR="00BA05D3" w:rsidRDefault="00BA05D3"/>
          <w:p w14:paraId="36411F7A" w14:textId="77777777" w:rsidR="00BA05D3" w:rsidRDefault="00BA05D3"/>
          <w:p w14:paraId="7B615E90" w14:textId="77777777" w:rsidR="00BA05D3" w:rsidRDefault="00BA05D3"/>
        </w:tc>
      </w:tr>
      <w:tr w:rsidR="00A33CD7" w14:paraId="3A98808F" w14:textId="77777777" w:rsidTr="0028010D">
        <w:trPr>
          <w:jc w:val="center"/>
        </w:trPr>
        <w:tc>
          <w:tcPr>
            <w:tcW w:w="10649" w:type="dxa"/>
            <w:gridSpan w:val="3"/>
            <w:tcBorders>
              <w:top w:val="nil"/>
              <w:left w:val="nil"/>
              <w:bottom w:val="nil"/>
              <w:right w:val="nil"/>
            </w:tcBorders>
            <w:tcMar>
              <w:top w:w="35" w:type="dxa"/>
              <w:left w:w="10" w:type="dxa"/>
              <w:bottom w:w="25" w:type="dxa"/>
              <w:right w:w="10" w:type="dxa"/>
            </w:tcMar>
          </w:tcPr>
          <w:p w14:paraId="042C8289" w14:textId="77777777" w:rsidR="00A33CD7" w:rsidRDefault="00A33CD7">
            <w:pPr>
              <w:spacing w:after="80"/>
              <w:rPr>
                <w:b/>
                <w:color w:val="000000"/>
              </w:rPr>
            </w:pPr>
          </w:p>
        </w:tc>
      </w:tr>
      <w:tr w:rsidR="00A33CD7" w14:paraId="1FB10C73" w14:textId="77777777" w:rsidTr="0028010D">
        <w:trPr>
          <w:jc w:val="center"/>
        </w:trPr>
        <w:tc>
          <w:tcPr>
            <w:tcW w:w="10649" w:type="dxa"/>
            <w:gridSpan w:val="3"/>
            <w:tcBorders>
              <w:top w:val="nil"/>
              <w:left w:val="nil"/>
              <w:bottom w:val="nil"/>
              <w:right w:val="nil"/>
            </w:tcBorders>
            <w:tcMar>
              <w:top w:w="35" w:type="dxa"/>
              <w:left w:w="10" w:type="dxa"/>
              <w:bottom w:w="25" w:type="dxa"/>
              <w:right w:w="10" w:type="dxa"/>
            </w:tcMar>
          </w:tcPr>
          <w:p w14:paraId="26A193D5" w14:textId="77777777" w:rsidR="00A33CD7" w:rsidRDefault="00A33CD7">
            <w:pPr>
              <w:spacing w:after="80"/>
              <w:rPr>
                <w:b/>
                <w:color w:val="000000"/>
              </w:rPr>
            </w:pPr>
          </w:p>
        </w:tc>
      </w:tr>
    </w:tbl>
    <w:p w14:paraId="7B5ED8D5" w14:textId="77777777" w:rsidR="00BA05D3" w:rsidRDefault="00BA05D3">
      <w:pPr>
        <w:spacing w:after="40"/>
      </w:pPr>
    </w:p>
    <w:p w14:paraId="00B16B4E" w14:textId="77777777" w:rsidR="00BA05D3" w:rsidRDefault="002B77C4">
      <w:r>
        <w:br w:type="page"/>
      </w:r>
    </w:p>
    <w:p w14:paraId="38BC3428" w14:textId="77777777" w:rsidR="0014302A" w:rsidRDefault="0014302A" w:rsidP="0014302A">
      <w:pPr>
        <w:spacing w:after="60"/>
        <w:rPr>
          <w:b/>
          <w:color w:val="028CC3"/>
          <w:sz w:val="50"/>
        </w:rPr>
      </w:pPr>
    </w:p>
    <w:p w14:paraId="3642A3A1" w14:textId="39F74C5F" w:rsidR="0014302A" w:rsidRPr="0014302A" w:rsidRDefault="0014302A" w:rsidP="0014302A">
      <w:pPr>
        <w:spacing w:after="60"/>
        <w:rPr>
          <w:color w:val="028CC3"/>
        </w:rPr>
      </w:pPr>
      <w:r w:rsidRPr="0014302A">
        <w:rPr>
          <w:b/>
          <w:color w:val="028CC3"/>
          <w:sz w:val="50"/>
        </w:rPr>
        <w:t xml:space="preserve">LEADERSHIP </w:t>
      </w:r>
      <w:r w:rsidR="00164796">
        <w:rPr>
          <w:b/>
          <w:color w:val="028CC3"/>
          <w:sz w:val="50"/>
        </w:rPr>
        <w:t>&amp;</w:t>
      </w:r>
      <w:r w:rsidRPr="0014302A">
        <w:rPr>
          <w:b/>
          <w:color w:val="028CC3"/>
          <w:sz w:val="50"/>
        </w:rPr>
        <w:t xml:space="preserve"> SERVICE RESPONSE</w:t>
      </w:r>
      <w:r w:rsidR="00164796">
        <w:rPr>
          <w:b/>
          <w:color w:val="028CC3"/>
          <w:sz w:val="50"/>
        </w:rPr>
        <w:t>S</w:t>
      </w:r>
    </w:p>
    <w:p w14:paraId="78601203" w14:textId="358C2C29" w:rsidR="00BA05D3" w:rsidRPr="0014302A" w:rsidRDefault="0014302A" w:rsidP="0014302A">
      <w:pPr>
        <w:rPr>
          <w:rFonts w:ascii="Josefin Sans Light" w:hAnsi="Josefin Sans Light"/>
          <w:i/>
          <w:iCs/>
        </w:rPr>
      </w:pPr>
      <w:r w:rsidRPr="0014302A">
        <w:rPr>
          <w:rFonts w:ascii="Josefin Sans Light" w:hAnsi="Josefin Sans Light"/>
          <w:i/>
          <w:iCs/>
          <w:color w:val="67B83E"/>
          <w:sz w:val="36"/>
        </w:rPr>
        <w:t>President’s Leadership Circle Program</w:t>
      </w:r>
    </w:p>
    <w:p w14:paraId="0F9DBD60" w14:textId="77777777" w:rsidR="0014302A" w:rsidRDefault="0014302A">
      <w:pPr>
        <w:spacing w:after="160"/>
        <w:jc w:val="center"/>
        <w:rPr>
          <w:i/>
          <w:color w:val="244A8F"/>
          <w:sz w:val="22"/>
        </w:rPr>
      </w:pPr>
    </w:p>
    <w:p w14:paraId="189FFA13" w14:textId="0E34834C" w:rsidR="00BA05D3" w:rsidRPr="0014302A" w:rsidRDefault="002B77C4" w:rsidP="0014302A">
      <w:pPr>
        <w:spacing w:after="160"/>
        <w:rPr>
          <w:color w:val="028CC3"/>
          <w:sz w:val="24"/>
          <w:szCs w:val="24"/>
        </w:rPr>
      </w:pPr>
      <w:r w:rsidRPr="0014302A">
        <w:rPr>
          <w:i/>
          <w:color w:val="028CC3"/>
          <w:sz w:val="24"/>
          <w:szCs w:val="24"/>
        </w:rPr>
        <w:t>Answer each question in approximately 100-150 words. Be specific and use your own experiences.</w:t>
      </w:r>
    </w:p>
    <w:tbl>
      <w:tblPr>
        <w:tblW w:w="0" w:type="auto"/>
        <w:jc w:val="center"/>
        <w:tblLayout w:type="fixed"/>
        <w:tblLook w:val="04A0" w:firstRow="1" w:lastRow="0" w:firstColumn="1" w:lastColumn="0" w:noHBand="0" w:noVBand="1"/>
      </w:tblPr>
      <w:tblGrid>
        <w:gridCol w:w="10454"/>
      </w:tblGrid>
      <w:tr w:rsidR="00BA05D3" w:rsidRPr="0014302A" w14:paraId="4B180DDD" w14:textId="77777777">
        <w:trPr>
          <w:jc w:val="center"/>
        </w:trPr>
        <w:tc>
          <w:tcPr>
            <w:tcW w:w="10454" w:type="dxa"/>
            <w:tcBorders>
              <w:top w:val="nil"/>
              <w:left w:val="nil"/>
              <w:bottom w:val="nil"/>
              <w:right w:val="nil"/>
            </w:tcBorders>
            <w:tcMar>
              <w:top w:w="35" w:type="dxa"/>
              <w:left w:w="10" w:type="dxa"/>
              <w:bottom w:w="25" w:type="dxa"/>
              <w:right w:w="10" w:type="dxa"/>
            </w:tcMar>
          </w:tcPr>
          <w:p w14:paraId="4C495D7B" w14:textId="77777777" w:rsidR="00BA05D3" w:rsidRPr="0014302A" w:rsidRDefault="002B77C4">
            <w:pPr>
              <w:spacing w:after="80"/>
              <w:rPr>
                <w:color w:val="028CC3"/>
                <w:sz w:val="24"/>
                <w:szCs w:val="24"/>
              </w:rPr>
            </w:pPr>
            <w:r w:rsidRPr="0014302A">
              <w:rPr>
                <w:b/>
                <w:color w:val="028CC3"/>
                <w:sz w:val="24"/>
                <w:szCs w:val="24"/>
              </w:rPr>
              <w:t>1. Why do you want to join the President’s Leadership Circle, and what do you hope to contribute to MCM?</w:t>
            </w:r>
          </w:p>
          <w:p w14:paraId="35940277" w14:textId="77777777" w:rsidR="00BA05D3" w:rsidRPr="0014302A" w:rsidRDefault="00000000">
            <w:pPr>
              <w:rPr>
                <w:color w:val="028CC3"/>
                <w:sz w:val="24"/>
                <w:szCs w:val="24"/>
              </w:rPr>
            </w:pPr>
            <w:sdt>
              <w:sdtPr>
                <w:rPr>
                  <w:rFonts w:ascii="Josefin Sans Light" w:hAnsi="Josefin Sans Light"/>
                  <w:iCs/>
                  <w:color w:val="028CC3"/>
                  <w:sz w:val="24"/>
                  <w:szCs w:val="24"/>
                </w:rPr>
                <w:alias w:val="LONG_009_1_WHY_DO_YOU_WANT_TO_JOIN_THE_PRESIDENT_S_"/>
                <w:tag w:val="LONG_009_1_WHY_DO_YOU_WANT_TO_JOIN_THE_PRESIDENT_S_"/>
                <w:id w:val="1828707604"/>
                <w:text w:multiLine="1"/>
              </w:sdtPr>
              <w:sdtContent>
                <w:r w:rsidR="002B77C4" w:rsidRPr="0014302A">
                  <w:rPr>
                    <w:rFonts w:ascii="Josefin Sans Light" w:hAnsi="Josefin Sans Light"/>
                    <w:i/>
                    <w:iCs/>
                    <w:color w:val="028CC3"/>
                    <w:sz w:val="24"/>
                    <w:szCs w:val="24"/>
                  </w:rPr>
                  <w:t>Type response here.</w:t>
                </w:r>
              </w:sdtContent>
            </w:sdt>
          </w:p>
          <w:p w14:paraId="0A2F4D5A" w14:textId="77777777" w:rsidR="00BA05D3" w:rsidRPr="0014302A" w:rsidRDefault="00BA05D3">
            <w:pPr>
              <w:rPr>
                <w:color w:val="028CC3"/>
                <w:sz w:val="24"/>
                <w:szCs w:val="24"/>
              </w:rPr>
            </w:pPr>
          </w:p>
          <w:p w14:paraId="53B71910" w14:textId="77777777" w:rsidR="00BA05D3" w:rsidRPr="0014302A" w:rsidRDefault="00BA05D3">
            <w:pPr>
              <w:rPr>
                <w:color w:val="028CC3"/>
                <w:sz w:val="24"/>
                <w:szCs w:val="24"/>
              </w:rPr>
            </w:pPr>
          </w:p>
          <w:p w14:paraId="32494A76" w14:textId="77777777" w:rsidR="00BA05D3" w:rsidRPr="0014302A" w:rsidRDefault="00BA05D3">
            <w:pPr>
              <w:rPr>
                <w:color w:val="028CC3"/>
                <w:sz w:val="24"/>
                <w:szCs w:val="24"/>
              </w:rPr>
            </w:pPr>
          </w:p>
          <w:p w14:paraId="40BA6DEE" w14:textId="77777777" w:rsidR="00BA05D3" w:rsidRPr="0014302A" w:rsidRDefault="00BA05D3">
            <w:pPr>
              <w:rPr>
                <w:color w:val="028CC3"/>
                <w:sz w:val="24"/>
                <w:szCs w:val="24"/>
              </w:rPr>
            </w:pPr>
          </w:p>
        </w:tc>
      </w:tr>
    </w:tbl>
    <w:p w14:paraId="74D8BF48" w14:textId="77777777" w:rsidR="00BA05D3" w:rsidRPr="0014302A" w:rsidRDefault="00BA05D3">
      <w:pPr>
        <w:spacing w:after="40"/>
        <w:rPr>
          <w:color w:val="028CC3"/>
          <w:sz w:val="24"/>
          <w:szCs w:val="24"/>
        </w:rPr>
      </w:pPr>
    </w:p>
    <w:tbl>
      <w:tblPr>
        <w:tblW w:w="0" w:type="auto"/>
        <w:jc w:val="center"/>
        <w:tblLayout w:type="fixed"/>
        <w:tblLook w:val="04A0" w:firstRow="1" w:lastRow="0" w:firstColumn="1" w:lastColumn="0" w:noHBand="0" w:noVBand="1"/>
      </w:tblPr>
      <w:tblGrid>
        <w:gridCol w:w="10454"/>
      </w:tblGrid>
      <w:tr w:rsidR="00BA05D3" w:rsidRPr="0014302A" w14:paraId="31588268" w14:textId="77777777">
        <w:trPr>
          <w:jc w:val="center"/>
        </w:trPr>
        <w:tc>
          <w:tcPr>
            <w:tcW w:w="10454" w:type="dxa"/>
            <w:tcBorders>
              <w:top w:val="nil"/>
              <w:left w:val="nil"/>
              <w:bottom w:val="nil"/>
              <w:right w:val="nil"/>
            </w:tcBorders>
            <w:tcMar>
              <w:top w:w="35" w:type="dxa"/>
              <w:left w:w="10" w:type="dxa"/>
              <w:bottom w:w="25" w:type="dxa"/>
              <w:right w:w="10" w:type="dxa"/>
            </w:tcMar>
          </w:tcPr>
          <w:p w14:paraId="5265D143" w14:textId="77777777" w:rsidR="0014302A" w:rsidRDefault="0014302A">
            <w:pPr>
              <w:spacing w:after="80"/>
              <w:rPr>
                <w:b/>
                <w:color w:val="028CC3"/>
                <w:sz w:val="24"/>
                <w:szCs w:val="24"/>
              </w:rPr>
            </w:pPr>
          </w:p>
          <w:p w14:paraId="23557093" w14:textId="77777777" w:rsidR="0014302A" w:rsidRDefault="0014302A">
            <w:pPr>
              <w:spacing w:after="80"/>
              <w:rPr>
                <w:b/>
                <w:color w:val="028CC3"/>
                <w:sz w:val="24"/>
                <w:szCs w:val="24"/>
              </w:rPr>
            </w:pPr>
          </w:p>
          <w:p w14:paraId="3A2F31DB" w14:textId="2719C98A" w:rsidR="00BA05D3" w:rsidRPr="0014302A" w:rsidRDefault="002B77C4">
            <w:pPr>
              <w:spacing w:after="80"/>
              <w:rPr>
                <w:b/>
                <w:color w:val="028CC3"/>
                <w:sz w:val="24"/>
                <w:szCs w:val="24"/>
              </w:rPr>
            </w:pPr>
            <w:r w:rsidRPr="0014302A">
              <w:rPr>
                <w:b/>
                <w:color w:val="028CC3"/>
                <w:sz w:val="24"/>
                <w:szCs w:val="24"/>
              </w:rPr>
              <w:t>2. Describe a time you took initiative without being asked. What did you do, and what happened?</w:t>
            </w:r>
          </w:p>
          <w:p w14:paraId="3F986C69" w14:textId="77777777" w:rsidR="00BA05D3" w:rsidRPr="0014302A" w:rsidRDefault="00000000">
            <w:pPr>
              <w:rPr>
                <w:color w:val="028CC3"/>
                <w:sz w:val="24"/>
                <w:szCs w:val="24"/>
              </w:rPr>
            </w:pPr>
            <w:sdt>
              <w:sdtPr>
                <w:rPr>
                  <w:rFonts w:ascii="Josefin Sans Light" w:hAnsi="Josefin Sans Light"/>
                  <w:iCs/>
                  <w:color w:val="028CC3"/>
                  <w:sz w:val="24"/>
                  <w:szCs w:val="24"/>
                </w:rPr>
                <w:alias w:val="LONG_010_2_DESCRIBE_A_TIME_YOU_TOOK_INITIATIVE_WITH"/>
                <w:tag w:val="LONG_010_2_DESCRIBE_A_TIME_YOU_TOOK_INITIATIVE_WITH"/>
                <w:id w:val="-1608034240"/>
                <w:text w:multiLine="1"/>
              </w:sdtPr>
              <w:sdtContent>
                <w:r w:rsidR="002B77C4" w:rsidRPr="0014302A">
                  <w:rPr>
                    <w:rFonts w:ascii="Josefin Sans Light" w:hAnsi="Josefin Sans Light"/>
                    <w:i/>
                    <w:iCs/>
                    <w:color w:val="028CC3"/>
                    <w:sz w:val="24"/>
                    <w:szCs w:val="24"/>
                  </w:rPr>
                  <w:t>Type response here.</w:t>
                </w:r>
              </w:sdtContent>
            </w:sdt>
          </w:p>
          <w:p w14:paraId="5583C76B" w14:textId="77777777" w:rsidR="00BA05D3" w:rsidRPr="0014302A" w:rsidRDefault="00BA05D3">
            <w:pPr>
              <w:rPr>
                <w:color w:val="028CC3"/>
                <w:sz w:val="24"/>
                <w:szCs w:val="24"/>
              </w:rPr>
            </w:pPr>
          </w:p>
          <w:p w14:paraId="3B863474" w14:textId="77777777" w:rsidR="00BA05D3" w:rsidRPr="0014302A" w:rsidRDefault="00BA05D3">
            <w:pPr>
              <w:rPr>
                <w:color w:val="028CC3"/>
                <w:sz w:val="24"/>
                <w:szCs w:val="24"/>
              </w:rPr>
            </w:pPr>
          </w:p>
          <w:p w14:paraId="26972527" w14:textId="77777777" w:rsidR="00BA05D3" w:rsidRPr="0014302A" w:rsidRDefault="00BA05D3">
            <w:pPr>
              <w:rPr>
                <w:color w:val="028CC3"/>
                <w:sz w:val="24"/>
                <w:szCs w:val="24"/>
              </w:rPr>
            </w:pPr>
          </w:p>
          <w:p w14:paraId="0F7908EF" w14:textId="77777777" w:rsidR="00BA05D3" w:rsidRPr="0014302A" w:rsidRDefault="00BA05D3">
            <w:pPr>
              <w:rPr>
                <w:color w:val="028CC3"/>
                <w:sz w:val="24"/>
                <w:szCs w:val="24"/>
              </w:rPr>
            </w:pPr>
          </w:p>
        </w:tc>
      </w:tr>
    </w:tbl>
    <w:p w14:paraId="2B8F917F" w14:textId="77777777" w:rsidR="00BA05D3" w:rsidRPr="0014302A" w:rsidRDefault="00BA05D3">
      <w:pPr>
        <w:spacing w:after="40"/>
        <w:rPr>
          <w:color w:val="028CC3"/>
          <w:sz w:val="24"/>
          <w:szCs w:val="24"/>
        </w:rPr>
      </w:pPr>
    </w:p>
    <w:tbl>
      <w:tblPr>
        <w:tblW w:w="0" w:type="auto"/>
        <w:jc w:val="center"/>
        <w:tblLayout w:type="fixed"/>
        <w:tblLook w:val="04A0" w:firstRow="1" w:lastRow="0" w:firstColumn="1" w:lastColumn="0" w:noHBand="0" w:noVBand="1"/>
      </w:tblPr>
      <w:tblGrid>
        <w:gridCol w:w="10454"/>
      </w:tblGrid>
      <w:tr w:rsidR="00BA05D3" w:rsidRPr="0014302A" w14:paraId="1ED9A736" w14:textId="77777777">
        <w:trPr>
          <w:jc w:val="center"/>
        </w:trPr>
        <w:tc>
          <w:tcPr>
            <w:tcW w:w="10454" w:type="dxa"/>
            <w:tcBorders>
              <w:top w:val="nil"/>
              <w:left w:val="nil"/>
              <w:bottom w:val="nil"/>
              <w:right w:val="nil"/>
            </w:tcBorders>
            <w:tcMar>
              <w:top w:w="35" w:type="dxa"/>
              <w:left w:w="10" w:type="dxa"/>
              <w:bottom w:w="25" w:type="dxa"/>
              <w:right w:w="10" w:type="dxa"/>
            </w:tcMar>
          </w:tcPr>
          <w:p w14:paraId="059C4CD2" w14:textId="77777777" w:rsidR="0014302A" w:rsidRDefault="0014302A">
            <w:pPr>
              <w:spacing w:after="80"/>
              <w:rPr>
                <w:b/>
                <w:color w:val="028CC3"/>
                <w:sz w:val="24"/>
                <w:szCs w:val="24"/>
              </w:rPr>
            </w:pPr>
          </w:p>
          <w:p w14:paraId="0865BC23" w14:textId="77777777" w:rsidR="0014302A" w:rsidRDefault="0014302A">
            <w:pPr>
              <w:spacing w:after="80"/>
              <w:rPr>
                <w:b/>
                <w:color w:val="028CC3"/>
                <w:sz w:val="24"/>
                <w:szCs w:val="24"/>
              </w:rPr>
            </w:pPr>
          </w:p>
          <w:p w14:paraId="135CA207" w14:textId="77777777" w:rsidR="0014302A" w:rsidRDefault="0014302A">
            <w:pPr>
              <w:spacing w:after="80"/>
              <w:rPr>
                <w:b/>
                <w:color w:val="028CC3"/>
                <w:sz w:val="24"/>
                <w:szCs w:val="24"/>
              </w:rPr>
            </w:pPr>
          </w:p>
          <w:p w14:paraId="3DCD7414" w14:textId="41EF45FC" w:rsidR="00BA05D3" w:rsidRPr="0014302A" w:rsidRDefault="002B77C4">
            <w:pPr>
              <w:spacing w:after="80"/>
              <w:rPr>
                <w:color w:val="028CC3"/>
                <w:sz w:val="24"/>
                <w:szCs w:val="24"/>
              </w:rPr>
            </w:pPr>
            <w:r w:rsidRPr="0014302A">
              <w:rPr>
                <w:b/>
                <w:color w:val="028CC3"/>
                <w:sz w:val="24"/>
                <w:szCs w:val="24"/>
              </w:rPr>
              <w:t>3. Describe a time you helped someone feel included, supported, or respected.</w:t>
            </w:r>
          </w:p>
          <w:p w14:paraId="0DEAECEC" w14:textId="77777777" w:rsidR="00BA05D3" w:rsidRPr="0014302A" w:rsidRDefault="00000000">
            <w:pPr>
              <w:rPr>
                <w:color w:val="028CC3"/>
                <w:sz w:val="24"/>
                <w:szCs w:val="24"/>
              </w:rPr>
            </w:pPr>
            <w:sdt>
              <w:sdtPr>
                <w:rPr>
                  <w:rFonts w:ascii="Josefin Sans Light" w:hAnsi="Josefin Sans Light"/>
                  <w:iCs/>
                  <w:color w:val="028CC3"/>
                  <w:sz w:val="24"/>
                  <w:szCs w:val="24"/>
                </w:rPr>
                <w:alias w:val="LONG_011_3_DESCRIBE_A_TIME_YOU_HELPED_SOMEONE_FEEL_"/>
                <w:tag w:val="LONG_011_3_DESCRIBE_A_TIME_YOU_HELPED_SOMEONE_FEEL_"/>
                <w:id w:val="-691378600"/>
                <w:text w:multiLine="1"/>
              </w:sdtPr>
              <w:sdtContent>
                <w:r w:rsidR="002B77C4" w:rsidRPr="0014302A">
                  <w:rPr>
                    <w:rFonts w:ascii="Josefin Sans Light" w:hAnsi="Josefin Sans Light"/>
                    <w:i/>
                    <w:iCs/>
                    <w:color w:val="028CC3"/>
                    <w:sz w:val="24"/>
                    <w:szCs w:val="24"/>
                  </w:rPr>
                  <w:t>Type response here.</w:t>
                </w:r>
              </w:sdtContent>
            </w:sdt>
          </w:p>
          <w:p w14:paraId="088FE26B" w14:textId="77777777" w:rsidR="00BA05D3" w:rsidRPr="0014302A" w:rsidRDefault="00BA05D3">
            <w:pPr>
              <w:rPr>
                <w:color w:val="028CC3"/>
                <w:sz w:val="24"/>
                <w:szCs w:val="24"/>
              </w:rPr>
            </w:pPr>
          </w:p>
          <w:p w14:paraId="12EDDDB1" w14:textId="77777777" w:rsidR="00BA05D3" w:rsidRPr="0014302A" w:rsidRDefault="00BA05D3">
            <w:pPr>
              <w:rPr>
                <w:color w:val="028CC3"/>
                <w:sz w:val="24"/>
                <w:szCs w:val="24"/>
              </w:rPr>
            </w:pPr>
          </w:p>
          <w:p w14:paraId="4A5E9954" w14:textId="77777777" w:rsidR="00BA05D3" w:rsidRPr="0014302A" w:rsidRDefault="00BA05D3">
            <w:pPr>
              <w:rPr>
                <w:color w:val="028CC3"/>
                <w:sz w:val="24"/>
                <w:szCs w:val="24"/>
              </w:rPr>
            </w:pPr>
          </w:p>
          <w:p w14:paraId="2A2D170A" w14:textId="77777777" w:rsidR="00BA05D3" w:rsidRPr="0014302A" w:rsidRDefault="00BA05D3">
            <w:pPr>
              <w:rPr>
                <w:color w:val="028CC3"/>
                <w:sz w:val="24"/>
                <w:szCs w:val="24"/>
              </w:rPr>
            </w:pPr>
          </w:p>
        </w:tc>
      </w:tr>
    </w:tbl>
    <w:p w14:paraId="1EF08E86" w14:textId="77777777" w:rsidR="00BA05D3" w:rsidRDefault="00BA05D3">
      <w:pPr>
        <w:spacing w:after="40"/>
      </w:pPr>
    </w:p>
    <w:p w14:paraId="0D985E3C" w14:textId="77777777" w:rsidR="00BA05D3" w:rsidRDefault="002B77C4">
      <w:r>
        <w:br w:type="page"/>
      </w:r>
    </w:p>
    <w:tbl>
      <w:tblPr>
        <w:tblW w:w="0" w:type="auto"/>
        <w:jc w:val="center"/>
        <w:tblLayout w:type="fixed"/>
        <w:tblLook w:val="04A0" w:firstRow="1" w:lastRow="0" w:firstColumn="1" w:lastColumn="0" w:noHBand="0" w:noVBand="1"/>
      </w:tblPr>
      <w:tblGrid>
        <w:gridCol w:w="10454"/>
      </w:tblGrid>
      <w:tr w:rsidR="00353C76" w14:paraId="00F53BA9" w14:textId="77777777" w:rsidTr="00353C76">
        <w:trPr>
          <w:jc w:val="center"/>
        </w:trPr>
        <w:tc>
          <w:tcPr>
            <w:tcW w:w="10454" w:type="dxa"/>
            <w:tcBorders>
              <w:top w:val="nil"/>
              <w:left w:val="nil"/>
              <w:bottom w:val="nil"/>
              <w:right w:val="nil"/>
            </w:tcBorders>
            <w:tcMar>
              <w:top w:w="35" w:type="dxa"/>
              <w:left w:w="10" w:type="dxa"/>
              <w:bottom w:w="25" w:type="dxa"/>
              <w:right w:w="10" w:type="dxa"/>
            </w:tcMar>
          </w:tcPr>
          <w:p w14:paraId="402AAC37" w14:textId="77777777" w:rsidR="00353C76" w:rsidRDefault="00353C76" w:rsidP="00353C76">
            <w:pPr>
              <w:spacing w:after="60"/>
              <w:rPr>
                <w:b/>
                <w:color w:val="028CC3"/>
                <w:sz w:val="50"/>
              </w:rPr>
            </w:pPr>
          </w:p>
          <w:p w14:paraId="064920A4" w14:textId="303F5D26" w:rsidR="00353C76" w:rsidRPr="0014302A" w:rsidRDefault="00353C76" w:rsidP="00353C76">
            <w:pPr>
              <w:spacing w:after="60"/>
              <w:rPr>
                <w:color w:val="028CC3"/>
              </w:rPr>
            </w:pPr>
            <w:r w:rsidRPr="0014302A">
              <w:rPr>
                <w:b/>
                <w:color w:val="028CC3"/>
                <w:sz w:val="50"/>
              </w:rPr>
              <w:t xml:space="preserve">LEADERSHIP </w:t>
            </w:r>
            <w:r w:rsidR="00164796">
              <w:rPr>
                <w:b/>
                <w:color w:val="028CC3"/>
                <w:sz w:val="50"/>
              </w:rPr>
              <w:t>&amp;</w:t>
            </w:r>
            <w:r w:rsidRPr="0014302A">
              <w:rPr>
                <w:b/>
                <w:color w:val="028CC3"/>
                <w:sz w:val="50"/>
              </w:rPr>
              <w:t xml:space="preserve"> SERVICE RESPONSE</w:t>
            </w:r>
            <w:r w:rsidR="00164796">
              <w:rPr>
                <w:b/>
                <w:color w:val="028CC3"/>
                <w:sz w:val="50"/>
              </w:rPr>
              <w:t xml:space="preserve">S – </w:t>
            </w:r>
            <w:r w:rsidR="00164796" w:rsidRPr="00164796">
              <w:rPr>
                <w:b/>
                <w:i/>
                <w:iCs/>
                <w:color w:val="028CC3"/>
                <w:sz w:val="50"/>
                <w:szCs w:val="50"/>
              </w:rPr>
              <w:t>cont.</w:t>
            </w:r>
          </w:p>
          <w:p w14:paraId="3E75E841" w14:textId="77777777" w:rsidR="00353C76" w:rsidRPr="0014302A" w:rsidRDefault="00353C76" w:rsidP="00353C76">
            <w:pPr>
              <w:rPr>
                <w:rFonts w:ascii="Josefin Sans Light" w:hAnsi="Josefin Sans Light"/>
                <w:i/>
                <w:iCs/>
              </w:rPr>
            </w:pPr>
            <w:r w:rsidRPr="0014302A">
              <w:rPr>
                <w:rFonts w:ascii="Josefin Sans Light" w:hAnsi="Josefin Sans Light"/>
                <w:i/>
                <w:iCs/>
                <w:color w:val="67B83E"/>
                <w:sz w:val="36"/>
              </w:rPr>
              <w:t>President’s Leadership Circle Program</w:t>
            </w:r>
          </w:p>
          <w:p w14:paraId="6619538B" w14:textId="77777777" w:rsidR="00353C76" w:rsidRDefault="00353C76" w:rsidP="00353C76">
            <w:pPr>
              <w:spacing w:after="80" w:line="276" w:lineRule="auto"/>
              <w:rPr>
                <w:b/>
                <w:color w:val="028CC3"/>
                <w:sz w:val="24"/>
                <w:szCs w:val="24"/>
              </w:rPr>
            </w:pPr>
          </w:p>
          <w:p w14:paraId="56D9EA10" w14:textId="22E03EDA" w:rsidR="00353C76" w:rsidRPr="00353C76" w:rsidRDefault="00353C76" w:rsidP="00353C76">
            <w:pPr>
              <w:spacing w:after="80" w:line="276" w:lineRule="auto"/>
              <w:rPr>
                <w:b/>
                <w:color w:val="028CC3"/>
                <w:sz w:val="24"/>
                <w:szCs w:val="24"/>
              </w:rPr>
            </w:pPr>
          </w:p>
        </w:tc>
      </w:tr>
      <w:tr w:rsidR="00BA05D3" w:rsidRPr="00353C76" w14:paraId="04279062" w14:textId="77777777">
        <w:trPr>
          <w:jc w:val="center"/>
        </w:trPr>
        <w:tc>
          <w:tcPr>
            <w:tcW w:w="10454" w:type="dxa"/>
            <w:tcBorders>
              <w:top w:val="nil"/>
              <w:left w:val="nil"/>
              <w:bottom w:val="nil"/>
              <w:right w:val="nil"/>
            </w:tcBorders>
            <w:tcMar>
              <w:top w:w="35" w:type="dxa"/>
              <w:left w:w="10" w:type="dxa"/>
              <w:bottom w:w="25" w:type="dxa"/>
              <w:right w:w="10" w:type="dxa"/>
            </w:tcMar>
          </w:tcPr>
          <w:p w14:paraId="4829A2D0" w14:textId="77777777" w:rsidR="00BA05D3" w:rsidRPr="00353C76" w:rsidRDefault="002B77C4" w:rsidP="00353C76">
            <w:pPr>
              <w:spacing w:after="80" w:line="276" w:lineRule="auto"/>
              <w:rPr>
                <w:color w:val="028CC3"/>
                <w:sz w:val="24"/>
                <w:szCs w:val="24"/>
              </w:rPr>
            </w:pPr>
            <w:r w:rsidRPr="00353C76">
              <w:rPr>
                <w:b/>
                <w:color w:val="028CC3"/>
                <w:sz w:val="24"/>
                <w:szCs w:val="24"/>
              </w:rPr>
              <w:t>4. Tell us about a commitment you had to balance with school or other responsibilities. How did you follow through?</w:t>
            </w:r>
          </w:p>
          <w:p w14:paraId="0057E433" w14:textId="77777777" w:rsidR="00BA05D3" w:rsidRPr="00353C76" w:rsidRDefault="00000000">
            <w:pPr>
              <w:rPr>
                <w:color w:val="028CC3"/>
                <w:sz w:val="24"/>
                <w:szCs w:val="24"/>
              </w:rPr>
            </w:pPr>
            <w:sdt>
              <w:sdtPr>
                <w:rPr>
                  <w:rFonts w:ascii="Josefin Sans Light" w:hAnsi="Josefin Sans Light"/>
                  <w:i/>
                  <w:iCs/>
                  <w:color w:val="028CC3"/>
                  <w:sz w:val="24"/>
                  <w:szCs w:val="24"/>
                </w:rPr>
                <w:alias w:val="LONG_012_4_TELL_US_ABOUT_A_COMMITMENT_YOU_HAD_TO_BA"/>
                <w:tag w:val="LONG_012_4_TELL_US_ABOUT_A_COMMITMENT_YOU_HAD_TO_BA"/>
                <w:id w:val="-1952305357"/>
                <w:text w:multiLine="1"/>
              </w:sdtPr>
              <w:sdtContent>
                <w:r w:rsidR="002B77C4" w:rsidRPr="00353C76">
                  <w:rPr>
                    <w:rFonts w:ascii="Josefin Sans Light" w:hAnsi="Josefin Sans Light"/>
                    <w:i/>
                    <w:iCs/>
                    <w:color w:val="028CC3"/>
                    <w:sz w:val="24"/>
                    <w:szCs w:val="24"/>
                  </w:rPr>
                  <w:t>Type response here.</w:t>
                </w:r>
              </w:sdtContent>
            </w:sdt>
          </w:p>
          <w:p w14:paraId="46DA3BD0" w14:textId="77777777" w:rsidR="00BA05D3" w:rsidRPr="00353C76" w:rsidRDefault="00BA05D3">
            <w:pPr>
              <w:rPr>
                <w:color w:val="028CC3"/>
                <w:sz w:val="24"/>
                <w:szCs w:val="24"/>
              </w:rPr>
            </w:pPr>
          </w:p>
          <w:p w14:paraId="3D3578C0" w14:textId="77777777" w:rsidR="00BA05D3" w:rsidRPr="00353C76" w:rsidRDefault="00BA05D3">
            <w:pPr>
              <w:rPr>
                <w:color w:val="028CC3"/>
                <w:sz w:val="24"/>
                <w:szCs w:val="24"/>
              </w:rPr>
            </w:pPr>
          </w:p>
          <w:p w14:paraId="47662BFA" w14:textId="77777777" w:rsidR="00BA05D3" w:rsidRPr="00353C76" w:rsidRDefault="00BA05D3">
            <w:pPr>
              <w:rPr>
                <w:color w:val="028CC3"/>
                <w:sz w:val="24"/>
                <w:szCs w:val="24"/>
              </w:rPr>
            </w:pPr>
          </w:p>
          <w:p w14:paraId="35B1E193" w14:textId="77777777" w:rsidR="00BA05D3" w:rsidRPr="00353C76" w:rsidRDefault="00BA05D3">
            <w:pPr>
              <w:rPr>
                <w:color w:val="028CC3"/>
                <w:sz w:val="24"/>
                <w:szCs w:val="24"/>
              </w:rPr>
            </w:pPr>
          </w:p>
        </w:tc>
      </w:tr>
    </w:tbl>
    <w:p w14:paraId="7CDABA1E" w14:textId="77777777" w:rsidR="00BA05D3" w:rsidRPr="00353C76" w:rsidRDefault="00BA05D3">
      <w:pPr>
        <w:spacing w:after="40"/>
        <w:rPr>
          <w:color w:val="028CC3"/>
          <w:sz w:val="24"/>
          <w:szCs w:val="24"/>
        </w:rPr>
      </w:pPr>
    </w:p>
    <w:tbl>
      <w:tblPr>
        <w:tblW w:w="0" w:type="auto"/>
        <w:jc w:val="center"/>
        <w:tblLayout w:type="fixed"/>
        <w:tblLook w:val="04A0" w:firstRow="1" w:lastRow="0" w:firstColumn="1" w:lastColumn="0" w:noHBand="0" w:noVBand="1"/>
      </w:tblPr>
      <w:tblGrid>
        <w:gridCol w:w="10454"/>
      </w:tblGrid>
      <w:tr w:rsidR="00BA05D3" w:rsidRPr="00353C76" w14:paraId="6986602F" w14:textId="77777777">
        <w:trPr>
          <w:jc w:val="center"/>
        </w:trPr>
        <w:tc>
          <w:tcPr>
            <w:tcW w:w="10454" w:type="dxa"/>
            <w:tcBorders>
              <w:top w:val="nil"/>
              <w:left w:val="nil"/>
              <w:bottom w:val="nil"/>
              <w:right w:val="nil"/>
            </w:tcBorders>
            <w:tcMar>
              <w:top w:w="35" w:type="dxa"/>
              <w:left w:w="10" w:type="dxa"/>
              <w:bottom w:w="25" w:type="dxa"/>
              <w:right w:w="10" w:type="dxa"/>
            </w:tcMar>
          </w:tcPr>
          <w:p w14:paraId="31B9BD45" w14:textId="77777777" w:rsidR="00353C76" w:rsidRDefault="00353C76">
            <w:pPr>
              <w:spacing w:after="80"/>
              <w:rPr>
                <w:b/>
                <w:color w:val="028CC3"/>
                <w:sz w:val="24"/>
                <w:szCs w:val="24"/>
              </w:rPr>
            </w:pPr>
          </w:p>
          <w:p w14:paraId="10C73A37" w14:textId="77777777" w:rsidR="00353C76" w:rsidRDefault="00353C76">
            <w:pPr>
              <w:spacing w:after="80"/>
              <w:rPr>
                <w:b/>
                <w:color w:val="028CC3"/>
                <w:sz w:val="24"/>
                <w:szCs w:val="24"/>
              </w:rPr>
            </w:pPr>
          </w:p>
          <w:p w14:paraId="6E230BC7" w14:textId="3D9ED110" w:rsidR="00BA05D3" w:rsidRPr="00353C76" w:rsidRDefault="002B77C4" w:rsidP="00353C76">
            <w:pPr>
              <w:spacing w:after="80" w:line="276" w:lineRule="auto"/>
              <w:rPr>
                <w:color w:val="028CC3"/>
                <w:sz w:val="24"/>
                <w:szCs w:val="24"/>
              </w:rPr>
            </w:pPr>
            <w:r w:rsidRPr="00353C76">
              <w:rPr>
                <w:b/>
                <w:color w:val="028CC3"/>
                <w:sz w:val="24"/>
                <w:szCs w:val="24"/>
              </w:rPr>
              <w:t>5. What is one leadership strength you already have, and what is one skill you want PLC to help you improve?</w:t>
            </w:r>
          </w:p>
          <w:p w14:paraId="5187CD4C" w14:textId="77777777" w:rsidR="00BA05D3" w:rsidRPr="00353C76" w:rsidRDefault="00000000">
            <w:pPr>
              <w:rPr>
                <w:color w:val="028CC3"/>
                <w:sz w:val="24"/>
                <w:szCs w:val="24"/>
              </w:rPr>
            </w:pPr>
            <w:sdt>
              <w:sdtPr>
                <w:rPr>
                  <w:rFonts w:ascii="Josefin Sans Light" w:hAnsi="Josefin Sans Light"/>
                  <w:iCs/>
                  <w:color w:val="028CC3"/>
                  <w:sz w:val="24"/>
                  <w:szCs w:val="24"/>
                </w:rPr>
                <w:alias w:val="LONG_013_5_WHAT_IS_ONE_LEADERSHIP_STRENGTH_YOU_ALRE"/>
                <w:tag w:val="LONG_013_5_WHAT_IS_ONE_LEADERSHIP_STRENGTH_YOU_ALRE"/>
                <w:id w:val="-168956952"/>
                <w:text w:multiLine="1"/>
              </w:sdtPr>
              <w:sdtContent>
                <w:r w:rsidR="002B77C4" w:rsidRPr="00353C76">
                  <w:rPr>
                    <w:rFonts w:ascii="Josefin Sans Light" w:hAnsi="Josefin Sans Light"/>
                    <w:i/>
                    <w:iCs/>
                    <w:color w:val="028CC3"/>
                    <w:sz w:val="24"/>
                    <w:szCs w:val="24"/>
                  </w:rPr>
                  <w:t>Type response here.</w:t>
                </w:r>
              </w:sdtContent>
            </w:sdt>
          </w:p>
          <w:p w14:paraId="61DBCE20" w14:textId="77777777" w:rsidR="00BA05D3" w:rsidRPr="00353C76" w:rsidRDefault="00BA05D3">
            <w:pPr>
              <w:rPr>
                <w:color w:val="028CC3"/>
                <w:sz w:val="24"/>
                <w:szCs w:val="24"/>
              </w:rPr>
            </w:pPr>
          </w:p>
          <w:p w14:paraId="487F8295" w14:textId="77777777" w:rsidR="00BA05D3" w:rsidRPr="00353C76" w:rsidRDefault="00BA05D3">
            <w:pPr>
              <w:rPr>
                <w:color w:val="028CC3"/>
                <w:sz w:val="24"/>
                <w:szCs w:val="24"/>
              </w:rPr>
            </w:pPr>
          </w:p>
          <w:p w14:paraId="5EC1699D" w14:textId="77777777" w:rsidR="00BA05D3" w:rsidRPr="00353C76" w:rsidRDefault="00BA05D3">
            <w:pPr>
              <w:rPr>
                <w:color w:val="028CC3"/>
                <w:sz w:val="24"/>
                <w:szCs w:val="24"/>
              </w:rPr>
            </w:pPr>
          </w:p>
          <w:p w14:paraId="3CFDA3EC" w14:textId="77777777" w:rsidR="00BA05D3" w:rsidRPr="00353C76" w:rsidRDefault="00BA05D3">
            <w:pPr>
              <w:rPr>
                <w:color w:val="028CC3"/>
                <w:sz w:val="24"/>
                <w:szCs w:val="24"/>
              </w:rPr>
            </w:pPr>
          </w:p>
        </w:tc>
      </w:tr>
    </w:tbl>
    <w:p w14:paraId="6324E7E7" w14:textId="77777777" w:rsidR="00BA05D3" w:rsidRPr="00353C76" w:rsidRDefault="00BA05D3">
      <w:pPr>
        <w:spacing w:after="40"/>
        <w:rPr>
          <w:color w:val="028CC3"/>
          <w:sz w:val="24"/>
          <w:szCs w:val="24"/>
        </w:rPr>
      </w:pPr>
    </w:p>
    <w:tbl>
      <w:tblPr>
        <w:tblW w:w="0" w:type="auto"/>
        <w:jc w:val="center"/>
        <w:tblLayout w:type="fixed"/>
        <w:tblLook w:val="04A0" w:firstRow="1" w:lastRow="0" w:firstColumn="1" w:lastColumn="0" w:noHBand="0" w:noVBand="1"/>
      </w:tblPr>
      <w:tblGrid>
        <w:gridCol w:w="10454"/>
      </w:tblGrid>
      <w:tr w:rsidR="00BA05D3" w:rsidRPr="00353C76" w14:paraId="34A30DB6" w14:textId="77777777">
        <w:trPr>
          <w:jc w:val="center"/>
        </w:trPr>
        <w:tc>
          <w:tcPr>
            <w:tcW w:w="10454" w:type="dxa"/>
            <w:tcBorders>
              <w:top w:val="nil"/>
              <w:left w:val="nil"/>
              <w:bottom w:val="nil"/>
              <w:right w:val="nil"/>
            </w:tcBorders>
            <w:tcMar>
              <w:top w:w="35" w:type="dxa"/>
              <w:left w:w="10" w:type="dxa"/>
              <w:bottom w:w="25" w:type="dxa"/>
              <w:right w:w="10" w:type="dxa"/>
            </w:tcMar>
          </w:tcPr>
          <w:p w14:paraId="198FC535" w14:textId="77777777" w:rsidR="00353C76" w:rsidRDefault="00353C76">
            <w:pPr>
              <w:spacing w:after="80"/>
              <w:rPr>
                <w:b/>
                <w:color w:val="028CC3"/>
                <w:sz w:val="24"/>
                <w:szCs w:val="24"/>
              </w:rPr>
            </w:pPr>
          </w:p>
          <w:p w14:paraId="35FF39D4" w14:textId="77777777" w:rsidR="00353C76" w:rsidRDefault="00353C76">
            <w:pPr>
              <w:spacing w:after="80"/>
              <w:rPr>
                <w:b/>
                <w:color w:val="028CC3"/>
                <w:sz w:val="24"/>
                <w:szCs w:val="24"/>
              </w:rPr>
            </w:pPr>
          </w:p>
          <w:p w14:paraId="19E17A4A" w14:textId="3B8D4790" w:rsidR="00BA05D3" w:rsidRPr="00353C76" w:rsidRDefault="002B77C4">
            <w:pPr>
              <w:spacing w:after="80"/>
              <w:rPr>
                <w:color w:val="028CC3"/>
                <w:sz w:val="24"/>
                <w:szCs w:val="24"/>
              </w:rPr>
            </w:pPr>
            <w:r w:rsidRPr="00353C76">
              <w:rPr>
                <w:b/>
                <w:color w:val="028CC3"/>
                <w:sz w:val="24"/>
                <w:szCs w:val="24"/>
              </w:rPr>
              <w:t>6. Which PLC pillar connects most strongly to you right now, and why?</w:t>
            </w:r>
          </w:p>
          <w:p w14:paraId="7A1D1589" w14:textId="77777777" w:rsidR="00BA05D3" w:rsidRPr="00353C76" w:rsidRDefault="00000000">
            <w:pPr>
              <w:rPr>
                <w:color w:val="028CC3"/>
                <w:sz w:val="24"/>
                <w:szCs w:val="24"/>
              </w:rPr>
            </w:pPr>
            <w:sdt>
              <w:sdtPr>
                <w:rPr>
                  <w:rFonts w:ascii="Josefin Sans Light" w:hAnsi="Josefin Sans Light"/>
                  <w:iCs/>
                  <w:color w:val="028CC3"/>
                  <w:sz w:val="24"/>
                  <w:szCs w:val="24"/>
                </w:rPr>
                <w:alias w:val="LONG_014_6_WHICH_PLC_PILLAR_CONNECTS_MOST_STRONGLY_"/>
                <w:tag w:val="LONG_014_6_WHICH_PLC_PILLAR_CONNECTS_MOST_STRONGLY_"/>
                <w:id w:val="-2138788051"/>
                <w:text w:multiLine="1"/>
              </w:sdtPr>
              <w:sdtContent>
                <w:r w:rsidR="002B77C4" w:rsidRPr="00353C76">
                  <w:rPr>
                    <w:rFonts w:ascii="Josefin Sans Light" w:hAnsi="Josefin Sans Light"/>
                    <w:i/>
                    <w:iCs/>
                    <w:color w:val="028CC3"/>
                    <w:sz w:val="24"/>
                    <w:szCs w:val="24"/>
                  </w:rPr>
                  <w:t>Type response here.</w:t>
                </w:r>
              </w:sdtContent>
            </w:sdt>
          </w:p>
          <w:p w14:paraId="48D032DD" w14:textId="77777777" w:rsidR="00BA05D3" w:rsidRPr="00353C76" w:rsidRDefault="00BA05D3">
            <w:pPr>
              <w:rPr>
                <w:color w:val="028CC3"/>
                <w:sz w:val="24"/>
                <w:szCs w:val="24"/>
              </w:rPr>
            </w:pPr>
          </w:p>
          <w:p w14:paraId="763C1921" w14:textId="77777777" w:rsidR="00BA05D3" w:rsidRPr="00353C76" w:rsidRDefault="00BA05D3">
            <w:pPr>
              <w:rPr>
                <w:color w:val="028CC3"/>
                <w:sz w:val="24"/>
                <w:szCs w:val="24"/>
              </w:rPr>
            </w:pPr>
          </w:p>
          <w:p w14:paraId="7A9D06D0" w14:textId="77777777" w:rsidR="00BA05D3" w:rsidRPr="00353C76" w:rsidRDefault="00BA05D3">
            <w:pPr>
              <w:rPr>
                <w:color w:val="028CC3"/>
                <w:sz w:val="24"/>
                <w:szCs w:val="24"/>
              </w:rPr>
            </w:pPr>
          </w:p>
          <w:p w14:paraId="751B5544" w14:textId="77777777" w:rsidR="00BA05D3" w:rsidRPr="00353C76" w:rsidRDefault="00BA05D3">
            <w:pPr>
              <w:rPr>
                <w:color w:val="028CC3"/>
                <w:sz w:val="24"/>
                <w:szCs w:val="24"/>
              </w:rPr>
            </w:pPr>
          </w:p>
        </w:tc>
      </w:tr>
    </w:tbl>
    <w:p w14:paraId="6E51CA45" w14:textId="77777777" w:rsidR="00BA05D3" w:rsidRDefault="00BA05D3">
      <w:pPr>
        <w:spacing w:after="40"/>
      </w:pPr>
    </w:p>
    <w:p w14:paraId="52C99A06" w14:textId="77777777" w:rsidR="00BA05D3" w:rsidRDefault="002B77C4">
      <w:r>
        <w:br w:type="page"/>
      </w:r>
    </w:p>
    <w:p w14:paraId="584664EA" w14:textId="5F328335" w:rsidR="00164796" w:rsidRPr="0014302A" w:rsidRDefault="00164796" w:rsidP="00164796">
      <w:pPr>
        <w:spacing w:after="60"/>
        <w:rPr>
          <w:color w:val="028CC3"/>
        </w:rPr>
      </w:pPr>
      <w:r w:rsidRPr="0014302A">
        <w:rPr>
          <w:b/>
          <w:color w:val="028CC3"/>
          <w:sz w:val="50"/>
        </w:rPr>
        <w:lastRenderedPageBreak/>
        <w:t xml:space="preserve">LEADERSHIP </w:t>
      </w:r>
      <w:r w:rsidR="008C1DE9">
        <w:rPr>
          <w:b/>
          <w:color w:val="028CC3"/>
          <w:sz w:val="50"/>
        </w:rPr>
        <w:t>ESSAY</w:t>
      </w:r>
    </w:p>
    <w:p w14:paraId="1F9A3868" w14:textId="77777777" w:rsidR="00164796" w:rsidRDefault="00164796" w:rsidP="00164796">
      <w:pPr>
        <w:rPr>
          <w:rFonts w:ascii="Josefin Sans Light" w:hAnsi="Josefin Sans Light"/>
          <w:i/>
          <w:iCs/>
          <w:color w:val="67B83E"/>
          <w:sz w:val="36"/>
        </w:rPr>
      </w:pPr>
      <w:r w:rsidRPr="0014302A">
        <w:rPr>
          <w:rFonts w:ascii="Josefin Sans Light" w:hAnsi="Josefin Sans Light"/>
          <w:i/>
          <w:iCs/>
          <w:color w:val="67B83E"/>
          <w:sz w:val="36"/>
        </w:rPr>
        <w:t>President’s Leadership Circle Program</w:t>
      </w:r>
    </w:p>
    <w:p w14:paraId="2A6657E5" w14:textId="77777777" w:rsidR="008C1DE9" w:rsidRPr="0014302A" w:rsidRDefault="008C1DE9" w:rsidP="00164796">
      <w:pPr>
        <w:rPr>
          <w:rFonts w:ascii="Josefin Sans Light" w:hAnsi="Josefin Sans Light"/>
          <w:i/>
          <w:iCs/>
        </w:rPr>
      </w:pPr>
    </w:p>
    <w:p w14:paraId="5E492290" w14:textId="77777777" w:rsidR="00BA05D3" w:rsidRDefault="00BA05D3"/>
    <w:p w14:paraId="36BFD8A3" w14:textId="704410DA" w:rsidR="00BA05D3" w:rsidRDefault="00164796" w:rsidP="00164796">
      <w:pPr>
        <w:spacing w:after="100" w:line="360" w:lineRule="auto"/>
      </w:pPr>
      <w:r>
        <w:rPr>
          <w:b/>
          <w:color w:val="67B83E"/>
          <w:sz w:val="26"/>
        </w:rPr>
        <w:t>PROMPT</w:t>
      </w:r>
      <w:r w:rsidR="002B77C4">
        <w:rPr>
          <w:b/>
          <w:color w:val="67B83E"/>
          <w:sz w:val="26"/>
        </w:rPr>
        <w:t>:</w:t>
      </w:r>
      <w:r w:rsidR="002B77C4">
        <w:rPr>
          <w:color w:val="000000"/>
          <w:sz w:val="20"/>
        </w:rPr>
        <w:t xml:space="preserve"> </w:t>
      </w:r>
      <w:r w:rsidR="002B77C4" w:rsidRPr="00164796">
        <w:rPr>
          <w:color w:val="028CC3"/>
          <w:sz w:val="24"/>
          <w:szCs w:val="24"/>
        </w:rPr>
        <w:t>Describe a time you led by example. Explain the situation, the actions you took, the impact on other people, what you learned about leadership, and how that lesson would shape the way you serve at the Mississippi Children's Museum.</w:t>
      </w:r>
    </w:p>
    <w:p w14:paraId="78E6B563" w14:textId="77777777" w:rsidR="00BA05D3" w:rsidRDefault="002B77C4" w:rsidP="008C1DE9">
      <w:pPr>
        <w:spacing w:after="100" w:line="360" w:lineRule="auto"/>
        <w:rPr>
          <w:rFonts w:ascii="Josefin Sans Light" w:hAnsi="Josefin Sans Light"/>
          <w:i/>
          <w:iCs/>
          <w:color w:val="6FC04C"/>
          <w:sz w:val="22"/>
        </w:rPr>
      </w:pPr>
      <w:r w:rsidRPr="008C1DE9">
        <w:rPr>
          <w:rFonts w:ascii="Josefin Sans Light" w:hAnsi="Josefin Sans Light"/>
          <w:i/>
          <w:iCs/>
          <w:color w:val="6FC04C"/>
          <w:sz w:val="22"/>
        </w:rPr>
        <w:t>Write approximately 400-500 words. You may type your essay and attach it, or use the space provided. Typed essays should be double-spaced in a clear, readable 12-point font.</w:t>
      </w:r>
    </w:p>
    <w:p w14:paraId="6AEB100A" w14:textId="77777777" w:rsidR="008C1DE9" w:rsidRPr="008C1DE9" w:rsidRDefault="008C1DE9" w:rsidP="008C1DE9">
      <w:pPr>
        <w:spacing w:after="100" w:line="360" w:lineRule="auto"/>
        <w:rPr>
          <w:rFonts w:ascii="Josefin Sans Light" w:hAnsi="Josefin Sans Light"/>
          <w:i/>
          <w:iCs/>
          <w:color w:val="6FC04C"/>
          <w:sz w:val="22"/>
        </w:rPr>
      </w:pPr>
    </w:p>
    <w:tbl>
      <w:tblPr>
        <w:tblW w:w="0" w:type="auto"/>
        <w:jc w:val="center"/>
        <w:tblLayout w:type="fixed"/>
        <w:tblLook w:val="04A0" w:firstRow="1" w:lastRow="0" w:firstColumn="1" w:lastColumn="0" w:noHBand="0" w:noVBand="1"/>
      </w:tblPr>
      <w:tblGrid>
        <w:gridCol w:w="10454"/>
      </w:tblGrid>
      <w:tr w:rsidR="00BA05D3" w14:paraId="5E04890B"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45C97E71" w14:textId="77777777" w:rsidR="00BA05D3" w:rsidRDefault="00000000">
            <w:sdt>
              <w:sdtPr>
                <w:rPr>
                  <w:rFonts w:ascii="Josefin Sans Light" w:hAnsi="Josefin Sans Light"/>
                  <w:i/>
                  <w:iCs/>
                  <w:sz w:val="24"/>
                  <w:szCs w:val="24"/>
                </w:rPr>
                <w:alias w:val="LONG_015_LEADERSHIP_ESSAY"/>
                <w:tag w:val="LONG_015_LEADERSHIP_ESSAY"/>
                <w:id w:val="-1382085192"/>
                <w:text w:multiLine="1"/>
              </w:sdtPr>
              <w:sdtContent>
                <w:r w:rsidR="002B77C4" w:rsidRPr="00D95CFA">
                  <w:rPr>
                    <w:rFonts w:ascii="Josefin Sans Light" w:hAnsi="Josefin Sans Light"/>
                    <w:i/>
                    <w:iCs/>
                    <w:color w:val="8A8A8A"/>
                    <w:sz w:val="24"/>
                    <w:szCs w:val="24"/>
                  </w:rPr>
                  <w:t>Type response here.</w:t>
                </w:r>
              </w:sdtContent>
            </w:sdt>
          </w:p>
        </w:tc>
      </w:tr>
      <w:tr w:rsidR="00BA05D3" w14:paraId="7B8ECE6A"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6F0A5C96" w14:textId="77777777" w:rsidR="00BA05D3" w:rsidRDefault="00BA05D3"/>
        </w:tc>
      </w:tr>
      <w:tr w:rsidR="00BA05D3" w14:paraId="610BF400"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3091B650" w14:textId="77777777" w:rsidR="00BA05D3" w:rsidRDefault="00BA05D3"/>
        </w:tc>
      </w:tr>
      <w:tr w:rsidR="00BA05D3" w14:paraId="6C126A8E"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229C9525" w14:textId="77777777" w:rsidR="00BA05D3" w:rsidRDefault="00BA05D3"/>
        </w:tc>
      </w:tr>
      <w:tr w:rsidR="00BA05D3" w14:paraId="137617DD"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198EB9AE" w14:textId="77777777" w:rsidR="00BA05D3" w:rsidRDefault="00BA05D3"/>
        </w:tc>
      </w:tr>
      <w:tr w:rsidR="00BA05D3" w14:paraId="6803A0F3"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347E2FFC" w14:textId="77777777" w:rsidR="00BA05D3" w:rsidRDefault="00BA05D3"/>
        </w:tc>
      </w:tr>
      <w:tr w:rsidR="00BA05D3" w14:paraId="0626EC22"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6E427246" w14:textId="77777777" w:rsidR="00BA05D3" w:rsidRDefault="00BA05D3"/>
        </w:tc>
      </w:tr>
      <w:tr w:rsidR="00BA05D3" w14:paraId="37C4B661"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1E3D7BD7" w14:textId="77777777" w:rsidR="00BA05D3" w:rsidRDefault="00BA05D3"/>
        </w:tc>
      </w:tr>
      <w:tr w:rsidR="00BA05D3" w14:paraId="5388624C"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109587D3" w14:textId="77777777" w:rsidR="00BA05D3" w:rsidRDefault="00BA05D3"/>
        </w:tc>
      </w:tr>
      <w:tr w:rsidR="00BA05D3" w14:paraId="7240933D"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322FE3BD" w14:textId="77777777" w:rsidR="00BA05D3" w:rsidRDefault="00BA05D3"/>
        </w:tc>
      </w:tr>
      <w:tr w:rsidR="00BA05D3" w14:paraId="461AAA2D"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325D733D" w14:textId="77777777" w:rsidR="00BA05D3" w:rsidRDefault="00BA05D3"/>
        </w:tc>
      </w:tr>
      <w:tr w:rsidR="00BA05D3" w14:paraId="68D22504"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07FF50F9" w14:textId="77777777" w:rsidR="00BA05D3" w:rsidRDefault="00BA05D3"/>
        </w:tc>
      </w:tr>
      <w:tr w:rsidR="00BA05D3" w14:paraId="7C84F598"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60E2EC02" w14:textId="77777777" w:rsidR="00BA05D3" w:rsidRDefault="00BA05D3"/>
        </w:tc>
      </w:tr>
      <w:tr w:rsidR="00BA05D3" w14:paraId="7E7B8DF2"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13CEC580" w14:textId="77777777" w:rsidR="00BA05D3" w:rsidRDefault="00BA05D3"/>
        </w:tc>
      </w:tr>
      <w:tr w:rsidR="00BA05D3" w14:paraId="062F4DF5"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650183EF" w14:textId="77777777" w:rsidR="00BA05D3" w:rsidRDefault="00BA05D3"/>
        </w:tc>
      </w:tr>
      <w:tr w:rsidR="00BA05D3" w14:paraId="095B736C"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5FCE5338" w14:textId="77777777" w:rsidR="00BA05D3" w:rsidRDefault="00BA05D3"/>
        </w:tc>
      </w:tr>
      <w:tr w:rsidR="00BA05D3" w14:paraId="699E4900"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1467B52D" w14:textId="77777777" w:rsidR="00BA05D3" w:rsidRDefault="00BA05D3"/>
        </w:tc>
      </w:tr>
      <w:tr w:rsidR="00BA05D3" w14:paraId="1A67AB2E"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7863740A" w14:textId="77777777" w:rsidR="00BA05D3" w:rsidRDefault="00BA05D3"/>
        </w:tc>
      </w:tr>
      <w:tr w:rsidR="00BA05D3" w14:paraId="36CA970E"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161ECDD1" w14:textId="77777777" w:rsidR="00BA05D3" w:rsidRDefault="00BA05D3"/>
        </w:tc>
      </w:tr>
      <w:tr w:rsidR="00BA05D3" w14:paraId="647AECC5"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1511BC8B" w14:textId="77777777" w:rsidR="00BA05D3" w:rsidRDefault="00BA05D3"/>
        </w:tc>
      </w:tr>
      <w:tr w:rsidR="00BA05D3" w14:paraId="0195BA31"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5ADA3E52" w14:textId="77777777" w:rsidR="00BA05D3" w:rsidRDefault="00BA05D3"/>
        </w:tc>
      </w:tr>
    </w:tbl>
    <w:p w14:paraId="68149A94" w14:textId="77777777" w:rsidR="00BA05D3" w:rsidRDefault="002B77C4">
      <w:r>
        <w:br w:type="page"/>
      </w:r>
    </w:p>
    <w:p w14:paraId="36D7A370" w14:textId="77777777" w:rsidR="00D95CFA" w:rsidRPr="0014302A" w:rsidRDefault="00D95CFA" w:rsidP="00D95CFA">
      <w:pPr>
        <w:spacing w:after="60"/>
        <w:rPr>
          <w:color w:val="028CC3"/>
        </w:rPr>
      </w:pPr>
      <w:r w:rsidRPr="0014302A">
        <w:rPr>
          <w:b/>
          <w:color w:val="028CC3"/>
          <w:sz w:val="50"/>
        </w:rPr>
        <w:lastRenderedPageBreak/>
        <w:t xml:space="preserve">LEADERSHIP </w:t>
      </w:r>
      <w:r>
        <w:rPr>
          <w:b/>
          <w:color w:val="028CC3"/>
          <w:sz w:val="50"/>
        </w:rPr>
        <w:t>ESSAY</w:t>
      </w:r>
    </w:p>
    <w:p w14:paraId="09A5D2DD" w14:textId="77777777" w:rsidR="00D95CFA" w:rsidRDefault="00D95CFA" w:rsidP="00D95CFA">
      <w:pPr>
        <w:rPr>
          <w:rFonts w:ascii="Josefin Sans Light" w:hAnsi="Josefin Sans Light"/>
          <w:i/>
          <w:iCs/>
          <w:color w:val="67B83E"/>
          <w:sz w:val="36"/>
        </w:rPr>
      </w:pPr>
      <w:r w:rsidRPr="0014302A">
        <w:rPr>
          <w:rFonts w:ascii="Josefin Sans Light" w:hAnsi="Josefin Sans Light"/>
          <w:i/>
          <w:iCs/>
          <w:color w:val="67B83E"/>
          <w:sz w:val="36"/>
        </w:rPr>
        <w:t>President’s Leadership Circle Program</w:t>
      </w:r>
    </w:p>
    <w:p w14:paraId="524D0677" w14:textId="77777777" w:rsidR="00BA05D3" w:rsidRDefault="00BA05D3"/>
    <w:p w14:paraId="0CDD1830" w14:textId="77777777" w:rsidR="00D95CFA" w:rsidRDefault="00D95CFA"/>
    <w:tbl>
      <w:tblPr>
        <w:tblW w:w="0" w:type="auto"/>
        <w:jc w:val="center"/>
        <w:tblLayout w:type="fixed"/>
        <w:tblLook w:val="04A0" w:firstRow="1" w:lastRow="0" w:firstColumn="1" w:lastColumn="0" w:noHBand="0" w:noVBand="1"/>
      </w:tblPr>
      <w:tblGrid>
        <w:gridCol w:w="10454"/>
      </w:tblGrid>
      <w:tr w:rsidR="00BA05D3" w14:paraId="7B9AB03D"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6FFDEDDA" w14:textId="77777777" w:rsidR="00BA05D3" w:rsidRDefault="00000000">
            <w:sdt>
              <w:sdtPr>
                <w:rPr>
                  <w:rFonts w:ascii="Josefin Sans Light" w:hAnsi="Josefin Sans Light"/>
                  <w:i/>
                  <w:iCs/>
                  <w:sz w:val="24"/>
                  <w:szCs w:val="24"/>
                </w:rPr>
                <w:alias w:val="LONG_016_LEADERSHIP_ESSAY"/>
                <w:tag w:val="LONG_016_LEADERSHIP_ESSAY"/>
                <w:id w:val="-2036723740"/>
                <w:text w:multiLine="1"/>
              </w:sdtPr>
              <w:sdtContent>
                <w:r w:rsidR="002B77C4" w:rsidRPr="00D95CFA">
                  <w:rPr>
                    <w:rFonts w:ascii="Josefin Sans Light" w:hAnsi="Josefin Sans Light"/>
                    <w:i/>
                    <w:iCs/>
                    <w:color w:val="8A8A8A"/>
                    <w:sz w:val="24"/>
                    <w:szCs w:val="24"/>
                  </w:rPr>
                  <w:t>Type response here.</w:t>
                </w:r>
              </w:sdtContent>
            </w:sdt>
          </w:p>
        </w:tc>
      </w:tr>
      <w:tr w:rsidR="00BA05D3" w14:paraId="4B7A8A30"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786811A9" w14:textId="77777777" w:rsidR="00BA05D3" w:rsidRDefault="00BA05D3"/>
        </w:tc>
      </w:tr>
      <w:tr w:rsidR="00BA05D3" w14:paraId="1C534BE1"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37142EC7" w14:textId="77777777" w:rsidR="00BA05D3" w:rsidRDefault="00BA05D3"/>
        </w:tc>
      </w:tr>
      <w:tr w:rsidR="00BA05D3" w14:paraId="146CDA0C"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4292CA6F" w14:textId="77777777" w:rsidR="00BA05D3" w:rsidRDefault="00BA05D3"/>
        </w:tc>
      </w:tr>
      <w:tr w:rsidR="00BA05D3" w14:paraId="21893DDE"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2EF5AA0B" w14:textId="77777777" w:rsidR="00BA05D3" w:rsidRDefault="00BA05D3"/>
        </w:tc>
      </w:tr>
      <w:tr w:rsidR="00BA05D3" w14:paraId="784A4FB0"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29172745" w14:textId="77777777" w:rsidR="00BA05D3" w:rsidRDefault="00BA05D3"/>
        </w:tc>
      </w:tr>
      <w:tr w:rsidR="00BA05D3" w14:paraId="115391EE"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55E01A08" w14:textId="77777777" w:rsidR="00BA05D3" w:rsidRDefault="00BA05D3"/>
        </w:tc>
      </w:tr>
      <w:tr w:rsidR="00BA05D3" w14:paraId="26E0F7DA"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4E1215F3" w14:textId="77777777" w:rsidR="00BA05D3" w:rsidRDefault="00BA05D3"/>
        </w:tc>
      </w:tr>
      <w:tr w:rsidR="00BA05D3" w14:paraId="1DB50019"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1F91213E" w14:textId="77777777" w:rsidR="00BA05D3" w:rsidRDefault="00BA05D3"/>
        </w:tc>
      </w:tr>
      <w:tr w:rsidR="00BA05D3" w14:paraId="55F0C070"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43D177E1" w14:textId="77777777" w:rsidR="00BA05D3" w:rsidRDefault="00BA05D3"/>
        </w:tc>
      </w:tr>
      <w:tr w:rsidR="00BA05D3" w14:paraId="54CB6ECA"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10137064" w14:textId="77777777" w:rsidR="00BA05D3" w:rsidRDefault="00BA05D3"/>
        </w:tc>
      </w:tr>
      <w:tr w:rsidR="00BA05D3" w14:paraId="36F295C0"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1B6619A5" w14:textId="77777777" w:rsidR="00BA05D3" w:rsidRDefault="00BA05D3"/>
        </w:tc>
      </w:tr>
      <w:tr w:rsidR="00BA05D3" w14:paraId="0C51A9AE"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1367B32E" w14:textId="77777777" w:rsidR="00BA05D3" w:rsidRDefault="00BA05D3"/>
        </w:tc>
      </w:tr>
      <w:tr w:rsidR="00BA05D3" w14:paraId="47C2E241"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33E73401" w14:textId="77777777" w:rsidR="00BA05D3" w:rsidRDefault="00BA05D3"/>
        </w:tc>
      </w:tr>
      <w:tr w:rsidR="00BA05D3" w14:paraId="23F95C8C"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1A6EB3ED" w14:textId="77777777" w:rsidR="00BA05D3" w:rsidRDefault="00BA05D3"/>
        </w:tc>
      </w:tr>
      <w:tr w:rsidR="00BA05D3" w14:paraId="746BA98E"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30602B58" w14:textId="77777777" w:rsidR="00BA05D3" w:rsidRDefault="00BA05D3"/>
        </w:tc>
      </w:tr>
      <w:tr w:rsidR="00BA05D3" w14:paraId="062E0D50"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61549D93" w14:textId="77777777" w:rsidR="00BA05D3" w:rsidRDefault="00BA05D3"/>
        </w:tc>
      </w:tr>
      <w:tr w:rsidR="00BA05D3" w14:paraId="28CCD263"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2FC161AC" w14:textId="77777777" w:rsidR="00BA05D3" w:rsidRDefault="00BA05D3"/>
        </w:tc>
      </w:tr>
      <w:tr w:rsidR="00BA05D3" w14:paraId="79D93600"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54AFDDB4" w14:textId="77777777" w:rsidR="00BA05D3" w:rsidRDefault="00BA05D3"/>
        </w:tc>
      </w:tr>
      <w:tr w:rsidR="00BA05D3" w14:paraId="30C690BD" w14:textId="77777777">
        <w:trPr>
          <w:trHeight w:hRule="exact" w:val="403"/>
          <w:jc w:val="center"/>
        </w:trPr>
        <w:tc>
          <w:tcPr>
            <w:tcW w:w="10454" w:type="dxa"/>
            <w:tcBorders>
              <w:top w:val="nil"/>
              <w:left w:val="nil"/>
              <w:bottom w:val="single" w:sz="3" w:space="0" w:color="A6A6A6"/>
              <w:right w:val="nil"/>
            </w:tcBorders>
            <w:tcMar>
              <w:top w:w="0" w:type="dxa"/>
              <w:left w:w="10" w:type="dxa"/>
              <w:bottom w:w="0" w:type="dxa"/>
              <w:right w:w="10" w:type="dxa"/>
            </w:tcMar>
          </w:tcPr>
          <w:p w14:paraId="1CF9A89F" w14:textId="77777777" w:rsidR="00BA05D3" w:rsidRDefault="00BA05D3"/>
        </w:tc>
      </w:tr>
    </w:tbl>
    <w:p w14:paraId="3EA10F58" w14:textId="77777777" w:rsidR="00C65A70" w:rsidRDefault="00C65A70">
      <w:pPr>
        <w:keepNext/>
        <w:spacing w:before="60" w:after="100"/>
        <w:rPr>
          <w:b/>
          <w:color w:val="000000"/>
          <w:sz w:val="27"/>
        </w:rPr>
      </w:pPr>
    </w:p>
    <w:p w14:paraId="18A9A9EA" w14:textId="77777777" w:rsidR="00C65A70" w:rsidRDefault="00C65A70">
      <w:pPr>
        <w:keepNext/>
        <w:spacing w:before="60" w:after="100"/>
        <w:rPr>
          <w:b/>
          <w:color w:val="000000"/>
          <w:sz w:val="27"/>
        </w:rPr>
      </w:pPr>
    </w:p>
    <w:p w14:paraId="4CAB663F" w14:textId="1500224D" w:rsidR="00BA05D3" w:rsidRPr="00C23E22" w:rsidRDefault="00D95CFA">
      <w:pPr>
        <w:keepNext/>
        <w:spacing w:before="60" w:after="100"/>
        <w:rPr>
          <w:color w:val="6FC04C"/>
        </w:rPr>
      </w:pPr>
      <w:r w:rsidRPr="00C23E22">
        <w:rPr>
          <w:b/>
          <w:color w:val="6FC04C"/>
          <w:sz w:val="27"/>
        </w:rPr>
        <w:t>STUDENT CERTIFICATION</w:t>
      </w:r>
    </w:p>
    <w:p w14:paraId="667E5294" w14:textId="77777777" w:rsidR="00BA05D3" w:rsidRPr="00C23E22" w:rsidRDefault="002B77C4" w:rsidP="00C23E22">
      <w:pPr>
        <w:spacing w:after="40" w:line="360" w:lineRule="auto"/>
        <w:ind w:left="144" w:hanging="144"/>
        <w:rPr>
          <w:rFonts w:ascii="Josefin Sans" w:hAnsi="Josefin Sans"/>
          <w:color w:val="028CC3"/>
          <w:sz w:val="24"/>
          <w:szCs w:val="24"/>
        </w:rPr>
      </w:pPr>
      <w:r w:rsidRPr="00C23E22">
        <w:rPr>
          <w:rFonts w:ascii="Segoe UI Symbol" w:hAnsi="Segoe UI Symbol" w:cs="Segoe UI Symbol"/>
          <w:color w:val="028CC3"/>
          <w:sz w:val="24"/>
          <w:szCs w:val="24"/>
        </w:rPr>
        <w:t>☐</w:t>
      </w:r>
      <w:r w:rsidRPr="00C23E22">
        <w:rPr>
          <w:rFonts w:ascii="Josefin Sans" w:hAnsi="Josefin Sans"/>
          <w:color w:val="028CC3"/>
          <w:sz w:val="24"/>
          <w:szCs w:val="24"/>
        </w:rPr>
        <w:t xml:space="preserve"> I certify that the information in this application is accurate and that the written responses are my own work.</w:t>
      </w:r>
    </w:p>
    <w:p w14:paraId="1732F3DA" w14:textId="77777777" w:rsidR="00BA05D3" w:rsidRPr="00C23E22" w:rsidRDefault="002B77C4" w:rsidP="00C23E22">
      <w:pPr>
        <w:spacing w:after="40" w:line="360" w:lineRule="auto"/>
        <w:ind w:left="144" w:hanging="144"/>
        <w:rPr>
          <w:rFonts w:ascii="Josefin Sans" w:hAnsi="Josefin Sans"/>
          <w:color w:val="028CC3"/>
          <w:sz w:val="24"/>
          <w:szCs w:val="24"/>
        </w:rPr>
      </w:pPr>
      <w:r w:rsidRPr="00C23E22">
        <w:rPr>
          <w:rFonts w:ascii="Segoe UI Symbol" w:hAnsi="Segoe UI Symbol" w:cs="Segoe UI Symbol"/>
          <w:color w:val="028CC3"/>
          <w:sz w:val="24"/>
          <w:szCs w:val="24"/>
        </w:rPr>
        <w:t>☐</w:t>
      </w:r>
      <w:r w:rsidRPr="00C23E22">
        <w:rPr>
          <w:rFonts w:ascii="Josefin Sans" w:hAnsi="Josefin Sans"/>
          <w:color w:val="028CC3"/>
          <w:sz w:val="24"/>
          <w:szCs w:val="24"/>
        </w:rPr>
        <w:t xml:space="preserve"> I understand that submission does not guarantee selection and that MCM may review my volunteer record when applicable.</w:t>
      </w:r>
    </w:p>
    <w:tbl>
      <w:tblPr>
        <w:tblW w:w="0" w:type="auto"/>
        <w:jc w:val="center"/>
        <w:tblLayout w:type="fixed"/>
        <w:tblLook w:val="04A0" w:firstRow="1" w:lastRow="0" w:firstColumn="1" w:lastColumn="0" w:noHBand="0" w:noVBand="1"/>
      </w:tblPr>
      <w:tblGrid>
        <w:gridCol w:w="7200"/>
        <w:gridCol w:w="2808"/>
      </w:tblGrid>
      <w:tr w:rsidR="00BA05D3" w:rsidRPr="00C23E22" w14:paraId="67E8984A" w14:textId="77777777">
        <w:trPr>
          <w:cantSplit/>
          <w:jc w:val="center"/>
        </w:trPr>
        <w:tc>
          <w:tcPr>
            <w:tcW w:w="7200" w:type="dxa"/>
            <w:tcBorders>
              <w:top w:val="nil"/>
              <w:left w:val="nil"/>
              <w:bottom w:val="nil"/>
              <w:right w:val="nil"/>
            </w:tcBorders>
            <w:tcMar>
              <w:top w:w="30" w:type="dxa"/>
              <w:left w:w="30" w:type="dxa"/>
              <w:bottom w:w="10" w:type="dxa"/>
              <w:right w:w="30" w:type="dxa"/>
            </w:tcMar>
          </w:tcPr>
          <w:p w14:paraId="5EB11FF0" w14:textId="77777777" w:rsidR="00C65A70" w:rsidRPr="00C23E22" w:rsidRDefault="00C65A70" w:rsidP="00C23E22">
            <w:pPr>
              <w:jc w:val="both"/>
              <w:rPr>
                <w:b/>
                <w:color w:val="028CC3"/>
                <w:sz w:val="22"/>
              </w:rPr>
            </w:pPr>
          </w:p>
          <w:p w14:paraId="78A483A2" w14:textId="77777777" w:rsidR="00C65A70" w:rsidRPr="00C23E22" w:rsidRDefault="00C65A70" w:rsidP="00C23E22">
            <w:pPr>
              <w:jc w:val="both"/>
              <w:rPr>
                <w:b/>
                <w:color w:val="028CC3"/>
                <w:sz w:val="22"/>
              </w:rPr>
            </w:pPr>
          </w:p>
          <w:p w14:paraId="18C19DE2" w14:textId="4C231334" w:rsidR="00BA05D3" w:rsidRPr="00C23E22" w:rsidRDefault="002B77C4" w:rsidP="00C23E22">
            <w:pPr>
              <w:jc w:val="both"/>
              <w:rPr>
                <w:color w:val="028CC3"/>
                <w:sz w:val="22"/>
              </w:rPr>
            </w:pPr>
            <w:r w:rsidRPr="00C23E22">
              <w:rPr>
                <w:b/>
                <w:color w:val="028CC3"/>
                <w:sz w:val="22"/>
              </w:rPr>
              <w:t>Student Signature</w:t>
            </w:r>
          </w:p>
        </w:tc>
        <w:tc>
          <w:tcPr>
            <w:tcW w:w="2808" w:type="dxa"/>
            <w:tcBorders>
              <w:top w:val="nil"/>
              <w:left w:val="nil"/>
              <w:bottom w:val="nil"/>
              <w:right w:val="nil"/>
            </w:tcBorders>
            <w:tcMar>
              <w:top w:w="30" w:type="dxa"/>
              <w:left w:w="30" w:type="dxa"/>
              <w:bottom w:w="10" w:type="dxa"/>
              <w:right w:w="30" w:type="dxa"/>
            </w:tcMar>
          </w:tcPr>
          <w:p w14:paraId="6BFFA5A7" w14:textId="77777777" w:rsidR="00C65A70" w:rsidRPr="00C23E22" w:rsidRDefault="00C65A70" w:rsidP="00C23E22">
            <w:pPr>
              <w:jc w:val="both"/>
              <w:rPr>
                <w:b/>
                <w:color w:val="028CC3"/>
                <w:sz w:val="22"/>
              </w:rPr>
            </w:pPr>
          </w:p>
          <w:p w14:paraId="40749772" w14:textId="77777777" w:rsidR="00C65A70" w:rsidRPr="00C23E22" w:rsidRDefault="00C65A70" w:rsidP="00C23E22">
            <w:pPr>
              <w:jc w:val="both"/>
              <w:rPr>
                <w:b/>
                <w:color w:val="028CC3"/>
                <w:sz w:val="22"/>
              </w:rPr>
            </w:pPr>
          </w:p>
          <w:p w14:paraId="56D2969B" w14:textId="4982F818" w:rsidR="00BA05D3" w:rsidRPr="00C23E22" w:rsidRDefault="002B77C4" w:rsidP="00C23E22">
            <w:pPr>
              <w:jc w:val="both"/>
              <w:rPr>
                <w:color w:val="028CC3"/>
                <w:sz w:val="22"/>
              </w:rPr>
            </w:pPr>
            <w:r w:rsidRPr="00C23E22">
              <w:rPr>
                <w:b/>
                <w:color w:val="028CC3"/>
                <w:sz w:val="22"/>
              </w:rPr>
              <w:t>Date</w:t>
            </w:r>
          </w:p>
        </w:tc>
      </w:tr>
      <w:tr w:rsidR="00BA05D3" w:rsidRPr="00C23E22" w14:paraId="5BA976F8" w14:textId="77777777">
        <w:trPr>
          <w:cantSplit/>
          <w:jc w:val="center"/>
        </w:trPr>
        <w:tc>
          <w:tcPr>
            <w:tcW w:w="7200" w:type="dxa"/>
            <w:tcBorders>
              <w:top w:val="nil"/>
              <w:left w:val="nil"/>
              <w:bottom w:val="single" w:sz="6" w:space="0" w:color="7F7F7F"/>
              <w:right w:val="nil"/>
            </w:tcBorders>
            <w:tcMar>
              <w:top w:w="20" w:type="dxa"/>
              <w:left w:w="30" w:type="dxa"/>
              <w:bottom w:w="40" w:type="dxa"/>
              <w:right w:w="30" w:type="dxa"/>
            </w:tcMar>
          </w:tcPr>
          <w:p w14:paraId="612742DF" w14:textId="77777777" w:rsidR="00BA05D3" w:rsidRPr="00C23E22" w:rsidRDefault="00000000" w:rsidP="00C23E22">
            <w:pPr>
              <w:jc w:val="both"/>
              <w:rPr>
                <w:color w:val="028CC3"/>
                <w:sz w:val="22"/>
              </w:rPr>
            </w:pPr>
            <w:sdt>
              <w:sdtPr>
                <w:rPr>
                  <w:rFonts w:ascii="Josefin Sans Light" w:hAnsi="Josefin Sans Light"/>
                  <w:iCs/>
                  <w:color w:val="028CC3"/>
                  <w:sz w:val="22"/>
                </w:rPr>
                <w:alias w:val="FIELD_026_STUDENT_SIGNATURE"/>
                <w:tag w:val="FIELD_026_STUDENT_SIGNATURE"/>
                <w:id w:val="-406996206"/>
                <w:text/>
              </w:sdtPr>
              <w:sdtContent>
                <w:r w:rsidR="002B77C4" w:rsidRPr="00C23E22">
                  <w:rPr>
                    <w:rFonts w:ascii="Josefin Sans Light" w:hAnsi="Josefin Sans Light"/>
                    <w:i/>
                    <w:iCs/>
                    <w:color w:val="028CC3"/>
                    <w:sz w:val="22"/>
                  </w:rPr>
                  <w:t>Type here.</w:t>
                </w:r>
              </w:sdtContent>
            </w:sdt>
          </w:p>
        </w:tc>
        <w:tc>
          <w:tcPr>
            <w:tcW w:w="2808" w:type="dxa"/>
            <w:tcBorders>
              <w:top w:val="nil"/>
              <w:left w:val="nil"/>
              <w:bottom w:val="single" w:sz="6" w:space="0" w:color="7F7F7F"/>
              <w:right w:val="nil"/>
            </w:tcBorders>
            <w:tcMar>
              <w:top w:w="20" w:type="dxa"/>
              <w:left w:w="30" w:type="dxa"/>
              <w:bottom w:w="40" w:type="dxa"/>
              <w:right w:w="30" w:type="dxa"/>
            </w:tcMar>
          </w:tcPr>
          <w:p w14:paraId="3A3D45BF" w14:textId="77777777" w:rsidR="00BA05D3" w:rsidRPr="00C23E22" w:rsidRDefault="00000000" w:rsidP="00C23E22">
            <w:pPr>
              <w:jc w:val="both"/>
              <w:rPr>
                <w:color w:val="028CC3"/>
                <w:sz w:val="22"/>
              </w:rPr>
            </w:pPr>
            <w:sdt>
              <w:sdtPr>
                <w:rPr>
                  <w:rFonts w:ascii="Josefin Sans Light" w:hAnsi="Josefin Sans Light"/>
                  <w:i/>
                  <w:iCs/>
                  <w:color w:val="028CC3"/>
                  <w:sz w:val="22"/>
                </w:rPr>
                <w:alias w:val="FIELD_027_DATE"/>
                <w:tag w:val="FIELD_027_DATE"/>
                <w:id w:val="-197551527"/>
                <w:text/>
              </w:sdtPr>
              <w:sdtContent>
                <w:r w:rsidR="002B77C4" w:rsidRPr="00C23E22">
                  <w:rPr>
                    <w:rFonts w:ascii="Josefin Sans Light" w:hAnsi="Josefin Sans Light"/>
                    <w:i/>
                    <w:iCs/>
                    <w:color w:val="028CC3"/>
                    <w:sz w:val="22"/>
                  </w:rPr>
                  <w:t>Type here.</w:t>
                </w:r>
              </w:sdtContent>
            </w:sdt>
          </w:p>
        </w:tc>
      </w:tr>
    </w:tbl>
    <w:p w14:paraId="0F45E5FB" w14:textId="77777777" w:rsidR="00BA05D3" w:rsidRPr="00C23E22" w:rsidRDefault="00BA05D3" w:rsidP="00C23E22">
      <w:pPr>
        <w:spacing w:after="60"/>
        <w:jc w:val="both"/>
        <w:rPr>
          <w:sz w:val="22"/>
        </w:rPr>
      </w:pPr>
    </w:p>
    <w:p w14:paraId="07949884" w14:textId="77777777" w:rsidR="00BA05D3" w:rsidRDefault="002B77C4">
      <w:r>
        <w:br w:type="page"/>
      </w:r>
    </w:p>
    <w:p w14:paraId="02657449" w14:textId="77777777" w:rsidR="00C23E22" w:rsidRDefault="00C23E22" w:rsidP="00C23E22">
      <w:pPr>
        <w:spacing w:after="60"/>
        <w:rPr>
          <w:b/>
          <w:color w:val="028CC3"/>
          <w:sz w:val="50"/>
        </w:rPr>
      </w:pPr>
    </w:p>
    <w:p w14:paraId="0C41E0F8" w14:textId="565C505D" w:rsidR="00C23E22" w:rsidRPr="0014302A" w:rsidRDefault="00EE0A40" w:rsidP="00C23E22">
      <w:pPr>
        <w:spacing w:after="60"/>
        <w:rPr>
          <w:color w:val="028CC3"/>
        </w:rPr>
      </w:pPr>
      <w:r>
        <w:rPr>
          <w:b/>
          <w:color w:val="028CC3"/>
          <w:sz w:val="50"/>
        </w:rPr>
        <w:t>STUDENT COMMITMENT FORM</w:t>
      </w:r>
    </w:p>
    <w:p w14:paraId="56603627" w14:textId="77777777" w:rsidR="00C23E22" w:rsidRDefault="00C23E22" w:rsidP="00C23E22">
      <w:pPr>
        <w:rPr>
          <w:rFonts w:ascii="Josefin Sans Light" w:hAnsi="Josefin Sans Light"/>
          <w:i/>
          <w:iCs/>
          <w:color w:val="67B83E"/>
          <w:sz w:val="36"/>
        </w:rPr>
      </w:pPr>
      <w:r w:rsidRPr="0014302A">
        <w:rPr>
          <w:rFonts w:ascii="Josefin Sans Light" w:hAnsi="Josefin Sans Light"/>
          <w:i/>
          <w:iCs/>
          <w:color w:val="67B83E"/>
          <w:sz w:val="36"/>
        </w:rPr>
        <w:t>President’s Leadership Circle Program</w:t>
      </w:r>
    </w:p>
    <w:p w14:paraId="6D5C4D6E" w14:textId="77777777" w:rsidR="00C23E22" w:rsidRDefault="00C23E22">
      <w:pPr>
        <w:spacing w:after="140"/>
        <w:jc w:val="center"/>
        <w:rPr>
          <w:b/>
          <w:color w:val="000000"/>
        </w:rPr>
      </w:pPr>
    </w:p>
    <w:p w14:paraId="46C848F1" w14:textId="77777777" w:rsidR="00C23E22" w:rsidRPr="00EE0A40" w:rsidRDefault="00C23E22">
      <w:pPr>
        <w:spacing w:after="140"/>
        <w:jc w:val="center"/>
        <w:rPr>
          <w:b/>
          <w:i/>
          <w:iCs/>
          <w:color w:val="000000"/>
        </w:rPr>
      </w:pPr>
    </w:p>
    <w:p w14:paraId="3CC3D0ED" w14:textId="09135C4A" w:rsidR="00BA05D3" w:rsidRPr="00EE0A40" w:rsidRDefault="002B77C4" w:rsidP="00C23E22">
      <w:pPr>
        <w:spacing w:after="140"/>
        <w:rPr>
          <w:i/>
          <w:iCs/>
          <w:color w:val="028CC3"/>
          <w:sz w:val="26"/>
          <w:szCs w:val="26"/>
        </w:rPr>
      </w:pPr>
      <w:r w:rsidRPr="00EE0A40">
        <w:rPr>
          <w:b/>
          <w:i/>
          <w:iCs/>
          <w:color w:val="028CC3"/>
          <w:sz w:val="26"/>
          <w:szCs w:val="26"/>
        </w:rPr>
        <w:t>By signing, I agree that, if selected, I will:</w:t>
      </w:r>
    </w:p>
    <w:p w14:paraId="3F32F0DC" w14:textId="77777777" w:rsidR="00BA05D3" w:rsidRPr="00C23E22" w:rsidRDefault="002B77C4">
      <w:pPr>
        <w:spacing w:after="60"/>
        <w:ind w:left="144" w:hanging="144"/>
        <w:rPr>
          <w:rFonts w:ascii="Josefin Sans" w:hAnsi="Josefin Sans"/>
          <w:color w:val="028CC3"/>
          <w:sz w:val="24"/>
          <w:szCs w:val="24"/>
        </w:rPr>
      </w:pPr>
      <w:r w:rsidRPr="00C23E22">
        <w:rPr>
          <w:rFonts w:ascii="Segoe UI Symbol" w:hAnsi="Segoe UI Symbol" w:cs="Segoe UI Symbol"/>
          <w:color w:val="028CC3"/>
          <w:sz w:val="24"/>
          <w:szCs w:val="24"/>
        </w:rPr>
        <w:t>☐</w:t>
      </w:r>
      <w:r w:rsidRPr="00C23E22">
        <w:rPr>
          <w:rFonts w:ascii="Josefin Sans" w:hAnsi="Josefin Sans"/>
          <w:color w:val="028CC3"/>
          <w:sz w:val="24"/>
          <w:szCs w:val="24"/>
        </w:rPr>
        <w:t xml:space="preserve"> Participate fully in approved PLC sessions, service opportunities, projects, reflections, and special events.</w:t>
      </w:r>
    </w:p>
    <w:p w14:paraId="550140A2" w14:textId="77777777" w:rsidR="00C23E22" w:rsidRPr="00C23E22" w:rsidRDefault="00C23E22">
      <w:pPr>
        <w:spacing w:after="60"/>
        <w:ind w:left="144" w:hanging="144"/>
        <w:rPr>
          <w:rFonts w:ascii="Josefin Sans" w:hAnsi="Josefin Sans"/>
          <w:color w:val="028CC3"/>
          <w:sz w:val="24"/>
          <w:szCs w:val="24"/>
        </w:rPr>
      </w:pPr>
    </w:p>
    <w:p w14:paraId="204EFCD1" w14:textId="77777777" w:rsidR="00BA05D3" w:rsidRPr="00C23E22" w:rsidRDefault="002B77C4" w:rsidP="00C23E22">
      <w:pPr>
        <w:spacing w:after="60" w:line="276" w:lineRule="auto"/>
        <w:ind w:left="144" w:hanging="144"/>
        <w:rPr>
          <w:rFonts w:ascii="Josefin Sans" w:hAnsi="Josefin Sans"/>
          <w:color w:val="028CC3"/>
          <w:sz w:val="24"/>
          <w:szCs w:val="24"/>
        </w:rPr>
      </w:pPr>
      <w:r w:rsidRPr="00C23E22">
        <w:rPr>
          <w:rFonts w:ascii="Segoe UI Symbol" w:hAnsi="Segoe UI Symbol" w:cs="Segoe UI Symbol"/>
          <w:color w:val="028CC3"/>
          <w:sz w:val="24"/>
          <w:szCs w:val="24"/>
        </w:rPr>
        <w:t>☐</w:t>
      </w:r>
      <w:r w:rsidRPr="00C23E22">
        <w:rPr>
          <w:rFonts w:ascii="Josefin Sans" w:hAnsi="Josefin Sans"/>
          <w:color w:val="028CC3"/>
          <w:sz w:val="24"/>
          <w:szCs w:val="24"/>
        </w:rPr>
        <w:t xml:space="preserve"> Follow the MCM Volunteer Manual, staff instructions, safety procedures, Codes of Behavior, and group working agreements.</w:t>
      </w:r>
    </w:p>
    <w:p w14:paraId="65FB0852" w14:textId="77777777" w:rsidR="00C23E22" w:rsidRPr="00C23E22" w:rsidRDefault="00C23E22">
      <w:pPr>
        <w:spacing w:after="60"/>
        <w:ind w:left="144" w:hanging="144"/>
        <w:rPr>
          <w:rFonts w:ascii="Josefin Sans" w:hAnsi="Josefin Sans"/>
          <w:color w:val="028CC3"/>
          <w:sz w:val="24"/>
          <w:szCs w:val="24"/>
        </w:rPr>
      </w:pPr>
    </w:p>
    <w:p w14:paraId="1145B00D" w14:textId="77777777" w:rsidR="00BA05D3" w:rsidRPr="00C23E22" w:rsidRDefault="002B77C4">
      <w:pPr>
        <w:spacing w:after="60"/>
        <w:ind w:left="144" w:hanging="144"/>
        <w:rPr>
          <w:rFonts w:ascii="Josefin Sans" w:hAnsi="Josefin Sans"/>
          <w:color w:val="028CC3"/>
          <w:sz w:val="24"/>
          <w:szCs w:val="24"/>
        </w:rPr>
      </w:pPr>
      <w:r w:rsidRPr="00C23E22">
        <w:rPr>
          <w:rFonts w:ascii="Segoe UI Symbol" w:hAnsi="Segoe UI Symbol" w:cs="Segoe UI Symbol"/>
          <w:color w:val="028CC3"/>
          <w:sz w:val="24"/>
          <w:szCs w:val="24"/>
        </w:rPr>
        <w:t>☐</w:t>
      </w:r>
      <w:r w:rsidRPr="00C23E22">
        <w:rPr>
          <w:rFonts w:ascii="Josefin Sans" w:hAnsi="Josefin Sans"/>
          <w:color w:val="028CC3"/>
          <w:sz w:val="24"/>
          <w:szCs w:val="24"/>
        </w:rPr>
        <w:t xml:space="preserve"> Treat participants, guests, staff, volunteers, speakers, partners, and cultures with respect.</w:t>
      </w:r>
    </w:p>
    <w:p w14:paraId="132B4F98" w14:textId="77777777" w:rsidR="00C23E22" w:rsidRPr="00C23E22" w:rsidRDefault="00C23E22">
      <w:pPr>
        <w:spacing w:after="60"/>
        <w:ind w:left="144" w:hanging="144"/>
        <w:rPr>
          <w:rFonts w:ascii="Josefin Sans" w:hAnsi="Josefin Sans"/>
          <w:color w:val="028CC3"/>
          <w:sz w:val="24"/>
          <w:szCs w:val="24"/>
        </w:rPr>
      </w:pPr>
    </w:p>
    <w:p w14:paraId="397F9932" w14:textId="77777777" w:rsidR="00BA05D3" w:rsidRPr="00C23E22" w:rsidRDefault="002B77C4" w:rsidP="00C23E22">
      <w:pPr>
        <w:spacing w:after="60" w:line="276" w:lineRule="auto"/>
        <w:ind w:left="144" w:hanging="144"/>
        <w:rPr>
          <w:rFonts w:ascii="Josefin Sans" w:hAnsi="Josefin Sans"/>
          <w:color w:val="028CC3"/>
          <w:sz w:val="24"/>
          <w:szCs w:val="24"/>
        </w:rPr>
      </w:pPr>
      <w:r w:rsidRPr="00C23E22">
        <w:rPr>
          <w:rFonts w:ascii="Segoe UI Symbol" w:hAnsi="Segoe UI Symbol" w:cs="Segoe UI Symbol"/>
          <w:color w:val="028CC3"/>
          <w:sz w:val="24"/>
          <w:szCs w:val="24"/>
        </w:rPr>
        <w:t>☐</w:t>
      </w:r>
      <w:r w:rsidRPr="00C23E22">
        <w:rPr>
          <w:rFonts w:ascii="Josefin Sans" w:hAnsi="Josefin Sans"/>
          <w:color w:val="028CC3"/>
          <w:sz w:val="24"/>
          <w:szCs w:val="24"/>
        </w:rPr>
        <w:t xml:space="preserve"> Arrive on time, sign in and out correctly, and communicate as soon as possible when a conflict, emergency, or delay occurs.</w:t>
      </w:r>
    </w:p>
    <w:p w14:paraId="3580148C" w14:textId="77777777" w:rsidR="00C23E22" w:rsidRPr="00C23E22" w:rsidRDefault="00C23E22">
      <w:pPr>
        <w:spacing w:after="60"/>
        <w:ind w:left="144" w:hanging="144"/>
        <w:rPr>
          <w:rFonts w:ascii="Josefin Sans" w:hAnsi="Josefin Sans"/>
          <w:color w:val="028CC3"/>
          <w:sz w:val="24"/>
          <w:szCs w:val="24"/>
        </w:rPr>
      </w:pPr>
    </w:p>
    <w:p w14:paraId="6F24EF06" w14:textId="77777777" w:rsidR="00BA05D3" w:rsidRPr="00C23E22" w:rsidRDefault="002B77C4">
      <w:pPr>
        <w:spacing w:after="60"/>
        <w:ind w:left="144" w:hanging="144"/>
        <w:rPr>
          <w:rFonts w:ascii="Josefin Sans" w:hAnsi="Josefin Sans"/>
          <w:color w:val="028CC3"/>
          <w:sz w:val="24"/>
          <w:szCs w:val="24"/>
        </w:rPr>
      </w:pPr>
      <w:r w:rsidRPr="00C23E22">
        <w:rPr>
          <w:rFonts w:ascii="Segoe UI Symbol" w:hAnsi="Segoe UI Symbol" w:cs="Segoe UI Symbol"/>
          <w:color w:val="028CC3"/>
          <w:sz w:val="24"/>
          <w:szCs w:val="24"/>
        </w:rPr>
        <w:t>☐</w:t>
      </w:r>
      <w:r w:rsidRPr="00C23E22">
        <w:rPr>
          <w:rFonts w:ascii="Josefin Sans" w:hAnsi="Josefin Sans"/>
          <w:color w:val="028CC3"/>
          <w:sz w:val="24"/>
          <w:szCs w:val="24"/>
        </w:rPr>
        <w:t xml:space="preserve"> Complete the service-hour and attendance requirements approved for the 2026-2027 PLC year.</w:t>
      </w:r>
    </w:p>
    <w:p w14:paraId="78C7567D" w14:textId="77777777" w:rsidR="00C23E22" w:rsidRPr="00C23E22" w:rsidRDefault="00C23E22">
      <w:pPr>
        <w:spacing w:after="60"/>
        <w:ind w:left="144" w:hanging="144"/>
        <w:rPr>
          <w:rFonts w:ascii="Josefin Sans" w:hAnsi="Josefin Sans"/>
          <w:color w:val="028CC3"/>
          <w:sz w:val="24"/>
          <w:szCs w:val="24"/>
        </w:rPr>
      </w:pPr>
    </w:p>
    <w:p w14:paraId="76F2AD8A" w14:textId="77777777" w:rsidR="00BA05D3" w:rsidRPr="00C23E22" w:rsidRDefault="002B77C4" w:rsidP="00C23E22">
      <w:pPr>
        <w:spacing w:after="60" w:line="276" w:lineRule="auto"/>
        <w:ind w:left="144" w:hanging="144"/>
        <w:rPr>
          <w:rFonts w:ascii="Josefin Sans" w:hAnsi="Josefin Sans"/>
          <w:color w:val="028CC3"/>
          <w:sz w:val="24"/>
          <w:szCs w:val="24"/>
        </w:rPr>
      </w:pPr>
      <w:r w:rsidRPr="00C23E22">
        <w:rPr>
          <w:rFonts w:ascii="Segoe UI Symbol" w:hAnsi="Segoe UI Symbol" w:cs="Segoe UI Symbol"/>
          <w:color w:val="028CC3"/>
          <w:sz w:val="24"/>
          <w:szCs w:val="24"/>
        </w:rPr>
        <w:t>☐</w:t>
      </w:r>
      <w:r w:rsidRPr="00C23E22">
        <w:rPr>
          <w:rFonts w:ascii="Josefin Sans" w:hAnsi="Josefin Sans"/>
          <w:color w:val="028CC3"/>
          <w:sz w:val="24"/>
          <w:szCs w:val="24"/>
        </w:rPr>
        <w:t xml:space="preserve"> Use my cell phone only when permitted and maintain professional appearance and conduct while representing MCM.</w:t>
      </w:r>
    </w:p>
    <w:p w14:paraId="537698E7" w14:textId="77777777" w:rsidR="00C23E22" w:rsidRPr="00C23E22" w:rsidRDefault="00C23E22">
      <w:pPr>
        <w:spacing w:after="60"/>
        <w:ind w:left="144" w:hanging="144"/>
        <w:rPr>
          <w:rFonts w:ascii="Josefin Sans" w:hAnsi="Josefin Sans"/>
          <w:color w:val="028CC3"/>
          <w:sz w:val="24"/>
          <w:szCs w:val="24"/>
        </w:rPr>
      </w:pPr>
    </w:p>
    <w:p w14:paraId="56F88AC8" w14:textId="77777777" w:rsidR="00BA05D3" w:rsidRPr="00C23E22" w:rsidRDefault="002B77C4" w:rsidP="00C23E22">
      <w:pPr>
        <w:spacing w:after="60" w:line="276" w:lineRule="auto"/>
        <w:ind w:left="144" w:hanging="144"/>
        <w:rPr>
          <w:rFonts w:ascii="Josefin Sans" w:hAnsi="Josefin Sans"/>
          <w:color w:val="028CC3"/>
          <w:sz w:val="24"/>
          <w:szCs w:val="24"/>
        </w:rPr>
      </w:pPr>
      <w:r w:rsidRPr="00C23E22">
        <w:rPr>
          <w:rFonts w:ascii="Segoe UI Symbol" w:hAnsi="Segoe UI Symbol" w:cs="Segoe UI Symbol"/>
          <w:color w:val="028CC3"/>
          <w:sz w:val="24"/>
          <w:szCs w:val="24"/>
        </w:rPr>
        <w:t>☐</w:t>
      </w:r>
      <w:r w:rsidRPr="00C23E22">
        <w:rPr>
          <w:rFonts w:ascii="Josefin Sans" w:hAnsi="Josefin Sans"/>
          <w:color w:val="028CC3"/>
          <w:sz w:val="24"/>
          <w:szCs w:val="24"/>
        </w:rPr>
        <w:t xml:space="preserve"> Accept feedback, take responsibility for my actions, and work toward personal educational and leadership goals.</w:t>
      </w:r>
    </w:p>
    <w:p w14:paraId="07C03C20" w14:textId="77777777" w:rsidR="00C23E22" w:rsidRPr="00C23E22" w:rsidRDefault="00C23E22">
      <w:pPr>
        <w:spacing w:after="60"/>
        <w:ind w:left="144" w:hanging="144"/>
        <w:rPr>
          <w:rFonts w:ascii="Josefin Sans" w:hAnsi="Josefin Sans"/>
          <w:color w:val="028CC3"/>
          <w:sz w:val="24"/>
          <w:szCs w:val="24"/>
        </w:rPr>
      </w:pPr>
    </w:p>
    <w:p w14:paraId="17F0FA0B" w14:textId="77777777" w:rsidR="00BA05D3" w:rsidRPr="00C23E22" w:rsidRDefault="002B77C4" w:rsidP="00C23E22">
      <w:pPr>
        <w:spacing w:after="60" w:line="276" w:lineRule="auto"/>
        <w:ind w:left="144" w:hanging="144"/>
        <w:rPr>
          <w:rFonts w:ascii="Josefin Sans" w:hAnsi="Josefin Sans"/>
          <w:color w:val="028CC3"/>
          <w:sz w:val="24"/>
          <w:szCs w:val="24"/>
        </w:rPr>
      </w:pPr>
      <w:r w:rsidRPr="00C23E22">
        <w:rPr>
          <w:rFonts w:ascii="Segoe UI Symbol" w:hAnsi="Segoe UI Symbol" w:cs="Segoe UI Symbol"/>
          <w:color w:val="028CC3"/>
          <w:sz w:val="24"/>
          <w:szCs w:val="24"/>
        </w:rPr>
        <w:t>☐</w:t>
      </w:r>
      <w:r w:rsidRPr="00C23E22">
        <w:rPr>
          <w:rFonts w:ascii="Josefin Sans" w:hAnsi="Josefin Sans"/>
          <w:color w:val="028CC3"/>
          <w:sz w:val="24"/>
          <w:szCs w:val="24"/>
        </w:rPr>
        <w:t xml:space="preserve"> Keep my parent/guardian informed about schedules, transportation needs, forms, and program expectations.</w:t>
      </w:r>
    </w:p>
    <w:p w14:paraId="4CD7B4C4" w14:textId="77777777" w:rsidR="00C23E22" w:rsidRPr="00C23E22" w:rsidRDefault="00C23E22">
      <w:pPr>
        <w:spacing w:after="60"/>
        <w:ind w:left="144" w:hanging="144"/>
        <w:rPr>
          <w:rFonts w:ascii="Josefin Sans" w:hAnsi="Josefin Sans"/>
          <w:color w:val="028CC3"/>
          <w:sz w:val="24"/>
          <w:szCs w:val="24"/>
        </w:rPr>
      </w:pPr>
    </w:p>
    <w:p w14:paraId="12B5343E" w14:textId="77777777" w:rsidR="00BA05D3" w:rsidRPr="00C23E22" w:rsidRDefault="002B77C4">
      <w:pPr>
        <w:spacing w:after="60"/>
        <w:ind w:left="144" w:hanging="144"/>
        <w:rPr>
          <w:rFonts w:ascii="Josefin Sans" w:hAnsi="Josefin Sans"/>
          <w:color w:val="028CC3"/>
          <w:sz w:val="24"/>
          <w:szCs w:val="24"/>
        </w:rPr>
      </w:pPr>
      <w:r w:rsidRPr="00C23E22">
        <w:rPr>
          <w:rFonts w:ascii="Segoe UI Symbol" w:hAnsi="Segoe UI Symbol" w:cs="Segoe UI Symbol"/>
          <w:color w:val="028CC3"/>
          <w:sz w:val="24"/>
          <w:szCs w:val="24"/>
        </w:rPr>
        <w:t>☐</w:t>
      </w:r>
      <w:r w:rsidRPr="00C23E22">
        <w:rPr>
          <w:rFonts w:ascii="Josefin Sans" w:hAnsi="Josefin Sans"/>
          <w:color w:val="028CC3"/>
          <w:sz w:val="24"/>
          <w:szCs w:val="24"/>
        </w:rPr>
        <w:t xml:space="preserve"> Protect confidential information and follow MCM media/photo rules while volunteering.</w:t>
      </w:r>
    </w:p>
    <w:p w14:paraId="21B0A2ED" w14:textId="77777777" w:rsidR="00C23E22" w:rsidRPr="00C23E22" w:rsidRDefault="00C23E22">
      <w:pPr>
        <w:spacing w:after="60"/>
        <w:ind w:left="144" w:hanging="144"/>
        <w:rPr>
          <w:rFonts w:ascii="Josefin Sans" w:hAnsi="Josefin Sans"/>
          <w:color w:val="028CC3"/>
          <w:sz w:val="24"/>
          <w:szCs w:val="24"/>
        </w:rPr>
      </w:pPr>
    </w:p>
    <w:p w14:paraId="4CA1E37F" w14:textId="77777777" w:rsidR="00BA05D3" w:rsidRPr="00C23E22" w:rsidRDefault="002B77C4" w:rsidP="00C23E22">
      <w:pPr>
        <w:spacing w:after="60" w:line="276" w:lineRule="auto"/>
        <w:ind w:left="144" w:hanging="144"/>
        <w:rPr>
          <w:rFonts w:ascii="Josefin Sans" w:hAnsi="Josefin Sans"/>
        </w:rPr>
      </w:pPr>
      <w:r w:rsidRPr="00C23E22">
        <w:rPr>
          <w:rFonts w:ascii="Segoe UI Symbol" w:hAnsi="Segoe UI Symbol" w:cs="Segoe UI Symbol"/>
          <w:color w:val="028CC3"/>
          <w:sz w:val="24"/>
          <w:szCs w:val="24"/>
        </w:rPr>
        <w:t>☐</w:t>
      </w:r>
      <w:r w:rsidRPr="00C23E22">
        <w:rPr>
          <w:rFonts w:ascii="Josefin Sans" w:hAnsi="Josefin Sans"/>
          <w:color w:val="028CC3"/>
          <w:sz w:val="24"/>
          <w:szCs w:val="24"/>
        </w:rPr>
        <w:t xml:space="preserve"> Understand that repeated absences, poor communication, policy violations, or unsafe conduct may affect my participation or completion status.</w:t>
      </w:r>
    </w:p>
    <w:tbl>
      <w:tblPr>
        <w:tblW w:w="0" w:type="auto"/>
        <w:jc w:val="center"/>
        <w:tblLayout w:type="fixed"/>
        <w:tblLook w:val="04A0" w:firstRow="1" w:lastRow="0" w:firstColumn="1" w:lastColumn="0" w:noHBand="0" w:noVBand="1"/>
      </w:tblPr>
      <w:tblGrid>
        <w:gridCol w:w="10080"/>
      </w:tblGrid>
      <w:tr w:rsidR="00BA05D3" w:rsidRPr="00C23E22" w14:paraId="404944B0" w14:textId="77777777">
        <w:trPr>
          <w:cantSplit/>
          <w:jc w:val="center"/>
        </w:trPr>
        <w:tc>
          <w:tcPr>
            <w:tcW w:w="10080" w:type="dxa"/>
            <w:tcBorders>
              <w:top w:val="nil"/>
              <w:left w:val="nil"/>
              <w:bottom w:val="nil"/>
              <w:right w:val="nil"/>
            </w:tcBorders>
            <w:tcMar>
              <w:top w:w="30" w:type="dxa"/>
              <w:left w:w="30" w:type="dxa"/>
              <w:bottom w:w="10" w:type="dxa"/>
              <w:right w:w="30" w:type="dxa"/>
            </w:tcMar>
          </w:tcPr>
          <w:p w14:paraId="4214361E" w14:textId="77777777" w:rsidR="00C23E22" w:rsidRPr="00C23E22" w:rsidRDefault="00C23E22">
            <w:pPr>
              <w:rPr>
                <w:b/>
                <w:color w:val="028CC3"/>
                <w:sz w:val="22"/>
              </w:rPr>
            </w:pPr>
          </w:p>
          <w:p w14:paraId="1C95CA14" w14:textId="77777777" w:rsidR="00C23E22" w:rsidRPr="00C23E22" w:rsidRDefault="00C23E22">
            <w:pPr>
              <w:rPr>
                <w:b/>
                <w:color w:val="028CC3"/>
                <w:sz w:val="22"/>
              </w:rPr>
            </w:pPr>
          </w:p>
          <w:p w14:paraId="0276A9A8" w14:textId="77777777" w:rsidR="00C23E22" w:rsidRPr="00C23E22" w:rsidRDefault="00C23E22">
            <w:pPr>
              <w:rPr>
                <w:b/>
                <w:color w:val="028CC3"/>
                <w:sz w:val="22"/>
              </w:rPr>
            </w:pPr>
          </w:p>
          <w:p w14:paraId="62DFA844" w14:textId="77777777" w:rsidR="00C23E22" w:rsidRPr="00C23E22" w:rsidRDefault="00C23E22">
            <w:pPr>
              <w:rPr>
                <w:b/>
                <w:color w:val="028CC3"/>
                <w:sz w:val="22"/>
              </w:rPr>
            </w:pPr>
          </w:p>
          <w:p w14:paraId="79A16915" w14:textId="76A58D71" w:rsidR="00C23E22" w:rsidRPr="00C23E22" w:rsidRDefault="002B77C4">
            <w:pPr>
              <w:rPr>
                <w:b/>
                <w:color w:val="028CC3"/>
                <w:sz w:val="22"/>
              </w:rPr>
            </w:pPr>
            <w:r w:rsidRPr="00C23E22">
              <w:rPr>
                <w:b/>
                <w:color w:val="028CC3"/>
                <w:sz w:val="22"/>
              </w:rPr>
              <w:t>Print Student Name</w:t>
            </w:r>
          </w:p>
        </w:tc>
      </w:tr>
      <w:tr w:rsidR="00BA05D3" w:rsidRPr="00C23E22" w14:paraId="16FF83F4" w14:textId="77777777">
        <w:trPr>
          <w:cantSplit/>
          <w:jc w:val="center"/>
        </w:trPr>
        <w:tc>
          <w:tcPr>
            <w:tcW w:w="10080" w:type="dxa"/>
            <w:tcBorders>
              <w:top w:val="nil"/>
              <w:left w:val="nil"/>
              <w:bottom w:val="single" w:sz="6" w:space="0" w:color="7F7F7F"/>
              <w:right w:val="nil"/>
            </w:tcBorders>
            <w:tcMar>
              <w:top w:w="20" w:type="dxa"/>
              <w:left w:w="30" w:type="dxa"/>
              <w:bottom w:w="40" w:type="dxa"/>
              <w:right w:w="30" w:type="dxa"/>
            </w:tcMar>
          </w:tcPr>
          <w:p w14:paraId="55DCE9BB" w14:textId="77777777" w:rsidR="00BA05D3" w:rsidRPr="00C23E22" w:rsidRDefault="00000000">
            <w:pPr>
              <w:rPr>
                <w:color w:val="028CC3"/>
                <w:sz w:val="22"/>
              </w:rPr>
            </w:pPr>
            <w:sdt>
              <w:sdtPr>
                <w:rPr>
                  <w:rFonts w:ascii="Josefin Sans Light" w:hAnsi="Josefin Sans Light"/>
                  <w:i/>
                  <w:iCs/>
                  <w:color w:val="028CC3"/>
                  <w:sz w:val="22"/>
                </w:rPr>
                <w:alias w:val="FIELD_028_PRINT_STUDENT_NAME"/>
                <w:tag w:val="FIELD_028_PRINT_STUDENT_NAME"/>
                <w:id w:val="-1395649726"/>
                <w:text/>
              </w:sdtPr>
              <w:sdtContent>
                <w:r w:rsidR="002B77C4" w:rsidRPr="00C23E22">
                  <w:rPr>
                    <w:rFonts w:ascii="Josefin Sans Light" w:hAnsi="Josefin Sans Light"/>
                    <w:i/>
                    <w:iCs/>
                    <w:color w:val="028CC3"/>
                    <w:sz w:val="22"/>
                  </w:rPr>
                  <w:t>Type here.</w:t>
                </w:r>
              </w:sdtContent>
            </w:sdt>
          </w:p>
        </w:tc>
      </w:tr>
    </w:tbl>
    <w:p w14:paraId="6375D306" w14:textId="77777777" w:rsidR="00BA05D3" w:rsidRPr="00C23E22" w:rsidRDefault="00BA05D3">
      <w:pPr>
        <w:spacing w:after="60"/>
        <w:rPr>
          <w:color w:val="028CC3"/>
          <w:sz w:val="22"/>
        </w:rPr>
      </w:pPr>
    </w:p>
    <w:tbl>
      <w:tblPr>
        <w:tblW w:w="0" w:type="auto"/>
        <w:jc w:val="center"/>
        <w:tblLayout w:type="fixed"/>
        <w:tblLook w:val="04A0" w:firstRow="1" w:lastRow="0" w:firstColumn="1" w:lastColumn="0" w:noHBand="0" w:noVBand="1"/>
      </w:tblPr>
      <w:tblGrid>
        <w:gridCol w:w="7200"/>
        <w:gridCol w:w="2808"/>
      </w:tblGrid>
      <w:tr w:rsidR="00BA05D3" w:rsidRPr="00C23E22" w14:paraId="78321D49" w14:textId="77777777">
        <w:trPr>
          <w:cantSplit/>
          <w:jc w:val="center"/>
        </w:trPr>
        <w:tc>
          <w:tcPr>
            <w:tcW w:w="7200" w:type="dxa"/>
            <w:tcBorders>
              <w:top w:val="nil"/>
              <w:left w:val="nil"/>
              <w:bottom w:val="nil"/>
              <w:right w:val="nil"/>
            </w:tcBorders>
            <w:tcMar>
              <w:top w:w="30" w:type="dxa"/>
              <w:left w:w="30" w:type="dxa"/>
              <w:bottom w:w="10" w:type="dxa"/>
              <w:right w:w="30" w:type="dxa"/>
            </w:tcMar>
          </w:tcPr>
          <w:p w14:paraId="3A2D6D8A" w14:textId="77777777" w:rsidR="00BA05D3" w:rsidRPr="00C23E22" w:rsidRDefault="002B77C4">
            <w:pPr>
              <w:rPr>
                <w:color w:val="028CC3"/>
                <w:sz w:val="22"/>
              </w:rPr>
            </w:pPr>
            <w:r w:rsidRPr="00C23E22">
              <w:rPr>
                <w:b/>
                <w:color w:val="028CC3"/>
                <w:sz w:val="22"/>
              </w:rPr>
              <w:t>Student Signature</w:t>
            </w:r>
          </w:p>
        </w:tc>
        <w:tc>
          <w:tcPr>
            <w:tcW w:w="2808" w:type="dxa"/>
            <w:tcBorders>
              <w:top w:val="nil"/>
              <w:left w:val="nil"/>
              <w:bottom w:val="nil"/>
              <w:right w:val="nil"/>
            </w:tcBorders>
            <w:tcMar>
              <w:top w:w="30" w:type="dxa"/>
              <w:left w:w="30" w:type="dxa"/>
              <w:bottom w:w="10" w:type="dxa"/>
              <w:right w:w="30" w:type="dxa"/>
            </w:tcMar>
          </w:tcPr>
          <w:p w14:paraId="7BD0113C" w14:textId="77777777" w:rsidR="00BA05D3" w:rsidRPr="00C23E22" w:rsidRDefault="002B77C4">
            <w:pPr>
              <w:rPr>
                <w:color w:val="028CC3"/>
                <w:sz w:val="22"/>
              </w:rPr>
            </w:pPr>
            <w:r w:rsidRPr="00C23E22">
              <w:rPr>
                <w:b/>
                <w:color w:val="028CC3"/>
                <w:sz w:val="22"/>
              </w:rPr>
              <w:t>Date</w:t>
            </w:r>
          </w:p>
        </w:tc>
      </w:tr>
      <w:tr w:rsidR="00BA05D3" w:rsidRPr="00C23E22" w14:paraId="76359D5D" w14:textId="77777777">
        <w:trPr>
          <w:cantSplit/>
          <w:jc w:val="center"/>
        </w:trPr>
        <w:tc>
          <w:tcPr>
            <w:tcW w:w="7200" w:type="dxa"/>
            <w:tcBorders>
              <w:top w:val="nil"/>
              <w:left w:val="nil"/>
              <w:bottom w:val="single" w:sz="6" w:space="0" w:color="7F7F7F"/>
              <w:right w:val="nil"/>
            </w:tcBorders>
            <w:tcMar>
              <w:top w:w="20" w:type="dxa"/>
              <w:left w:w="30" w:type="dxa"/>
              <w:bottom w:w="40" w:type="dxa"/>
              <w:right w:w="30" w:type="dxa"/>
            </w:tcMar>
          </w:tcPr>
          <w:p w14:paraId="359A6857" w14:textId="77777777" w:rsidR="00BA05D3" w:rsidRPr="00C23E22" w:rsidRDefault="00000000">
            <w:pPr>
              <w:rPr>
                <w:color w:val="028CC3"/>
                <w:sz w:val="22"/>
              </w:rPr>
            </w:pPr>
            <w:sdt>
              <w:sdtPr>
                <w:rPr>
                  <w:rFonts w:ascii="Josefin Sans Light" w:hAnsi="Josefin Sans Light"/>
                  <w:iCs/>
                  <w:color w:val="028CC3"/>
                  <w:sz w:val="22"/>
                </w:rPr>
                <w:alias w:val="FIELD_029_STUDENT_SIGNATURE"/>
                <w:tag w:val="FIELD_029_STUDENT_SIGNATURE"/>
                <w:id w:val="708002261"/>
                <w:text/>
              </w:sdtPr>
              <w:sdtContent>
                <w:r w:rsidR="002B77C4" w:rsidRPr="00C23E22">
                  <w:rPr>
                    <w:rFonts w:ascii="Josefin Sans Light" w:hAnsi="Josefin Sans Light"/>
                    <w:i/>
                    <w:iCs/>
                    <w:color w:val="028CC3"/>
                    <w:sz w:val="22"/>
                  </w:rPr>
                  <w:t>Type here.</w:t>
                </w:r>
              </w:sdtContent>
            </w:sdt>
          </w:p>
        </w:tc>
        <w:tc>
          <w:tcPr>
            <w:tcW w:w="2808" w:type="dxa"/>
            <w:tcBorders>
              <w:top w:val="nil"/>
              <w:left w:val="nil"/>
              <w:bottom w:val="single" w:sz="6" w:space="0" w:color="7F7F7F"/>
              <w:right w:val="nil"/>
            </w:tcBorders>
            <w:tcMar>
              <w:top w:w="20" w:type="dxa"/>
              <w:left w:w="30" w:type="dxa"/>
              <w:bottom w:w="40" w:type="dxa"/>
              <w:right w:w="30" w:type="dxa"/>
            </w:tcMar>
          </w:tcPr>
          <w:p w14:paraId="7FA19DF4" w14:textId="77777777" w:rsidR="00BA05D3" w:rsidRPr="00C23E22" w:rsidRDefault="00000000">
            <w:pPr>
              <w:rPr>
                <w:color w:val="028CC3"/>
                <w:sz w:val="22"/>
              </w:rPr>
            </w:pPr>
            <w:sdt>
              <w:sdtPr>
                <w:rPr>
                  <w:rFonts w:ascii="Josefin Sans Light" w:hAnsi="Josefin Sans Light"/>
                  <w:iCs/>
                  <w:color w:val="028CC3"/>
                  <w:sz w:val="22"/>
                </w:rPr>
                <w:alias w:val="FIELD_030_DATE"/>
                <w:tag w:val="FIELD_030_DATE"/>
                <w:id w:val="-778018874"/>
                <w:text/>
              </w:sdtPr>
              <w:sdtContent>
                <w:r w:rsidR="002B77C4" w:rsidRPr="00C23E22">
                  <w:rPr>
                    <w:rFonts w:ascii="Josefin Sans Light" w:hAnsi="Josefin Sans Light"/>
                    <w:i/>
                    <w:iCs/>
                    <w:color w:val="028CC3"/>
                    <w:sz w:val="22"/>
                  </w:rPr>
                  <w:t>Type here.</w:t>
                </w:r>
              </w:sdtContent>
            </w:sdt>
          </w:p>
        </w:tc>
      </w:tr>
    </w:tbl>
    <w:p w14:paraId="01E2DF37" w14:textId="77777777" w:rsidR="00BA05D3" w:rsidRDefault="00BA05D3">
      <w:pPr>
        <w:spacing w:after="60"/>
      </w:pPr>
    </w:p>
    <w:p w14:paraId="779A0024" w14:textId="77777777" w:rsidR="00BA05D3" w:rsidRDefault="002B77C4">
      <w:r>
        <w:br w:type="page"/>
      </w:r>
    </w:p>
    <w:p w14:paraId="2E3A991B" w14:textId="77777777" w:rsidR="00BA05D3" w:rsidRDefault="00BA05D3"/>
    <w:p w14:paraId="1CEF1F8D" w14:textId="3C1DFC13" w:rsidR="00EE0A40" w:rsidRPr="0014302A" w:rsidRDefault="00EE0A40" w:rsidP="00EE0A40">
      <w:pPr>
        <w:spacing w:after="60"/>
        <w:rPr>
          <w:color w:val="028CC3"/>
        </w:rPr>
      </w:pPr>
      <w:r>
        <w:rPr>
          <w:b/>
          <w:color w:val="028CC3"/>
          <w:sz w:val="50"/>
        </w:rPr>
        <w:t>PARENT COMMITMENT FORM</w:t>
      </w:r>
    </w:p>
    <w:p w14:paraId="1C9A1E39" w14:textId="77777777" w:rsidR="00EE0A40" w:rsidRDefault="00EE0A40" w:rsidP="00EE0A40">
      <w:pPr>
        <w:rPr>
          <w:rFonts w:ascii="Josefin Sans Light" w:hAnsi="Josefin Sans Light"/>
          <w:i/>
          <w:iCs/>
          <w:color w:val="67B83E"/>
          <w:sz w:val="36"/>
        </w:rPr>
      </w:pPr>
      <w:r w:rsidRPr="0014302A">
        <w:rPr>
          <w:rFonts w:ascii="Josefin Sans Light" w:hAnsi="Josefin Sans Light"/>
          <w:i/>
          <w:iCs/>
          <w:color w:val="67B83E"/>
          <w:sz w:val="36"/>
        </w:rPr>
        <w:t>President’s Leadership Circle Program</w:t>
      </w:r>
    </w:p>
    <w:p w14:paraId="157CA710" w14:textId="77777777" w:rsidR="00EE0A40" w:rsidRDefault="00EE0A40">
      <w:pPr>
        <w:spacing w:after="140"/>
        <w:rPr>
          <w:color w:val="000000"/>
          <w:sz w:val="20"/>
        </w:rPr>
      </w:pPr>
    </w:p>
    <w:p w14:paraId="14EAE5B3" w14:textId="77777777" w:rsidR="00EE0A40" w:rsidRDefault="00EE0A40">
      <w:pPr>
        <w:spacing w:after="140"/>
        <w:rPr>
          <w:color w:val="000000"/>
          <w:sz w:val="20"/>
        </w:rPr>
      </w:pPr>
    </w:p>
    <w:p w14:paraId="19107541" w14:textId="2E83E889" w:rsidR="00BA05D3" w:rsidRPr="00EE0A40" w:rsidRDefault="002B77C4" w:rsidP="00EE0A40">
      <w:pPr>
        <w:spacing w:after="140" w:line="360" w:lineRule="auto"/>
        <w:rPr>
          <w:b/>
          <w:bCs/>
          <w:i/>
          <w:iCs/>
          <w:color w:val="028CC3"/>
          <w:sz w:val="26"/>
          <w:szCs w:val="26"/>
        </w:rPr>
      </w:pPr>
      <w:r w:rsidRPr="00EE0A40">
        <w:rPr>
          <w:b/>
          <w:bCs/>
          <w:i/>
          <w:iCs/>
          <w:color w:val="028CC3"/>
          <w:sz w:val="26"/>
          <w:szCs w:val="26"/>
        </w:rPr>
        <w:t>I give permission for my student to participate in the Mississippi Children’s Museum President’s Leadership Circle, if selected. I understand that:</w:t>
      </w:r>
    </w:p>
    <w:p w14:paraId="276F0D4A" w14:textId="77777777" w:rsidR="00BA05D3" w:rsidRDefault="002B77C4" w:rsidP="00EE0A40">
      <w:pPr>
        <w:spacing w:after="80" w:line="276" w:lineRule="auto"/>
        <w:ind w:left="144" w:hanging="144"/>
        <w:rPr>
          <w:rFonts w:ascii="Josefin Sans" w:hAnsi="Josefin Sans"/>
          <w:color w:val="028CC3"/>
          <w:sz w:val="24"/>
          <w:szCs w:val="24"/>
        </w:rPr>
      </w:pPr>
      <w:r w:rsidRPr="00EE0A40">
        <w:rPr>
          <w:rFonts w:ascii="Segoe UI Symbol" w:hAnsi="Segoe UI Symbol" w:cs="Segoe UI Symbol"/>
          <w:color w:val="028CC3"/>
          <w:sz w:val="24"/>
          <w:szCs w:val="24"/>
        </w:rPr>
        <w:t>☐</w:t>
      </w:r>
      <w:r w:rsidRPr="00EE0A40">
        <w:rPr>
          <w:rFonts w:ascii="Josefin Sans" w:hAnsi="Josefin Sans"/>
          <w:color w:val="028CC3"/>
          <w:sz w:val="24"/>
          <w:szCs w:val="24"/>
        </w:rPr>
        <w:t xml:space="preserve"> PLC includes leadership sessions, museum volunteer service, community projects, guest speakers, reflections, special events, and possible field trips.</w:t>
      </w:r>
    </w:p>
    <w:p w14:paraId="0B4DB55B" w14:textId="77777777" w:rsidR="00EE0A40" w:rsidRPr="00EE0A40" w:rsidRDefault="00EE0A40" w:rsidP="00EE0A40">
      <w:pPr>
        <w:spacing w:after="80" w:line="276" w:lineRule="auto"/>
        <w:ind w:left="144" w:hanging="144"/>
        <w:rPr>
          <w:rFonts w:ascii="Josefin Sans" w:hAnsi="Josefin Sans"/>
          <w:color w:val="028CC3"/>
          <w:sz w:val="24"/>
          <w:szCs w:val="24"/>
        </w:rPr>
      </w:pPr>
    </w:p>
    <w:p w14:paraId="6A5D9F14" w14:textId="77777777" w:rsidR="00BA05D3" w:rsidRDefault="002B77C4" w:rsidP="00EE0A40">
      <w:pPr>
        <w:spacing w:after="80" w:line="276" w:lineRule="auto"/>
        <w:ind w:left="144" w:hanging="144"/>
        <w:rPr>
          <w:rFonts w:ascii="Josefin Sans" w:hAnsi="Josefin Sans"/>
          <w:color w:val="028CC3"/>
          <w:sz w:val="24"/>
          <w:szCs w:val="24"/>
        </w:rPr>
      </w:pPr>
      <w:r w:rsidRPr="00EE0A40">
        <w:rPr>
          <w:rFonts w:ascii="Segoe UI Symbol" w:hAnsi="Segoe UI Symbol" w:cs="Segoe UI Symbol"/>
          <w:color w:val="028CC3"/>
          <w:sz w:val="24"/>
          <w:szCs w:val="24"/>
        </w:rPr>
        <w:t>☐</w:t>
      </w:r>
      <w:r w:rsidRPr="00EE0A40">
        <w:rPr>
          <w:rFonts w:ascii="Josefin Sans" w:hAnsi="Josefin Sans"/>
          <w:color w:val="028CC3"/>
          <w:sz w:val="24"/>
          <w:szCs w:val="24"/>
        </w:rPr>
        <w:t xml:space="preserve"> I am responsible for arranging or providing reliable transportation unless MCM communicates an approved alternative for a specific activity.</w:t>
      </w:r>
    </w:p>
    <w:p w14:paraId="293130E1" w14:textId="77777777" w:rsidR="00EE0A40" w:rsidRDefault="00EE0A40">
      <w:pPr>
        <w:spacing w:after="80"/>
        <w:ind w:left="144" w:hanging="144"/>
        <w:rPr>
          <w:rFonts w:ascii="Josefin Sans" w:hAnsi="Josefin Sans"/>
          <w:color w:val="028CC3"/>
          <w:sz w:val="24"/>
          <w:szCs w:val="24"/>
        </w:rPr>
      </w:pPr>
    </w:p>
    <w:p w14:paraId="5974E109" w14:textId="77777777" w:rsidR="00EE0A40" w:rsidRPr="00EE0A40" w:rsidRDefault="00EE0A40">
      <w:pPr>
        <w:spacing w:after="80"/>
        <w:ind w:left="144" w:hanging="144"/>
        <w:rPr>
          <w:rFonts w:ascii="Josefin Sans" w:hAnsi="Josefin Sans"/>
          <w:color w:val="028CC3"/>
          <w:sz w:val="24"/>
          <w:szCs w:val="24"/>
        </w:rPr>
      </w:pPr>
    </w:p>
    <w:p w14:paraId="2C7BDA75" w14:textId="33D812AA" w:rsidR="00EE0A40" w:rsidRDefault="002B77C4" w:rsidP="00EE0A40">
      <w:pPr>
        <w:spacing w:after="80" w:line="276" w:lineRule="auto"/>
        <w:ind w:left="144" w:hanging="144"/>
        <w:rPr>
          <w:rFonts w:ascii="Josefin Sans" w:hAnsi="Josefin Sans"/>
          <w:color w:val="028CC3"/>
          <w:sz w:val="24"/>
          <w:szCs w:val="24"/>
        </w:rPr>
      </w:pPr>
      <w:r w:rsidRPr="00EE0A40">
        <w:rPr>
          <w:rFonts w:ascii="Segoe UI Symbol" w:hAnsi="Segoe UI Symbol" w:cs="Segoe UI Symbol"/>
          <w:color w:val="028CC3"/>
          <w:sz w:val="24"/>
          <w:szCs w:val="24"/>
        </w:rPr>
        <w:t>☐</w:t>
      </w:r>
      <w:r w:rsidRPr="00EE0A40">
        <w:rPr>
          <w:rFonts w:ascii="Josefin Sans" w:hAnsi="Josefin Sans"/>
          <w:color w:val="028CC3"/>
          <w:sz w:val="24"/>
          <w:szCs w:val="24"/>
        </w:rPr>
        <w:t xml:space="preserve"> I will review program communications, help my student meet deadlines, and notify the PLC Coordinator of important changes or concerns.</w:t>
      </w:r>
    </w:p>
    <w:p w14:paraId="504F2862" w14:textId="77777777" w:rsidR="00EE0A40" w:rsidRPr="00EE0A40" w:rsidRDefault="00EE0A40" w:rsidP="00EE0A40">
      <w:pPr>
        <w:spacing w:after="80"/>
        <w:ind w:left="144" w:hanging="144"/>
        <w:rPr>
          <w:rFonts w:ascii="Josefin Sans" w:hAnsi="Josefin Sans"/>
          <w:color w:val="028CC3"/>
          <w:sz w:val="24"/>
          <w:szCs w:val="24"/>
        </w:rPr>
      </w:pPr>
    </w:p>
    <w:p w14:paraId="72E93A1B" w14:textId="3600C5B6" w:rsidR="00EE0A40" w:rsidRDefault="002B77C4" w:rsidP="00EE0A40">
      <w:pPr>
        <w:spacing w:after="80" w:line="276" w:lineRule="auto"/>
        <w:ind w:left="144" w:hanging="144"/>
        <w:rPr>
          <w:rFonts w:ascii="Josefin Sans" w:hAnsi="Josefin Sans"/>
          <w:color w:val="028CC3"/>
          <w:sz w:val="24"/>
          <w:szCs w:val="24"/>
        </w:rPr>
      </w:pPr>
      <w:r w:rsidRPr="00EE0A40">
        <w:rPr>
          <w:rFonts w:ascii="Segoe UI Symbol" w:hAnsi="Segoe UI Symbol" w:cs="Segoe UI Symbol"/>
          <w:color w:val="028CC3"/>
          <w:sz w:val="24"/>
          <w:szCs w:val="24"/>
        </w:rPr>
        <w:t>☐</w:t>
      </w:r>
      <w:r w:rsidRPr="00EE0A40">
        <w:rPr>
          <w:rFonts w:ascii="Josefin Sans" w:hAnsi="Josefin Sans"/>
          <w:color w:val="028CC3"/>
          <w:sz w:val="24"/>
          <w:szCs w:val="24"/>
        </w:rPr>
        <w:t xml:space="preserve"> My student must follow MCM volunteer, attendance, safety, conduct, confidentiality, dress, and cell-phone policies.</w:t>
      </w:r>
    </w:p>
    <w:p w14:paraId="250A0AC6" w14:textId="77777777" w:rsidR="00EE0A40" w:rsidRPr="00EE0A40" w:rsidRDefault="00EE0A40">
      <w:pPr>
        <w:spacing w:after="80"/>
        <w:ind w:left="144" w:hanging="144"/>
        <w:rPr>
          <w:rFonts w:ascii="Josefin Sans" w:hAnsi="Josefin Sans"/>
          <w:color w:val="028CC3"/>
          <w:sz w:val="24"/>
          <w:szCs w:val="24"/>
        </w:rPr>
      </w:pPr>
    </w:p>
    <w:p w14:paraId="51C0976B" w14:textId="77777777" w:rsidR="00BA05D3" w:rsidRDefault="002B77C4" w:rsidP="00EE0A40">
      <w:pPr>
        <w:spacing w:after="80" w:line="276" w:lineRule="auto"/>
        <w:ind w:left="144" w:hanging="144"/>
        <w:rPr>
          <w:rFonts w:ascii="Josefin Sans" w:hAnsi="Josefin Sans"/>
          <w:color w:val="028CC3"/>
          <w:sz w:val="24"/>
          <w:szCs w:val="24"/>
        </w:rPr>
      </w:pPr>
      <w:r w:rsidRPr="00EE0A40">
        <w:rPr>
          <w:rFonts w:ascii="Segoe UI Symbol" w:hAnsi="Segoe UI Symbol" w:cs="Segoe UI Symbol"/>
          <w:color w:val="028CC3"/>
          <w:sz w:val="24"/>
          <w:szCs w:val="24"/>
        </w:rPr>
        <w:t>☐</w:t>
      </w:r>
      <w:r w:rsidRPr="00EE0A40">
        <w:rPr>
          <w:rFonts w:ascii="Josefin Sans" w:hAnsi="Josefin Sans"/>
          <w:color w:val="028CC3"/>
          <w:sz w:val="24"/>
          <w:szCs w:val="24"/>
        </w:rPr>
        <w:t xml:space="preserve"> Emergency, medical, transportation, </w:t>
      </w:r>
      <w:proofErr w:type="gramStart"/>
      <w:r w:rsidRPr="00EE0A40">
        <w:rPr>
          <w:rFonts w:ascii="Josefin Sans" w:hAnsi="Josefin Sans"/>
          <w:color w:val="028CC3"/>
          <w:sz w:val="24"/>
          <w:szCs w:val="24"/>
        </w:rPr>
        <w:t>field-trip</w:t>
      </w:r>
      <w:proofErr w:type="gramEnd"/>
      <w:r w:rsidRPr="00EE0A40">
        <w:rPr>
          <w:rFonts w:ascii="Josefin Sans" w:hAnsi="Josefin Sans"/>
          <w:color w:val="028CC3"/>
          <w:sz w:val="24"/>
          <w:szCs w:val="24"/>
        </w:rPr>
        <w:t>, participation, and media forms will be completed after acceptance.</w:t>
      </w:r>
    </w:p>
    <w:p w14:paraId="6CB759F0" w14:textId="77777777" w:rsidR="00EE0A40" w:rsidRPr="00EE0A40" w:rsidRDefault="00EE0A40">
      <w:pPr>
        <w:spacing w:after="80"/>
        <w:ind w:left="144" w:hanging="144"/>
        <w:rPr>
          <w:rFonts w:ascii="Josefin Sans" w:hAnsi="Josefin Sans"/>
          <w:color w:val="028CC3"/>
          <w:sz w:val="24"/>
          <w:szCs w:val="24"/>
        </w:rPr>
      </w:pPr>
    </w:p>
    <w:p w14:paraId="647DD755" w14:textId="77777777" w:rsidR="00BA05D3" w:rsidRDefault="002B77C4" w:rsidP="00EE0A40">
      <w:pPr>
        <w:spacing w:after="80" w:line="276" w:lineRule="auto"/>
        <w:ind w:left="144" w:hanging="144"/>
        <w:rPr>
          <w:rFonts w:ascii="Josefin Sans" w:hAnsi="Josefin Sans"/>
          <w:color w:val="028CC3"/>
          <w:sz w:val="24"/>
          <w:szCs w:val="24"/>
        </w:rPr>
      </w:pPr>
      <w:r w:rsidRPr="00EE0A40">
        <w:rPr>
          <w:rFonts w:ascii="Segoe UI Symbol" w:hAnsi="Segoe UI Symbol" w:cs="Segoe UI Symbol"/>
          <w:color w:val="028CC3"/>
          <w:sz w:val="24"/>
          <w:szCs w:val="24"/>
        </w:rPr>
        <w:t>☐</w:t>
      </w:r>
      <w:r w:rsidRPr="00EE0A40">
        <w:rPr>
          <w:rFonts w:ascii="Josefin Sans" w:hAnsi="Josefin Sans"/>
          <w:color w:val="028CC3"/>
          <w:sz w:val="24"/>
          <w:szCs w:val="24"/>
        </w:rPr>
        <w:t xml:space="preserve"> Participation may be reviewed if my student repeatedly misses commitments, fails to communicate, or violates program/MCM policies.</w:t>
      </w:r>
    </w:p>
    <w:p w14:paraId="5D84A951" w14:textId="77777777" w:rsidR="00EE0A40" w:rsidRPr="00EE0A40" w:rsidRDefault="00EE0A40">
      <w:pPr>
        <w:spacing w:after="80"/>
        <w:ind w:left="144" w:hanging="144"/>
        <w:rPr>
          <w:rFonts w:ascii="Josefin Sans" w:hAnsi="Josefin Sans"/>
          <w:color w:val="028CC3"/>
          <w:sz w:val="24"/>
          <w:szCs w:val="24"/>
        </w:rPr>
      </w:pPr>
    </w:p>
    <w:p w14:paraId="4ABAD48F" w14:textId="77777777" w:rsidR="00BA05D3" w:rsidRDefault="002B77C4">
      <w:pPr>
        <w:spacing w:after="80"/>
        <w:ind w:left="144" w:hanging="144"/>
        <w:rPr>
          <w:rFonts w:ascii="Josefin Sans" w:hAnsi="Josefin Sans"/>
          <w:color w:val="028CC3"/>
          <w:sz w:val="24"/>
          <w:szCs w:val="24"/>
        </w:rPr>
      </w:pPr>
      <w:r w:rsidRPr="00EE0A40">
        <w:rPr>
          <w:rFonts w:ascii="Segoe UI Symbol" w:hAnsi="Segoe UI Symbol" w:cs="Segoe UI Symbol"/>
          <w:color w:val="028CC3"/>
          <w:sz w:val="24"/>
          <w:szCs w:val="24"/>
        </w:rPr>
        <w:t>☐</w:t>
      </w:r>
      <w:r w:rsidRPr="00EE0A40">
        <w:rPr>
          <w:rFonts w:ascii="Josefin Sans" w:hAnsi="Josefin Sans"/>
          <w:color w:val="028CC3"/>
          <w:sz w:val="24"/>
          <w:szCs w:val="24"/>
        </w:rPr>
        <w:t xml:space="preserve"> MCM may use Volgistics to document attendance, service, progress, verification, and recognition.</w:t>
      </w:r>
    </w:p>
    <w:p w14:paraId="1F082C78" w14:textId="77777777" w:rsidR="00EE0A40" w:rsidRDefault="00EE0A40">
      <w:pPr>
        <w:spacing w:after="80"/>
        <w:ind w:left="144" w:hanging="144"/>
        <w:rPr>
          <w:rFonts w:ascii="Josefin Sans" w:hAnsi="Josefin Sans"/>
          <w:color w:val="028CC3"/>
          <w:sz w:val="24"/>
          <w:szCs w:val="24"/>
        </w:rPr>
      </w:pPr>
    </w:p>
    <w:p w14:paraId="418ACFDE" w14:textId="77777777" w:rsidR="00EE0A40" w:rsidRDefault="00EE0A40">
      <w:pPr>
        <w:spacing w:after="80"/>
        <w:ind w:left="144" w:hanging="144"/>
        <w:rPr>
          <w:rFonts w:ascii="Josefin Sans" w:hAnsi="Josefin Sans"/>
          <w:color w:val="028CC3"/>
          <w:sz w:val="24"/>
          <w:szCs w:val="24"/>
        </w:rPr>
      </w:pPr>
    </w:p>
    <w:p w14:paraId="326CF448" w14:textId="77777777" w:rsidR="00EE0A40" w:rsidRPr="00EE0A40" w:rsidRDefault="00EE0A40">
      <w:pPr>
        <w:spacing w:after="80"/>
        <w:ind w:left="144" w:hanging="144"/>
        <w:rPr>
          <w:rFonts w:ascii="Josefin Sans" w:hAnsi="Josefin Sans"/>
          <w:color w:val="028CC3"/>
          <w:sz w:val="24"/>
          <w:szCs w:val="24"/>
        </w:rPr>
      </w:pPr>
    </w:p>
    <w:tbl>
      <w:tblPr>
        <w:tblW w:w="0" w:type="auto"/>
        <w:jc w:val="center"/>
        <w:tblLayout w:type="fixed"/>
        <w:tblLook w:val="04A0" w:firstRow="1" w:lastRow="0" w:firstColumn="1" w:lastColumn="0" w:noHBand="0" w:noVBand="1"/>
      </w:tblPr>
      <w:tblGrid>
        <w:gridCol w:w="4968"/>
        <w:gridCol w:w="5040"/>
      </w:tblGrid>
      <w:tr w:rsidR="00BA05D3" w:rsidRPr="00EE0A40" w14:paraId="3EF022A1" w14:textId="77777777">
        <w:trPr>
          <w:cantSplit/>
          <w:jc w:val="center"/>
        </w:trPr>
        <w:tc>
          <w:tcPr>
            <w:tcW w:w="4968" w:type="dxa"/>
            <w:tcBorders>
              <w:top w:val="nil"/>
              <w:left w:val="nil"/>
              <w:bottom w:val="nil"/>
              <w:right w:val="nil"/>
            </w:tcBorders>
            <w:tcMar>
              <w:top w:w="30" w:type="dxa"/>
              <w:left w:w="30" w:type="dxa"/>
              <w:bottom w:w="10" w:type="dxa"/>
              <w:right w:w="30" w:type="dxa"/>
            </w:tcMar>
          </w:tcPr>
          <w:p w14:paraId="7C795560" w14:textId="77777777" w:rsidR="00BA05D3" w:rsidRPr="00EE0A40" w:rsidRDefault="002B77C4">
            <w:pPr>
              <w:rPr>
                <w:color w:val="028CC3"/>
                <w:sz w:val="22"/>
              </w:rPr>
            </w:pPr>
            <w:r w:rsidRPr="00EE0A40">
              <w:rPr>
                <w:b/>
                <w:color w:val="028CC3"/>
                <w:sz w:val="22"/>
              </w:rPr>
              <w:t>Student Name</w:t>
            </w:r>
          </w:p>
        </w:tc>
        <w:tc>
          <w:tcPr>
            <w:tcW w:w="5040" w:type="dxa"/>
            <w:tcBorders>
              <w:top w:val="nil"/>
              <w:left w:val="nil"/>
              <w:bottom w:val="nil"/>
              <w:right w:val="nil"/>
            </w:tcBorders>
            <w:tcMar>
              <w:top w:w="30" w:type="dxa"/>
              <w:left w:w="30" w:type="dxa"/>
              <w:bottom w:w="10" w:type="dxa"/>
              <w:right w:w="30" w:type="dxa"/>
            </w:tcMar>
          </w:tcPr>
          <w:p w14:paraId="55CD4580" w14:textId="77777777" w:rsidR="00BA05D3" w:rsidRPr="00EE0A40" w:rsidRDefault="002B77C4">
            <w:pPr>
              <w:rPr>
                <w:color w:val="028CC3"/>
                <w:sz w:val="22"/>
              </w:rPr>
            </w:pPr>
            <w:r w:rsidRPr="00EE0A40">
              <w:rPr>
                <w:b/>
                <w:color w:val="028CC3"/>
                <w:sz w:val="22"/>
              </w:rPr>
              <w:t>Parent/Guardian Printed Name</w:t>
            </w:r>
          </w:p>
        </w:tc>
      </w:tr>
      <w:tr w:rsidR="00BA05D3" w:rsidRPr="00EE0A40" w14:paraId="34558B72" w14:textId="77777777">
        <w:trPr>
          <w:cantSplit/>
          <w:jc w:val="center"/>
        </w:trPr>
        <w:tc>
          <w:tcPr>
            <w:tcW w:w="4968" w:type="dxa"/>
            <w:tcBorders>
              <w:top w:val="nil"/>
              <w:left w:val="nil"/>
              <w:bottom w:val="single" w:sz="6" w:space="0" w:color="7F7F7F"/>
              <w:right w:val="nil"/>
            </w:tcBorders>
            <w:tcMar>
              <w:top w:w="20" w:type="dxa"/>
              <w:left w:w="30" w:type="dxa"/>
              <w:bottom w:w="40" w:type="dxa"/>
              <w:right w:w="30" w:type="dxa"/>
            </w:tcMar>
          </w:tcPr>
          <w:p w14:paraId="1D6D603E" w14:textId="77777777" w:rsidR="00BA05D3" w:rsidRPr="00EE0A40" w:rsidRDefault="00000000">
            <w:pPr>
              <w:rPr>
                <w:color w:val="028CC3"/>
                <w:sz w:val="22"/>
              </w:rPr>
            </w:pPr>
            <w:sdt>
              <w:sdtPr>
                <w:rPr>
                  <w:rFonts w:ascii="Josefin Sans Light" w:hAnsi="Josefin Sans Light"/>
                  <w:iCs/>
                  <w:color w:val="028CC3"/>
                  <w:sz w:val="22"/>
                </w:rPr>
                <w:alias w:val="FIELD_031_STUDENT_NAME"/>
                <w:tag w:val="FIELD_031_STUDENT_NAME"/>
                <w:id w:val="-1873672103"/>
                <w:text/>
              </w:sdtPr>
              <w:sdtContent>
                <w:r w:rsidR="002B77C4" w:rsidRPr="00EE0A40">
                  <w:rPr>
                    <w:rFonts w:ascii="Josefin Sans Light" w:hAnsi="Josefin Sans Light"/>
                    <w:i/>
                    <w:iCs/>
                    <w:color w:val="028CC3"/>
                    <w:sz w:val="22"/>
                  </w:rPr>
                  <w:t>Type here.</w:t>
                </w:r>
              </w:sdtContent>
            </w:sdt>
          </w:p>
        </w:tc>
        <w:tc>
          <w:tcPr>
            <w:tcW w:w="5040" w:type="dxa"/>
            <w:tcBorders>
              <w:top w:val="nil"/>
              <w:left w:val="nil"/>
              <w:bottom w:val="single" w:sz="6" w:space="0" w:color="7F7F7F"/>
              <w:right w:val="nil"/>
            </w:tcBorders>
            <w:tcMar>
              <w:top w:w="20" w:type="dxa"/>
              <w:left w:w="30" w:type="dxa"/>
              <w:bottom w:w="40" w:type="dxa"/>
              <w:right w:w="30" w:type="dxa"/>
            </w:tcMar>
          </w:tcPr>
          <w:p w14:paraId="0811F7A1" w14:textId="77777777" w:rsidR="00BA05D3" w:rsidRPr="00EE0A40" w:rsidRDefault="00000000">
            <w:pPr>
              <w:rPr>
                <w:color w:val="028CC3"/>
                <w:sz w:val="22"/>
              </w:rPr>
            </w:pPr>
            <w:sdt>
              <w:sdtPr>
                <w:rPr>
                  <w:rFonts w:ascii="Josefin Sans Light" w:hAnsi="Josefin Sans Light"/>
                  <w:i/>
                  <w:iCs/>
                  <w:color w:val="028CC3"/>
                  <w:sz w:val="22"/>
                </w:rPr>
                <w:alias w:val="FIELD_032_PARENT_GUARDIAN_PRINTED_NAME"/>
                <w:tag w:val="FIELD_032_PARENT_GUARDIAN_PRINTED_NAME"/>
                <w:id w:val="-1887480424"/>
                <w:text/>
              </w:sdtPr>
              <w:sdtContent>
                <w:r w:rsidR="002B77C4" w:rsidRPr="00EE0A40">
                  <w:rPr>
                    <w:rFonts w:ascii="Josefin Sans Light" w:hAnsi="Josefin Sans Light"/>
                    <w:i/>
                    <w:iCs/>
                    <w:color w:val="028CC3"/>
                    <w:sz w:val="22"/>
                  </w:rPr>
                  <w:t>Type here.</w:t>
                </w:r>
              </w:sdtContent>
            </w:sdt>
          </w:p>
        </w:tc>
      </w:tr>
    </w:tbl>
    <w:p w14:paraId="50D3517B" w14:textId="77777777" w:rsidR="00BA05D3" w:rsidRPr="00EE0A40" w:rsidRDefault="00BA05D3">
      <w:pPr>
        <w:spacing w:after="60"/>
        <w:rPr>
          <w:color w:val="028CC3"/>
          <w:sz w:val="22"/>
        </w:rPr>
      </w:pPr>
    </w:p>
    <w:tbl>
      <w:tblPr>
        <w:tblW w:w="0" w:type="auto"/>
        <w:jc w:val="center"/>
        <w:tblLayout w:type="fixed"/>
        <w:tblLook w:val="04A0" w:firstRow="1" w:lastRow="0" w:firstColumn="1" w:lastColumn="0" w:noHBand="0" w:noVBand="1"/>
      </w:tblPr>
      <w:tblGrid>
        <w:gridCol w:w="7200"/>
        <w:gridCol w:w="2808"/>
      </w:tblGrid>
      <w:tr w:rsidR="00BA05D3" w:rsidRPr="00EE0A40" w14:paraId="118BDD03" w14:textId="77777777">
        <w:trPr>
          <w:cantSplit/>
          <w:jc w:val="center"/>
        </w:trPr>
        <w:tc>
          <w:tcPr>
            <w:tcW w:w="7200" w:type="dxa"/>
            <w:tcBorders>
              <w:top w:val="nil"/>
              <w:left w:val="nil"/>
              <w:bottom w:val="nil"/>
              <w:right w:val="nil"/>
            </w:tcBorders>
            <w:tcMar>
              <w:top w:w="30" w:type="dxa"/>
              <w:left w:w="30" w:type="dxa"/>
              <w:bottom w:w="10" w:type="dxa"/>
              <w:right w:w="30" w:type="dxa"/>
            </w:tcMar>
          </w:tcPr>
          <w:p w14:paraId="55E9B6F2" w14:textId="77777777" w:rsidR="00BA05D3" w:rsidRPr="00EE0A40" w:rsidRDefault="002B77C4">
            <w:pPr>
              <w:rPr>
                <w:color w:val="028CC3"/>
                <w:sz w:val="22"/>
              </w:rPr>
            </w:pPr>
            <w:r w:rsidRPr="00EE0A40">
              <w:rPr>
                <w:b/>
                <w:color w:val="028CC3"/>
                <w:sz w:val="22"/>
              </w:rPr>
              <w:t>Parent/Guardian Signature</w:t>
            </w:r>
          </w:p>
        </w:tc>
        <w:tc>
          <w:tcPr>
            <w:tcW w:w="2808" w:type="dxa"/>
            <w:tcBorders>
              <w:top w:val="nil"/>
              <w:left w:val="nil"/>
              <w:bottom w:val="nil"/>
              <w:right w:val="nil"/>
            </w:tcBorders>
            <w:tcMar>
              <w:top w:w="30" w:type="dxa"/>
              <w:left w:w="30" w:type="dxa"/>
              <w:bottom w:w="10" w:type="dxa"/>
              <w:right w:w="30" w:type="dxa"/>
            </w:tcMar>
          </w:tcPr>
          <w:p w14:paraId="021C44E6" w14:textId="77777777" w:rsidR="00BA05D3" w:rsidRPr="00EE0A40" w:rsidRDefault="002B77C4">
            <w:pPr>
              <w:rPr>
                <w:color w:val="028CC3"/>
                <w:sz w:val="22"/>
              </w:rPr>
            </w:pPr>
            <w:r w:rsidRPr="00EE0A40">
              <w:rPr>
                <w:b/>
                <w:color w:val="028CC3"/>
                <w:sz w:val="22"/>
              </w:rPr>
              <w:t>Date</w:t>
            </w:r>
          </w:p>
        </w:tc>
      </w:tr>
      <w:tr w:rsidR="00BA05D3" w:rsidRPr="00EE0A40" w14:paraId="5224D994" w14:textId="77777777">
        <w:trPr>
          <w:cantSplit/>
          <w:jc w:val="center"/>
        </w:trPr>
        <w:tc>
          <w:tcPr>
            <w:tcW w:w="7200" w:type="dxa"/>
            <w:tcBorders>
              <w:top w:val="nil"/>
              <w:left w:val="nil"/>
              <w:bottom w:val="single" w:sz="6" w:space="0" w:color="7F7F7F"/>
              <w:right w:val="nil"/>
            </w:tcBorders>
            <w:tcMar>
              <w:top w:w="20" w:type="dxa"/>
              <w:left w:w="30" w:type="dxa"/>
              <w:bottom w:w="40" w:type="dxa"/>
              <w:right w:w="30" w:type="dxa"/>
            </w:tcMar>
          </w:tcPr>
          <w:p w14:paraId="3DAA6B13" w14:textId="77777777" w:rsidR="00BA05D3" w:rsidRPr="00EE0A40" w:rsidRDefault="00000000">
            <w:pPr>
              <w:rPr>
                <w:color w:val="028CC3"/>
                <w:sz w:val="22"/>
              </w:rPr>
            </w:pPr>
            <w:sdt>
              <w:sdtPr>
                <w:rPr>
                  <w:rFonts w:ascii="Josefin Sans Light" w:hAnsi="Josefin Sans Light"/>
                  <w:iCs/>
                  <w:color w:val="028CC3"/>
                  <w:sz w:val="22"/>
                </w:rPr>
                <w:alias w:val="FIELD_033_PARENT_GUARDIAN_SIGNATURE"/>
                <w:tag w:val="FIELD_033_PARENT_GUARDIAN_SIGNATURE"/>
                <w:id w:val="10649738"/>
                <w:text/>
              </w:sdtPr>
              <w:sdtContent>
                <w:r w:rsidR="002B77C4" w:rsidRPr="00EE0A40">
                  <w:rPr>
                    <w:rFonts w:ascii="Josefin Sans Light" w:hAnsi="Josefin Sans Light"/>
                    <w:i/>
                    <w:iCs/>
                    <w:color w:val="028CC3"/>
                    <w:sz w:val="22"/>
                  </w:rPr>
                  <w:t>Type here.</w:t>
                </w:r>
              </w:sdtContent>
            </w:sdt>
          </w:p>
        </w:tc>
        <w:tc>
          <w:tcPr>
            <w:tcW w:w="2808" w:type="dxa"/>
            <w:tcBorders>
              <w:top w:val="nil"/>
              <w:left w:val="nil"/>
              <w:bottom w:val="single" w:sz="6" w:space="0" w:color="7F7F7F"/>
              <w:right w:val="nil"/>
            </w:tcBorders>
            <w:tcMar>
              <w:top w:w="20" w:type="dxa"/>
              <w:left w:w="30" w:type="dxa"/>
              <w:bottom w:w="40" w:type="dxa"/>
              <w:right w:w="30" w:type="dxa"/>
            </w:tcMar>
          </w:tcPr>
          <w:p w14:paraId="4DDA7E1C" w14:textId="77777777" w:rsidR="00BA05D3" w:rsidRPr="00EE0A40" w:rsidRDefault="00000000">
            <w:pPr>
              <w:rPr>
                <w:color w:val="028CC3"/>
                <w:sz w:val="22"/>
              </w:rPr>
            </w:pPr>
            <w:sdt>
              <w:sdtPr>
                <w:rPr>
                  <w:rFonts w:ascii="Josefin Sans Light" w:hAnsi="Josefin Sans Light"/>
                  <w:iCs/>
                  <w:color w:val="028CC3"/>
                  <w:sz w:val="22"/>
                </w:rPr>
                <w:alias w:val="FIELD_034_DATE"/>
                <w:tag w:val="FIELD_034_DATE"/>
                <w:id w:val="-1698536654"/>
                <w:text/>
              </w:sdtPr>
              <w:sdtContent>
                <w:r w:rsidR="002B77C4" w:rsidRPr="00EE0A40">
                  <w:rPr>
                    <w:rFonts w:ascii="Josefin Sans Light" w:hAnsi="Josefin Sans Light"/>
                    <w:i/>
                    <w:iCs/>
                    <w:color w:val="028CC3"/>
                    <w:sz w:val="22"/>
                  </w:rPr>
                  <w:t>Type here.</w:t>
                </w:r>
              </w:sdtContent>
            </w:sdt>
          </w:p>
        </w:tc>
      </w:tr>
    </w:tbl>
    <w:p w14:paraId="6ABBE1B3" w14:textId="77777777" w:rsidR="00BA05D3" w:rsidRPr="00EE0A40" w:rsidRDefault="00BA05D3">
      <w:pPr>
        <w:spacing w:after="60"/>
        <w:rPr>
          <w:color w:val="028CC3"/>
          <w:sz w:val="22"/>
        </w:rPr>
      </w:pPr>
    </w:p>
    <w:tbl>
      <w:tblPr>
        <w:tblW w:w="0" w:type="auto"/>
        <w:jc w:val="center"/>
        <w:tblLayout w:type="fixed"/>
        <w:tblLook w:val="04A0" w:firstRow="1" w:lastRow="0" w:firstColumn="1" w:lastColumn="0" w:noHBand="0" w:noVBand="1"/>
      </w:tblPr>
      <w:tblGrid>
        <w:gridCol w:w="3744"/>
        <w:gridCol w:w="6264"/>
      </w:tblGrid>
      <w:tr w:rsidR="00BA05D3" w:rsidRPr="00EE0A40" w14:paraId="2837F06B" w14:textId="77777777">
        <w:trPr>
          <w:cantSplit/>
          <w:jc w:val="center"/>
        </w:trPr>
        <w:tc>
          <w:tcPr>
            <w:tcW w:w="3744" w:type="dxa"/>
            <w:tcBorders>
              <w:top w:val="nil"/>
              <w:left w:val="nil"/>
              <w:bottom w:val="nil"/>
              <w:right w:val="nil"/>
            </w:tcBorders>
            <w:tcMar>
              <w:top w:w="30" w:type="dxa"/>
              <w:left w:w="30" w:type="dxa"/>
              <w:bottom w:w="10" w:type="dxa"/>
              <w:right w:w="30" w:type="dxa"/>
            </w:tcMar>
          </w:tcPr>
          <w:p w14:paraId="44CE6F30" w14:textId="77777777" w:rsidR="00BA05D3" w:rsidRPr="00EE0A40" w:rsidRDefault="002B77C4">
            <w:pPr>
              <w:rPr>
                <w:color w:val="028CC3"/>
                <w:sz w:val="22"/>
              </w:rPr>
            </w:pPr>
            <w:r w:rsidRPr="00EE0A40">
              <w:rPr>
                <w:b/>
                <w:color w:val="028CC3"/>
                <w:sz w:val="22"/>
              </w:rPr>
              <w:t>Best Phone</w:t>
            </w:r>
          </w:p>
        </w:tc>
        <w:tc>
          <w:tcPr>
            <w:tcW w:w="6264" w:type="dxa"/>
            <w:tcBorders>
              <w:top w:val="nil"/>
              <w:left w:val="nil"/>
              <w:bottom w:val="nil"/>
              <w:right w:val="nil"/>
            </w:tcBorders>
            <w:tcMar>
              <w:top w:w="30" w:type="dxa"/>
              <w:left w:w="30" w:type="dxa"/>
              <w:bottom w:w="10" w:type="dxa"/>
              <w:right w:w="30" w:type="dxa"/>
            </w:tcMar>
          </w:tcPr>
          <w:p w14:paraId="3E8C5223" w14:textId="77777777" w:rsidR="00BA05D3" w:rsidRPr="00EE0A40" w:rsidRDefault="002B77C4">
            <w:pPr>
              <w:rPr>
                <w:color w:val="028CC3"/>
                <w:sz w:val="22"/>
              </w:rPr>
            </w:pPr>
            <w:r w:rsidRPr="00EE0A40">
              <w:rPr>
                <w:b/>
                <w:color w:val="028CC3"/>
                <w:sz w:val="22"/>
              </w:rPr>
              <w:t>Best Email</w:t>
            </w:r>
          </w:p>
        </w:tc>
      </w:tr>
      <w:tr w:rsidR="00BA05D3" w:rsidRPr="00EE0A40" w14:paraId="0D738DE4" w14:textId="77777777">
        <w:trPr>
          <w:cantSplit/>
          <w:jc w:val="center"/>
        </w:trPr>
        <w:tc>
          <w:tcPr>
            <w:tcW w:w="3744" w:type="dxa"/>
            <w:tcBorders>
              <w:top w:val="nil"/>
              <w:left w:val="nil"/>
              <w:bottom w:val="single" w:sz="6" w:space="0" w:color="7F7F7F"/>
              <w:right w:val="nil"/>
            </w:tcBorders>
            <w:tcMar>
              <w:top w:w="20" w:type="dxa"/>
              <w:left w:w="30" w:type="dxa"/>
              <w:bottom w:w="40" w:type="dxa"/>
              <w:right w:w="30" w:type="dxa"/>
            </w:tcMar>
          </w:tcPr>
          <w:p w14:paraId="050EFB56" w14:textId="77777777" w:rsidR="00BA05D3" w:rsidRPr="00EE0A40" w:rsidRDefault="00000000">
            <w:pPr>
              <w:rPr>
                <w:color w:val="028CC3"/>
                <w:sz w:val="22"/>
              </w:rPr>
            </w:pPr>
            <w:sdt>
              <w:sdtPr>
                <w:rPr>
                  <w:rFonts w:ascii="Josefin Sans Light" w:hAnsi="Josefin Sans Light"/>
                  <w:i/>
                  <w:iCs/>
                  <w:color w:val="028CC3"/>
                  <w:sz w:val="22"/>
                </w:rPr>
                <w:alias w:val="FIELD_035_BEST_PHONE"/>
                <w:tag w:val="FIELD_035_BEST_PHONE"/>
                <w:id w:val="-734309371"/>
                <w:text/>
              </w:sdtPr>
              <w:sdtContent>
                <w:r w:rsidR="002B77C4" w:rsidRPr="00EE0A40">
                  <w:rPr>
                    <w:rFonts w:ascii="Josefin Sans Light" w:hAnsi="Josefin Sans Light"/>
                    <w:i/>
                    <w:iCs/>
                    <w:color w:val="028CC3"/>
                    <w:sz w:val="22"/>
                  </w:rPr>
                  <w:t>Type here.</w:t>
                </w:r>
              </w:sdtContent>
            </w:sdt>
          </w:p>
        </w:tc>
        <w:tc>
          <w:tcPr>
            <w:tcW w:w="6264" w:type="dxa"/>
            <w:tcBorders>
              <w:top w:val="nil"/>
              <w:left w:val="nil"/>
              <w:bottom w:val="single" w:sz="6" w:space="0" w:color="7F7F7F"/>
              <w:right w:val="nil"/>
            </w:tcBorders>
            <w:tcMar>
              <w:top w:w="20" w:type="dxa"/>
              <w:left w:w="30" w:type="dxa"/>
              <w:bottom w:w="40" w:type="dxa"/>
              <w:right w:w="30" w:type="dxa"/>
            </w:tcMar>
          </w:tcPr>
          <w:p w14:paraId="2ACCCA24" w14:textId="77777777" w:rsidR="00BA05D3" w:rsidRPr="00EE0A40" w:rsidRDefault="00000000">
            <w:pPr>
              <w:rPr>
                <w:color w:val="028CC3"/>
                <w:sz w:val="22"/>
              </w:rPr>
            </w:pPr>
            <w:sdt>
              <w:sdtPr>
                <w:rPr>
                  <w:rFonts w:ascii="Josefin Sans Light" w:hAnsi="Josefin Sans Light"/>
                  <w:iCs/>
                  <w:color w:val="028CC3"/>
                  <w:sz w:val="22"/>
                </w:rPr>
                <w:alias w:val="FIELD_036_BEST_EMAIL"/>
                <w:tag w:val="FIELD_036_BEST_EMAIL"/>
                <w:id w:val="-1463410488"/>
                <w:text/>
              </w:sdtPr>
              <w:sdtContent>
                <w:r w:rsidR="002B77C4" w:rsidRPr="00EE0A40">
                  <w:rPr>
                    <w:rFonts w:ascii="Josefin Sans Light" w:hAnsi="Josefin Sans Light"/>
                    <w:i/>
                    <w:iCs/>
                    <w:color w:val="028CC3"/>
                    <w:sz w:val="22"/>
                  </w:rPr>
                  <w:t>Type here.</w:t>
                </w:r>
              </w:sdtContent>
            </w:sdt>
          </w:p>
        </w:tc>
      </w:tr>
    </w:tbl>
    <w:p w14:paraId="251709E5" w14:textId="77777777" w:rsidR="00BA05D3" w:rsidRDefault="00BA05D3">
      <w:pPr>
        <w:spacing w:after="60"/>
      </w:pPr>
    </w:p>
    <w:p w14:paraId="7FE35427" w14:textId="77777777" w:rsidR="00BA05D3" w:rsidRDefault="002B77C4">
      <w:r>
        <w:br w:type="page"/>
      </w:r>
    </w:p>
    <w:p w14:paraId="695E1ECD" w14:textId="52616512" w:rsidR="00EE0A40" w:rsidRPr="0014302A" w:rsidRDefault="00EE0A40" w:rsidP="00EE0A40">
      <w:pPr>
        <w:spacing w:after="60"/>
        <w:rPr>
          <w:color w:val="028CC3"/>
        </w:rPr>
      </w:pPr>
      <w:r>
        <w:rPr>
          <w:b/>
          <w:color w:val="028CC3"/>
          <w:sz w:val="50"/>
        </w:rPr>
        <w:lastRenderedPageBreak/>
        <w:t>NOMINATION FORM</w:t>
      </w:r>
    </w:p>
    <w:p w14:paraId="5AD08054" w14:textId="77777777" w:rsidR="00EE0A40" w:rsidRDefault="00EE0A40" w:rsidP="00EE0A40">
      <w:pPr>
        <w:rPr>
          <w:rFonts w:ascii="Josefin Sans Light" w:hAnsi="Josefin Sans Light"/>
          <w:i/>
          <w:iCs/>
          <w:color w:val="67B83E"/>
          <w:sz w:val="36"/>
        </w:rPr>
      </w:pPr>
      <w:r w:rsidRPr="0014302A">
        <w:rPr>
          <w:rFonts w:ascii="Josefin Sans Light" w:hAnsi="Josefin Sans Light"/>
          <w:i/>
          <w:iCs/>
          <w:color w:val="67B83E"/>
          <w:sz w:val="36"/>
        </w:rPr>
        <w:t>President’s Leadership Circle Program</w:t>
      </w:r>
    </w:p>
    <w:p w14:paraId="0AE9DBBF" w14:textId="77777777" w:rsidR="00BA05D3" w:rsidRDefault="00BA05D3"/>
    <w:tbl>
      <w:tblPr>
        <w:tblW w:w="0" w:type="auto"/>
        <w:jc w:val="center"/>
        <w:tblLayout w:type="fixed"/>
        <w:tblLook w:val="04A0" w:firstRow="1" w:lastRow="0" w:firstColumn="1" w:lastColumn="0" w:noHBand="0" w:noVBand="1"/>
      </w:tblPr>
      <w:tblGrid>
        <w:gridCol w:w="10454"/>
        <w:gridCol w:w="70"/>
      </w:tblGrid>
      <w:tr w:rsidR="00BA05D3" w14:paraId="3B54CE2E" w14:textId="77777777">
        <w:trPr>
          <w:gridAfter w:val="1"/>
          <w:wAfter w:w="70" w:type="dxa"/>
          <w:jc w:val="center"/>
        </w:trPr>
        <w:tc>
          <w:tcPr>
            <w:tcW w:w="10454" w:type="dxa"/>
            <w:tcBorders>
              <w:top w:val="nil"/>
              <w:left w:val="nil"/>
              <w:bottom w:val="nil"/>
              <w:right w:val="nil"/>
            </w:tcBorders>
            <w:shd w:val="clear" w:color="auto" w:fill="FFFFFF"/>
            <w:tcMar>
              <w:top w:w="80" w:type="dxa"/>
              <w:left w:w="100" w:type="dxa"/>
              <w:bottom w:w="80" w:type="dxa"/>
              <w:right w:w="100" w:type="dxa"/>
            </w:tcMar>
          </w:tcPr>
          <w:p w14:paraId="489FF3B2" w14:textId="335A66BE" w:rsidR="00BA05D3" w:rsidRPr="00EE0A40" w:rsidRDefault="002B77C4" w:rsidP="00EE0A40">
            <w:pPr>
              <w:spacing w:line="360" w:lineRule="auto"/>
              <w:rPr>
                <w:color w:val="244A8F"/>
                <w:sz w:val="24"/>
                <w:szCs w:val="24"/>
              </w:rPr>
            </w:pPr>
            <w:r w:rsidRPr="00EE0A40">
              <w:rPr>
                <w:color w:val="028CC3"/>
                <w:sz w:val="24"/>
                <w:szCs w:val="24"/>
              </w:rPr>
              <w:t>This form should be completed by a teacher, counselor, coach, supervisor, mentor, faith/community leader, or another adult who knows the student well. Family members should not complete the recommendation.</w:t>
            </w:r>
          </w:p>
        </w:tc>
      </w:tr>
      <w:tr w:rsidR="00BA05D3" w:rsidRPr="00EE0A40" w14:paraId="3FDADD2D" w14:textId="77777777">
        <w:trPr>
          <w:cantSplit/>
          <w:jc w:val="center"/>
        </w:trPr>
        <w:tc>
          <w:tcPr>
            <w:tcW w:w="10080" w:type="dxa"/>
            <w:gridSpan w:val="2"/>
            <w:tcBorders>
              <w:top w:val="nil"/>
              <w:left w:val="nil"/>
              <w:bottom w:val="nil"/>
              <w:right w:val="nil"/>
            </w:tcBorders>
            <w:tcMar>
              <w:top w:w="30" w:type="dxa"/>
              <w:left w:w="30" w:type="dxa"/>
              <w:bottom w:w="10" w:type="dxa"/>
              <w:right w:w="30" w:type="dxa"/>
            </w:tcMar>
          </w:tcPr>
          <w:p w14:paraId="72748272" w14:textId="77777777" w:rsidR="00EE0A40" w:rsidRPr="00EE0A40" w:rsidRDefault="00EE0A40">
            <w:pPr>
              <w:rPr>
                <w:b/>
                <w:color w:val="028CC3"/>
                <w:sz w:val="24"/>
                <w:szCs w:val="24"/>
              </w:rPr>
            </w:pPr>
          </w:p>
          <w:p w14:paraId="3F767E5F" w14:textId="353FFA5D" w:rsidR="00BA05D3" w:rsidRPr="00EE0A40" w:rsidRDefault="002B77C4">
            <w:pPr>
              <w:rPr>
                <w:color w:val="028CC3"/>
                <w:sz w:val="24"/>
                <w:szCs w:val="24"/>
              </w:rPr>
            </w:pPr>
            <w:r w:rsidRPr="00EE0A40">
              <w:rPr>
                <w:b/>
                <w:color w:val="028CC3"/>
                <w:sz w:val="24"/>
                <w:szCs w:val="24"/>
              </w:rPr>
              <w:t>Student Name</w:t>
            </w:r>
          </w:p>
        </w:tc>
      </w:tr>
      <w:tr w:rsidR="00BA05D3" w:rsidRPr="00EE0A40" w14:paraId="73868E55" w14:textId="77777777">
        <w:trPr>
          <w:cantSplit/>
          <w:jc w:val="center"/>
        </w:trPr>
        <w:tc>
          <w:tcPr>
            <w:tcW w:w="10080" w:type="dxa"/>
            <w:gridSpan w:val="2"/>
            <w:tcBorders>
              <w:top w:val="nil"/>
              <w:left w:val="nil"/>
              <w:bottom w:val="single" w:sz="6" w:space="0" w:color="7F7F7F"/>
              <w:right w:val="nil"/>
            </w:tcBorders>
            <w:tcMar>
              <w:top w:w="20" w:type="dxa"/>
              <w:left w:w="30" w:type="dxa"/>
              <w:bottom w:w="40" w:type="dxa"/>
              <w:right w:w="30" w:type="dxa"/>
            </w:tcMar>
          </w:tcPr>
          <w:p w14:paraId="4A63D8F2" w14:textId="77777777" w:rsidR="00BA05D3" w:rsidRPr="00EE0A40" w:rsidRDefault="00000000">
            <w:pPr>
              <w:rPr>
                <w:color w:val="028CC3"/>
                <w:sz w:val="24"/>
                <w:szCs w:val="24"/>
              </w:rPr>
            </w:pPr>
            <w:sdt>
              <w:sdtPr>
                <w:rPr>
                  <w:rFonts w:ascii="Josefin Sans Light" w:hAnsi="Josefin Sans Light"/>
                  <w:iCs/>
                  <w:color w:val="028CC3"/>
                  <w:sz w:val="24"/>
                  <w:szCs w:val="24"/>
                </w:rPr>
                <w:alias w:val="FIELD_037_STUDENT_NAME"/>
                <w:tag w:val="FIELD_037_STUDENT_NAME"/>
                <w:id w:val="-537433859"/>
                <w:text/>
              </w:sdtPr>
              <w:sdtContent>
                <w:r w:rsidR="002B77C4" w:rsidRPr="00EE0A40">
                  <w:rPr>
                    <w:rFonts w:ascii="Josefin Sans Light" w:hAnsi="Josefin Sans Light"/>
                    <w:i/>
                    <w:iCs/>
                    <w:color w:val="028CC3"/>
                    <w:sz w:val="24"/>
                    <w:szCs w:val="24"/>
                  </w:rPr>
                  <w:t>Type here.</w:t>
                </w:r>
              </w:sdtContent>
            </w:sdt>
          </w:p>
        </w:tc>
      </w:tr>
    </w:tbl>
    <w:p w14:paraId="0C0F4B98" w14:textId="77777777" w:rsidR="00BA05D3" w:rsidRPr="00EE0A40" w:rsidRDefault="00BA05D3" w:rsidP="00440529">
      <w:pPr>
        <w:spacing w:after="60"/>
        <w:jc w:val="both"/>
        <w:rPr>
          <w:color w:val="028CC3"/>
          <w:sz w:val="24"/>
          <w:szCs w:val="24"/>
        </w:rPr>
      </w:pPr>
    </w:p>
    <w:tbl>
      <w:tblPr>
        <w:tblW w:w="0" w:type="auto"/>
        <w:tblLayout w:type="fixed"/>
        <w:tblLook w:val="04A0" w:firstRow="1" w:lastRow="0" w:firstColumn="1" w:lastColumn="0" w:noHBand="0" w:noVBand="1"/>
      </w:tblPr>
      <w:tblGrid>
        <w:gridCol w:w="5040"/>
        <w:gridCol w:w="4968"/>
      </w:tblGrid>
      <w:tr w:rsidR="00BA05D3" w:rsidRPr="00EE0A40" w14:paraId="262858A0" w14:textId="77777777" w:rsidTr="00440529">
        <w:trPr>
          <w:cantSplit/>
        </w:trPr>
        <w:tc>
          <w:tcPr>
            <w:tcW w:w="5040" w:type="dxa"/>
            <w:tcBorders>
              <w:top w:val="nil"/>
              <w:left w:val="nil"/>
              <w:bottom w:val="nil"/>
              <w:right w:val="nil"/>
            </w:tcBorders>
            <w:tcMar>
              <w:top w:w="30" w:type="dxa"/>
              <w:left w:w="30" w:type="dxa"/>
              <w:bottom w:w="10" w:type="dxa"/>
              <w:right w:w="30" w:type="dxa"/>
            </w:tcMar>
          </w:tcPr>
          <w:p w14:paraId="41D3AB4F" w14:textId="77777777" w:rsidR="00BA05D3" w:rsidRPr="00EE0A40" w:rsidRDefault="002B77C4" w:rsidP="00440529">
            <w:pPr>
              <w:jc w:val="both"/>
              <w:rPr>
                <w:color w:val="028CC3"/>
                <w:sz w:val="24"/>
                <w:szCs w:val="24"/>
              </w:rPr>
            </w:pPr>
            <w:r w:rsidRPr="00EE0A40">
              <w:rPr>
                <w:b/>
                <w:color w:val="028CC3"/>
                <w:sz w:val="24"/>
                <w:szCs w:val="24"/>
              </w:rPr>
              <w:t>Recommender Name</w:t>
            </w:r>
          </w:p>
        </w:tc>
        <w:tc>
          <w:tcPr>
            <w:tcW w:w="4968" w:type="dxa"/>
            <w:tcBorders>
              <w:top w:val="nil"/>
              <w:left w:val="nil"/>
              <w:bottom w:val="nil"/>
              <w:right w:val="nil"/>
            </w:tcBorders>
            <w:tcMar>
              <w:top w:w="30" w:type="dxa"/>
              <w:left w:w="30" w:type="dxa"/>
              <w:bottom w:w="10" w:type="dxa"/>
              <w:right w:w="30" w:type="dxa"/>
            </w:tcMar>
          </w:tcPr>
          <w:p w14:paraId="705FCC2A" w14:textId="77777777" w:rsidR="00BA05D3" w:rsidRPr="00EE0A40" w:rsidRDefault="002B77C4" w:rsidP="00440529">
            <w:pPr>
              <w:jc w:val="both"/>
              <w:rPr>
                <w:color w:val="028CC3"/>
                <w:sz w:val="24"/>
                <w:szCs w:val="24"/>
              </w:rPr>
            </w:pPr>
            <w:r w:rsidRPr="00EE0A40">
              <w:rPr>
                <w:b/>
                <w:color w:val="028CC3"/>
                <w:sz w:val="24"/>
                <w:szCs w:val="24"/>
              </w:rPr>
              <w:t>Title / Occupation</w:t>
            </w:r>
          </w:p>
        </w:tc>
      </w:tr>
      <w:tr w:rsidR="00BA05D3" w:rsidRPr="00EE0A40" w14:paraId="554DD2A6" w14:textId="77777777" w:rsidTr="00440529">
        <w:trPr>
          <w:cantSplit/>
        </w:trPr>
        <w:tc>
          <w:tcPr>
            <w:tcW w:w="5040" w:type="dxa"/>
            <w:tcBorders>
              <w:top w:val="nil"/>
              <w:left w:val="nil"/>
              <w:bottom w:val="single" w:sz="6" w:space="0" w:color="7F7F7F"/>
              <w:right w:val="nil"/>
            </w:tcBorders>
            <w:tcMar>
              <w:top w:w="20" w:type="dxa"/>
              <w:left w:w="30" w:type="dxa"/>
              <w:bottom w:w="40" w:type="dxa"/>
              <w:right w:w="30" w:type="dxa"/>
            </w:tcMar>
          </w:tcPr>
          <w:p w14:paraId="74DCC538" w14:textId="77777777" w:rsidR="00BA05D3" w:rsidRPr="00EE0A40" w:rsidRDefault="00000000" w:rsidP="00440529">
            <w:pPr>
              <w:jc w:val="both"/>
              <w:rPr>
                <w:color w:val="028CC3"/>
                <w:sz w:val="24"/>
                <w:szCs w:val="24"/>
              </w:rPr>
            </w:pPr>
            <w:sdt>
              <w:sdtPr>
                <w:rPr>
                  <w:rFonts w:ascii="Josefin Sans Light" w:hAnsi="Josefin Sans Light"/>
                  <w:i/>
                  <w:iCs/>
                  <w:color w:val="028CC3"/>
                  <w:sz w:val="24"/>
                  <w:szCs w:val="24"/>
                </w:rPr>
                <w:alias w:val="FIELD_038_RECOMMENDER_NAME"/>
                <w:tag w:val="FIELD_038_RECOMMENDER_NAME"/>
                <w:id w:val="67228407"/>
                <w:text/>
              </w:sdtPr>
              <w:sdtContent>
                <w:r w:rsidR="002B77C4" w:rsidRPr="00EE0A40">
                  <w:rPr>
                    <w:rFonts w:ascii="Josefin Sans Light" w:hAnsi="Josefin Sans Light"/>
                    <w:i/>
                    <w:iCs/>
                    <w:color w:val="028CC3"/>
                    <w:sz w:val="24"/>
                    <w:szCs w:val="24"/>
                  </w:rPr>
                  <w:t>Type here.</w:t>
                </w:r>
              </w:sdtContent>
            </w:sdt>
          </w:p>
        </w:tc>
        <w:tc>
          <w:tcPr>
            <w:tcW w:w="4968" w:type="dxa"/>
            <w:tcBorders>
              <w:top w:val="nil"/>
              <w:left w:val="nil"/>
              <w:bottom w:val="single" w:sz="6" w:space="0" w:color="7F7F7F"/>
              <w:right w:val="nil"/>
            </w:tcBorders>
            <w:tcMar>
              <w:top w:w="20" w:type="dxa"/>
              <w:left w:w="30" w:type="dxa"/>
              <w:bottom w:w="40" w:type="dxa"/>
              <w:right w:w="30" w:type="dxa"/>
            </w:tcMar>
          </w:tcPr>
          <w:p w14:paraId="5486E00A" w14:textId="77777777" w:rsidR="00BA05D3" w:rsidRPr="00EE0A40" w:rsidRDefault="00000000" w:rsidP="00440529">
            <w:pPr>
              <w:jc w:val="both"/>
              <w:rPr>
                <w:color w:val="028CC3"/>
                <w:sz w:val="24"/>
                <w:szCs w:val="24"/>
              </w:rPr>
            </w:pPr>
            <w:sdt>
              <w:sdtPr>
                <w:rPr>
                  <w:rFonts w:ascii="Josefin Sans Light" w:hAnsi="Josefin Sans Light"/>
                  <w:iCs/>
                  <w:color w:val="028CC3"/>
                  <w:sz w:val="24"/>
                  <w:szCs w:val="24"/>
                </w:rPr>
                <w:alias w:val="FIELD_039_TITLE_OCCUPATION"/>
                <w:tag w:val="FIELD_039_TITLE_OCCUPATION"/>
                <w:id w:val="-1033730304"/>
                <w:text/>
              </w:sdtPr>
              <w:sdtContent>
                <w:r w:rsidR="002B77C4" w:rsidRPr="00EE0A40">
                  <w:rPr>
                    <w:rFonts w:ascii="Josefin Sans Light" w:hAnsi="Josefin Sans Light"/>
                    <w:i/>
                    <w:iCs/>
                    <w:color w:val="028CC3"/>
                    <w:sz w:val="24"/>
                    <w:szCs w:val="24"/>
                  </w:rPr>
                  <w:t>Type here.</w:t>
                </w:r>
              </w:sdtContent>
            </w:sdt>
          </w:p>
        </w:tc>
      </w:tr>
    </w:tbl>
    <w:p w14:paraId="2596FD2D" w14:textId="77777777" w:rsidR="00BA05D3" w:rsidRPr="00EE0A40" w:rsidRDefault="00BA05D3" w:rsidP="00440529">
      <w:pPr>
        <w:spacing w:after="60"/>
        <w:jc w:val="both"/>
        <w:rPr>
          <w:color w:val="028CC3"/>
          <w:sz w:val="24"/>
          <w:szCs w:val="24"/>
        </w:rPr>
      </w:pPr>
    </w:p>
    <w:tbl>
      <w:tblPr>
        <w:tblW w:w="0" w:type="auto"/>
        <w:tblLayout w:type="fixed"/>
        <w:tblLook w:val="04A0" w:firstRow="1" w:lastRow="0" w:firstColumn="1" w:lastColumn="0" w:noHBand="0" w:noVBand="1"/>
      </w:tblPr>
      <w:tblGrid>
        <w:gridCol w:w="4320"/>
        <w:gridCol w:w="3456"/>
        <w:gridCol w:w="2232"/>
      </w:tblGrid>
      <w:tr w:rsidR="00BA05D3" w:rsidRPr="00EE0A40" w14:paraId="39FB5697" w14:textId="77777777" w:rsidTr="00440529">
        <w:trPr>
          <w:cantSplit/>
        </w:trPr>
        <w:tc>
          <w:tcPr>
            <w:tcW w:w="4320" w:type="dxa"/>
            <w:tcBorders>
              <w:top w:val="nil"/>
              <w:left w:val="nil"/>
              <w:bottom w:val="nil"/>
              <w:right w:val="nil"/>
            </w:tcBorders>
            <w:tcMar>
              <w:top w:w="30" w:type="dxa"/>
              <w:left w:w="30" w:type="dxa"/>
              <w:bottom w:w="10" w:type="dxa"/>
              <w:right w:w="30" w:type="dxa"/>
            </w:tcMar>
          </w:tcPr>
          <w:p w14:paraId="2C7B7D24" w14:textId="77777777" w:rsidR="00BA05D3" w:rsidRPr="00EE0A40" w:rsidRDefault="002B77C4" w:rsidP="00440529">
            <w:pPr>
              <w:jc w:val="both"/>
              <w:rPr>
                <w:color w:val="028CC3"/>
                <w:sz w:val="24"/>
                <w:szCs w:val="24"/>
              </w:rPr>
            </w:pPr>
            <w:r w:rsidRPr="00EE0A40">
              <w:rPr>
                <w:b/>
                <w:color w:val="028CC3"/>
                <w:sz w:val="24"/>
                <w:szCs w:val="24"/>
              </w:rPr>
              <w:t>Organization / School</w:t>
            </w:r>
          </w:p>
        </w:tc>
        <w:tc>
          <w:tcPr>
            <w:tcW w:w="3456" w:type="dxa"/>
            <w:tcBorders>
              <w:top w:val="nil"/>
              <w:left w:val="nil"/>
              <w:bottom w:val="nil"/>
              <w:right w:val="nil"/>
            </w:tcBorders>
            <w:tcMar>
              <w:top w:w="30" w:type="dxa"/>
              <w:left w:w="30" w:type="dxa"/>
              <w:bottom w:w="10" w:type="dxa"/>
              <w:right w:w="30" w:type="dxa"/>
            </w:tcMar>
          </w:tcPr>
          <w:p w14:paraId="187CA718" w14:textId="77777777" w:rsidR="00BA05D3" w:rsidRPr="00EE0A40" w:rsidRDefault="002B77C4" w:rsidP="00440529">
            <w:pPr>
              <w:jc w:val="both"/>
              <w:rPr>
                <w:color w:val="028CC3"/>
                <w:sz w:val="24"/>
                <w:szCs w:val="24"/>
              </w:rPr>
            </w:pPr>
            <w:r w:rsidRPr="00EE0A40">
              <w:rPr>
                <w:b/>
                <w:color w:val="028CC3"/>
                <w:sz w:val="24"/>
                <w:szCs w:val="24"/>
              </w:rPr>
              <w:t>Email</w:t>
            </w:r>
          </w:p>
        </w:tc>
        <w:tc>
          <w:tcPr>
            <w:tcW w:w="2232" w:type="dxa"/>
            <w:tcBorders>
              <w:top w:val="nil"/>
              <w:left w:val="nil"/>
              <w:bottom w:val="nil"/>
              <w:right w:val="nil"/>
            </w:tcBorders>
            <w:tcMar>
              <w:top w:w="30" w:type="dxa"/>
              <w:left w:w="30" w:type="dxa"/>
              <w:bottom w:w="10" w:type="dxa"/>
              <w:right w:w="30" w:type="dxa"/>
            </w:tcMar>
          </w:tcPr>
          <w:p w14:paraId="01231578" w14:textId="77777777" w:rsidR="00BA05D3" w:rsidRPr="00EE0A40" w:rsidRDefault="002B77C4" w:rsidP="00440529">
            <w:pPr>
              <w:jc w:val="both"/>
              <w:rPr>
                <w:color w:val="028CC3"/>
                <w:sz w:val="24"/>
                <w:szCs w:val="24"/>
              </w:rPr>
            </w:pPr>
            <w:r w:rsidRPr="00EE0A40">
              <w:rPr>
                <w:b/>
                <w:color w:val="028CC3"/>
                <w:sz w:val="24"/>
                <w:szCs w:val="24"/>
              </w:rPr>
              <w:t>Phone</w:t>
            </w:r>
          </w:p>
        </w:tc>
      </w:tr>
      <w:tr w:rsidR="00BA05D3" w:rsidRPr="00EE0A40" w14:paraId="77B945B6" w14:textId="77777777" w:rsidTr="00440529">
        <w:trPr>
          <w:cantSplit/>
        </w:trPr>
        <w:tc>
          <w:tcPr>
            <w:tcW w:w="4320" w:type="dxa"/>
            <w:tcBorders>
              <w:top w:val="nil"/>
              <w:left w:val="nil"/>
              <w:bottom w:val="single" w:sz="6" w:space="0" w:color="7F7F7F"/>
              <w:right w:val="nil"/>
            </w:tcBorders>
            <w:tcMar>
              <w:top w:w="20" w:type="dxa"/>
              <w:left w:w="30" w:type="dxa"/>
              <w:bottom w:w="40" w:type="dxa"/>
              <w:right w:w="30" w:type="dxa"/>
            </w:tcMar>
          </w:tcPr>
          <w:p w14:paraId="7A35A8F5" w14:textId="77777777" w:rsidR="00BA05D3" w:rsidRPr="00EE0A40" w:rsidRDefault="00000000" w:rsidP="00440529">
            <w:pPr>
              <w:jc w:val="both"/>
              <w:rPr>
                <w:color w:val="028CC3"/>
                <w:sz w:val="24"/>
                <w:szCs w:val="24"/>
              </w:rPr>
            </w:pPr>
            <w:sdt>
              <w:sdtPr>
                <w:rPr>
                  <w:rFonts w:ascii="Josefin Sans Light" w:hAnsi="Josefin Sans Light"/>
                  <w:i/>
                  <w:iCs/>
                  <w:color w:val="028CC3"/>
                  <w:sz w:val="24"/>
                  <w:szCs w:val="24"/>
                </w:rPr>
                <w:alias w:val="FIELD_040_ORGANIZATION_SCHOOL"/>
                <w:tag w:val="FIELD_040_ORGANIZATION_SCHOOL"/>
                <w:id w:val="1590652860"/>
                <w:text/>
              </w:sdtPr>
              <w:sdtContent>
                <w:r w:rsidR="002B77C4" w:rsidRPr="00EE0A40">
                  <w:rPr>
                    <w:rFonts w:ascii="Josefin Sans Light" w:hAnsi="Josefin Sans Light"/>
                    <w:i/>
                    <w:iCs/>
                    <w:color w:val="028CC3"/>
                    <w:sz w:val="24"/>
                    <w:szCs w:val="24"/>
                  </w:rPr>
                  <w:t>Type here.</w:t>
                </w:r>
              </w:sdtContent>
            </w:sdt>
          </w:p>
        </w:tc>
        <w:tc>
          <w:tcPr>
            <w:tcW w:w="3456" w:type="dxa"/>
            <w:tcBorders>
              <w:top w:val="nil"/>
              <w:left w:val="nil"/>
              <w:bottom w:val="single" w:sz="6" w:space="0" w:color="7F7F7F"/>
              <w:right w:val="nil"/>
            </w:tcBorders>
            <w:tcMar>
              <w:top w:w="20" w:type="dxa"/>
              <w:left w:w="30" w:type="dxa"/>
              <w:bottom w:w="40" w:type="dxa"/>
              <w:right w:w="30" w:type="dxa"/>
            </w:tcMar>
          </w:tcPr>
          <w:p w14:paraId="779FBCF5" w14:textId="77777777" w:rsidR="00BA05D3" w:rsidRPr="00EE0A40" w:rsidRDefault="00000000" w:rsidP="00440529">
            <w:pPr>
              <w:jc w:val="both"/>
              <w:rPr>
                <w:color w:val="028CC3"/>
                <w:sz w:val="24"/>
                <w:szCs w:val="24"/>
              </w:rPr>
            </w:pPr>
            <w:sdt>
              <w:sdtPr>
                <w:rPr>
                  <w:rFonts w:ascii="Josefin Sans Light" w:hAnsi="Josefin Sans Light"/>
                  <w:i/>
                  <w:iCs/>
                  <w:color w:val="028CC3"/>
                  <w:sz w:val="24"/>
                  <w:szCs w:val="24"/>
                </w:rPr>
                <w:alias w:val="FIELD_041_EMAIL"/>
                <w:tag w:val="FIELD_041_EMAIL"/>
                <w:id w:val="-844937769"/>
                <w:text/>
              </w:sdtPr>
              <w:sdtContent>
                <w:r w:rsidR="002B77C4" w:rsidRPr="00EE0A40">
                  <w:rPr>
                    <w:rFonts w:ascii="Josefin Sans Light" w:hAnsi="Josefin Sans Light"/>
                    <w:i/>
                    <w:iCs/>
                    <w:color w:val="028CC3"/>
                    <w:sz w:val="24"/>
                    <w:szCs w:val="24"/>
                  </w:rPr>
                  <w:t>Type here.</w:t>
                </w:r>
              </w:sdtContent>
            </w:sdt>
          </w:p>
        </w:tc>
        <w:tc>
          <w:tcPr>
            <w:tcW w:w="2232" w:type="dxa"/>
            <w:tcBorders>
              <w:top w:val="nil"/>
              <w:left w:val="nil"/>
              <w:bottom w:val="single" w:sz="6" w:space="0" w:color="7F7F7F"/>
              <w:right w:val="nil"/>
            </w:tcBorders>
            <w:tcMar>
              <w:top w:w="20" w:type="dxa"/>
              <w:left w:w="30" w:type="dxa"/>
              <w:bottom w:w="40" w:type="dxa"/>
              <w:right w:w="30" w:type="dxa"/>
            </w:tcMar>
          </w:tcPr>
          <w:p w14:paraId="4620E9E1" w14:textId="77777777" w:rsidR="00BA05D3" w:rsidRPr="00EE0A40" w:rsidRDefault="00000000" w:rsidP="00440529">
            <w:pPr>
              <w:jc w:val="both"/>
              <w:rPr>
                <w:color w:val="028CC3"/>
                <w:sz w:val="24"/>
                <w:szCs w:val="24"/>
              </w:rPr>
            </w:pPr>
            <w:sdt>
              <w:sdtPr>
                <w:rPr>
                  <w:rFonts w:ascii="Josefin Sans Light" w:hAnsi="Josefin Sans Light"/>
                  <w:iCs/>
                  <w:color w:val="028CC3"/>
                  <w:sz w:val="24"/>
                  <w:szCs w:val="24"/>
                </w:rPr>
                <w:alias w:val="FIELD_042_PHONE"/>
                <w:tag w:val="FIELD_042_PHONE"/>
                <w:id w:val="-1963487169"/>
                <w:text/>
              </w:sdtPr>
              <w:sdtContent>
                <w:r w:rsidR="002B77C4" w:rsidRPr="00440529">
                  <w:rPr>
                    <w:rFonts w:ascii="Josefin Sans Light" w:hAnsi="Josefin Sans Light"/>
                    <w:i/>
                    <w:iCs/>
                    <w:color w:val="028CC3"/>
                    <w:sz w:val="24"/>
                    <w:szCs w:val="24"/>
                  </w:rPr>
                  <w:t>Type here.</w:t>
                </w:r>
              </w:sdtContent>
            </w:sdt>
          </w:p>
        </w:tc>
      </w:tr>
    </w:tbl>
    <w:p w14:paraId="19B44351" w14:textId="77777777" w:rsidR="00BA05D3" w:rsidRPr="00EE0A40" w:rsidRDefault="00BA05D3" w:rsidP="00440529">
      <w:pPr>
        <w:spacing w:after="60"/>
        <w:jc w:val="both"/>
        <w:rPr>
          <w:color w:val="028CC3"/>
          <w:sz w:val="24"/>
          <w:szCs w:val="24"/>
        </w:rPr>
      </w:pPr>
    </w:p>
    <w:tbl>
      <w:tblPr>
        <w:tblW w:w="0" w:type="auto"/>
        <w:tblLayout w:type="fixed"/>
        <w:tblLook w:val="04A0" w:firstRow="1" w:lastRow="0" w:firstColumn="1" w:lastColumn="0" w:noHBand="0" w:noVBand="1"/>
      </w:tblPr>
      <w:tblGrid>
        <w:gridCol w:w="3528"/>
        <w:gridCol w:w="4248"/>
        <w:gridCol w:w="2232"/>
      </w:tblGrid>
      <w:tr w:rsidR="00BA05D3" w:rsidRPr="00EE0A40" w14:paraId="0530F720" w14:textId="77777777" w:rsidTr="00440529">
        <w:trPr>
          <w:cantSplit/>
        </w:trPr>
        <w:tc>
          <w:tcPr>
            <w:tcW w:w="3528" w:type="dxa"/>
            <w:tcBorders>
              <w:top w:val="nil"/>
              <w:left w:val="nil"/>
              <w:bottom w:val="nil"/>
              <w:right w:val="nil"/>
            </w:tcBorders>
            <w:tcMar>
              <w:top w:w="30" w:type="dxa"/>
              <w:left w:w="30" w:type="dxa"/>
              <w:bottom w:w="10" w:type="dxa"/>
              <w:right w:w="30" w:type="dxa"/>
            </w:tcMar>
          </w:tcPr>
          <w:p w14:paraId="338738FE" w14:textId="77777777" w:rsidR="00BA05D3" w:rsidRPr="00EE0A40" w:rsidRDefault="002B77C4" w:rsidP="00440529">
            <w:pPr>
              <w:jc w:val="both"/>
              <w:rPr>
                <w:color w:val="028CC3"/>
                <w:sz w:val="24"/>
                <w:szCs w:val="24"/>
              </w:rPr>
            </w:pPr>
            <w:r w:rsidRPr="00EE0A40">
              <w:rPr>
                <w:b/>
                <w:color w:val="028CC3"/>
                <w:sz w:val="24"/>
                <w:szCs w:val="24"/>
              </w:rPr>
              <w:t>Relationship to Student</w:t>
            </w:r>
          </w:p>
        </w:tc>
        <w:tc>
          <w:tcPr>
            <w:tcW w:w="4248" w:type="dxa"/>
            <w:tcBorders>
              <w:top w:val="nil"/>
              <w:left w:val="nil"/>
              <w:bottom w:val="nil"/>
              <w:right w:val="nil"/>
            </w:tcBorders>
            <w:tcMar>
              <w:top w:w="30" w:type="dxa"/>
              <w:left w:w="30" w:type="dxa"/>
              <w:bottom w:w="10" w:type="dxa"/>
              <w:right w:w="30" w:type="dxa"/>
            </w:tcMar>
          </w:tcPr>
          <w:p w14:paraId="65A23573" w14:textId="77777777" w:rsidR="00BA05D3" w:rsidRPr="00EE0A40" w:rsidRDefault="002B77C4" w:rsidP="00440529">
            <w:pPr>
              <w:jc w:val="both"/>
              <w:rPr>
                <w:color w:val="028CC3"/>
                <w:sz w:val="24"/>
                <w:szCs w:val="24"/>
              </w:rPr>
            </w:pPr>
            <w:r w:rsidRPr="00EE0A40">
              <w:rPr>
                <w:b/>
                <w:color w:val="028CC3"/>
                <w:sz w:val="24"/>
                <w:szCs w:val="24"/>
              </w:rPr>
              <w:t>How Long Have You Known the Student?</w:t>
            </w:r>
          </w:p>
        </w:tc>
        <w:tc>
          <w:tcPr>
            <w:tcW w:w="2232" w:type="dxa"/>
            <w:tcBorders>
              <w:top w:val="nil"/>
              <w:left w:val="nil"/>
              <w:bottom w:val="nil"/>
              <w:right w:val="nil"/>
            </w:tcBorders>
            <w:tcMar>
              <w:top w:w="30" w:type="dxa"/>
              <w:left w:w="30" w:type="dxa"/>
              <w:bottom w:w="10" w:type="dxa"/>
              <w:right w:w="30" w:type="dxa"/>
            </w:tcMar>
          </w:tcPr>
          <w:p w14:paraId="1AE95A11" w14:textId="77777777" w:rsidR="00BA05D3" w:rsidRPr="00EE0A40" w:rsidRDefault="002B77C4" w:rsidP="00440529">
            <w:pPr>
              <w:jc w:val="both"/>
              <w:rPr>
                <w:color w:val="028CC3"/>
                <w:sz w:val="24"/>
                <w:szCs w:val="24"/>
              </w:rPr>
            </w:pPr>
            <w:r w:rsidRPr="00EE0A40">
              <w:rPr>
                <w:b/>
                <w:color w:val="028CC3"/>
                <w:sz w:val="24"/>
                <w:szCs w:val="24"/>
              </w:rPr>
              <w:t>Contact Frequency</w:t>
            </w:r>
          </w:p>
        </w:tc>
      </w:tr>
      <w:tr w:rsidR="00BA05D3" w:rsidRPr="00EE0A40" w14:paraId="22C132FA" w14:textId="77777777" w:rsidTr="00440529">
        <w:trPr>
          <w:cantSplit/>
        </w:trPr>
        <w:tc>
          <w:tcPr>
            <w:tcW w:w="3528" w:type="dxa"/>
            <w:tcBorders>
              <w:top w:val="nil"/>
              <w:left w:val="nil"/>
              <w:bottom w:val="single" w:sz="6" w:space="0" w:color="7F7F7F"/>
              <w:right w:val="nil"/>
            </w:tcBorders>
            <w:tcMar>
              <w:top w:w="20" w:type="dxa"/>
              <w:left w:w="30" w:type="dxa"/>
              <w:bottom w:w="40" w:type="dxa"/>
              <w:right w:w="30" w:type="dxa"/>
            </w:tcMar>
          </w:tcPr>
          <w:p w14:paraId="42853BE6" w14:textId="77777777" w:rsidR="00BA05D3" w:rsidRPr="00EE0A40" w:rsidRDefault="00000000" w:rsidP="00440529">
            <w:pPr>
              <w:jc w:val="both"/>
              <w:rPr>
                <w:color w:val="028CC3"/>
                <w:sz w:val="24"/>
                <w:szCs w:val="24"/>
              </w:rPr>
            </w:pPr>
            <w:sdt>
              <w:sdtPr>
                <w:rPr>
                  <w:rFonts w:ascii="Josefin Sans Light" w:hAnsi="Josefin Sans Light"/>
                  <w:iCs/>
                  <w:color w:val="028CC3"/>
                  <w:sz w:val="24"/>
                  <w:szCs w:val="24"/>
                </w:rPr>
                <w:alias w:val="FIELD_043_RELATIONSHIP_TO_STUDENT"/>
                <w:tag w:val="FIELD_043_RELATIONSHIP_TO_STUDENT"/>
                <w:id w:val="409746598"/>
                <w:text/>
              </w:sdtPr>
              <w:sdtContent>
                <w:r w:rsidR="002B77C4" w:rsidRPr="00440529">
                  <w:rPr>
                    <w:rFonts w:ascii="Josefin Sans Light" w:hAnsi="Josefin Sans Light"/>
                    <w:i/>
                    <w:iCs/>
                    <w:color w:val="028CC3"/>
                    <w:sz w:val="24"/>
                    <w:szCs w:val="24"/>
                  </w:rPr>
                  <w:t>Type here.</w:t>
                </w:r>
              </w:sdtContent>
            </w:sdt>
          </w:p>
        </w:tc>
        <w:tc>
          <w:tcPr>
            <w:tcW w:w="4248" w:type="dxa"/>
            <w:tcBorders>
              <w:top w:val="nil"/>
              <w:left w:val="nil"/>
              <w:bottom w:val="single" w:sz="6" w:space="0" w:color="7F7F7F"/>
              <w:right w:val="nil"/>
            </w:tcBorders>
            <w:tcMar>
              <w:top w:w="20" w:type="dxa"/>
              <w:left w:w="30" w:type="dxa"/>
              <w:bottom w:w="40" w:type="dxa"/>
              <w:right w:w="30" w:type="dxa"/>
            </w:tcMar>
          </w:tcPr>
          <w:p w14:paraId="0C57C604" w14:textId="77777777" w:rsidR="00BA05D3" w:rsidRPr="00EE0A40" w:rsidRDefault="00000000" w:rsidP="00440529">
            <w:pPr>
              <w:jc w:val="both"/>
              <w:rPr>
                <w:color w:val="028CC3"/>
                <w:sz w:val="24"/>
                <w:szCs w:val="24"/>
              </w:rPr>
            </w:pPr>
            <w:sdt>
              <w:sdtPr>
                <w:rPr>
                  <w:rFonts w:ascii="Josefin Sans Light" w:hAnsi="Josefin Sans Light"/>
                  <w:i/>
                  <w:iCs/>
                  <w:color w:val="028CC3"/>
                  <w:sz w:val="24"/>
                  <w:szCs w:val="24"/>
                </w:rPr>
                <w:alias w:val="FIELD_044_HOW_LONG_HAVE_YOU_KNOWN_THE_STUDENT"/>
                <w:tag w:val="FIELD_044_HOW_LONG_HAVE_YOU_KNOWN_THE_STUDENT"/>
                <w:id w:val="1016208"/>
                <w:text/>
              </w:sdtPr>
              <w:sdtContent>
                <w:r w:rsidR="002B77C4" w:rsidRPr="00440529">
                  <w:rPr>
                    <w:rFonts w:ascii="Josefin Sans Light" w:hAnsi="Josefin Sans Light"/>
                    <w:i/>
                    <w:iCs/>
                    <w:color w:val="028CC3"/>
                    <w:sz w:val="24"/>
                    <w:szCs w:val="24"/>
                  </w:rPr>
                  <w:t>Type here.</w:t>
                </w:r>
              </w:sdtContent>
            </w:sdt>
          </w:p>
        </w:tc>
        <w:tc>
          <w:tcPr>
            <w:tcW w:w="2232" w:type="dxa"/>
            <w:tcBorders>
              <w:top w:val="nil"/>
              <w:left w:val="nil"/>
              <w:bottom w:val="single" w:sz="6" w:space="0" w:color="7F7F7F"/>
              <w:right w:val="nil"/>
            </w:tcBorders>
            <w:tcMar>
              <w:top w:w="20" w:type="dxa"/>
              <w:left w:w="30" w:type="dxa"/>
              <w:bottom w:w="40" w:type="dxa"/>
              <w:right w:w="30" w:type="dxa"/>
            </w:tcMar>
          </w:tcPr>
          <w:p w14:paraId="1E544AAB" w14:textId="77777777" w:rsidR="00BA05D3" w:rsidRPr="00EE0A40" w:rsidRDefault="00000000" w:rsidP="00440529">
            <w:pPr>
              <w:jc w:val="both"/>
              <w:rPr>
                <w:color w:val="028CC3"/>
                <w:sz w:val="24"/>
                <w:szCs w:val="24"/>
              </w:rPr>
            </w:pPr>
            <w:sdt>
              <w:sdtPr>
                <w:rPr>
                  <w:rFonts w:ascii="Josefin Sans Light" w:hAnsi="Josefin Sans Light"/>
                  <w:i/>
                  <w:iCs/>
                  <w:color w:val="028CC3"/>
                  <w:sz w:val="24"/>
                  <w:szCs w:val="24"/>
                </w:rPr>
                <w:alias w:val="FIELD_045_CONTACT_FREQUENCY"/>
                <w:tag w:val="FIELD_045_CONTACT_FREQUENCY"/>
                <w:id w:val="-903980720"/>
                <w:text/>
              </w:sdtPr>
              <w:sdtContent>
                <w:r w:rsidR="002B77C4" w:rsidRPr="00440529">
                  <w:rPr>
                    <w:rFonts w:ascii="Josefin Sans Light" w:hAnsi="Josefin Sans Light"/>
                    <w:i/>
                    <w:iCs/>
                    <w:color w:val="028CC3"/>
                    <w:sz w:val="24"/>
                    <w:szCs w:val="24"/>
                  </w:rPr>
                  <w:t>Type here.</w:t>
                </w:r>
              </w:sdtContent>
            </w:sdt>
          </w:p>
        </w:tc>
      </w:tr>
    </w:tbl>
    <w:p w14:paraId="68CD64C7" w14:textId="77777777" w:rsidR="00BA05D3" w:rsidRDefault="00BA05D3">
      <w:pPr>
        <w:spacing w:after="60"/>
      </w:pPr>
    </w:p>
    <w:tbl>
      <w:tblPr>
        <w:tblW w:w="0" w:type="auto"/>
        <w:jc w:val="center"/>
        <w:tblLayout w:type="fixed"/>
        <w:tblLook w:val="04A0" w:firstRow="1" w:lastRow="0" w:firstColumn="1" w:lastColumn="0" w:noHBand="0" w:noVBand="1"/>
      </w:tblPr>
      <w:tblGrid>
        <w:gridCol w:w="10454"/>
      </w:tblGrid>
      <w:tr w:rsidR="00BA05D3" w:rsidRPr="00440529" w14:paraId="5DAF25A6" w14:textId="77777777">
        <w:trPr>
          <w:jc w:val="center"/>
        </w:trPr>
        <w:tc>
          <w:tcPr>
            <w:tcW w:w="10454" w:type="dxa"/>
            <w:tcBorders>
              <w:top w:val="nil"/>
              <w:left w:val="nil"/>
              <w:bottom w:val="nil"/>
              <w:right w:val="nil"/>
            </w:tcBorders>
            <w:tcMar>
              <w:top w:w="35" w:type="dxa"/>
              <w:left w:w="10" w:type="dxa"/>
              <w:bottom w:w="25" w:type="dxa"/>
              <w:right w:w="10" w:type="dxa"/>
            </w:tcMar>
          </w:tcPr>
          <w:p w14:paraId="519510F5" w14:textId="77777777" w:rsidR="00440529" w:rsidRDefault="00440529">
            <w:pPr>
              <w:spacing w:after="80"/>
              <w:rPr>
                <w:b/>
                <w:color w:val="028CC3"/>
                <w:sz w:val="24"/>
                <w:szCs w:val="24"/>
              </w:rPr>
            </w:pPr>
          </w:p>
          <w:p w14:paraId="322FD880" w14:textId="77777777" w:rsidR="00440529" w:rsidRDefault="00440529">
            <w:pPr>
              <w:spacing w:after="80"/>
              <w:rPr>
                <w:b/>
                <w:color w:val="028CC3"/>
                <w:sz w:val="24"/>
                <w:szCs w:val="24"/>
              </w:rPr>
            </w:pPr>
          </w:p>
          <w:p w14:paraId="2AA01CD5" w14:textId="6E588AB3" w:rsidR="00BA05D3" w:rsidRPr="00440529" w:rsidRDefault="00440529">
            <w:pPr>
              <w:spacing w:after="80"/>
              <w:rPr>
                <w:color w:val="028CC3"/>
                <w:sz w:val="24"/>
                <w:szCs w:val="24"/>
              </w:rPr>
            </w:pPr>
            <w:r>
              <w:rPr>
                <w:b/>
                <w:color w:val="028CC3"/>
                <w:sz w:val="24"/>
                <w:szCs w:val="24"/>
              </w:rPr>
              <w:t xml:space="preserve">1. </w:t>
            </w:r>
            <w:r w:rsidR="002B77C4" w:rsidRPr="00440529">
              <w:rPr>
                <w:b/>
                <w:color w:val="028CC3"/>
                <w:sz w:val="24"/>
                <w:szCs w:val="24"/>
              </w:rPr>
              <w:t>Describe the student's potential to lead and serve others. Please provide a specific example.</w:t>
            </w:r>
          </w:p>
          <w:p w14:paraId="5B7ED87E" w14:textId="77777777" w:rsidR="00BA05D3" w:rsidRPr="00440529" w:rsidRDefault="00000000">
            <w:pPr>
              <w:rPr>
                <w:color w:val="028CC3"/>
                <w:sz w:val="24"/>
                <w:szCs w:val="24"/>
              </w:rPr>
            </w:pPr>
            <w:sdt>
              <w:sdtPr>
                <w:rPr>
                  <w:rFonts w:ascii="Josefin Sans Light" w:hAnsi="Josefin Sans Light"/>
                  <w:i/>
                  <w:iCs/>
                  <w:color w:val="028CC3"/>
                  <w:sz w:val="24"/>
                  <w:szCs w:val="24"/>
                </w:rPr>
                <w:alias w:val="LONG_017_DESCRIBE_THE_STUDENT_S_POTENTIAL_TO_LEAD_A"/>
                <w:tag w:val="LONG_017_DESCRIBE_THE_STUDENT_S_POTENTIAL_TO_LEAD_A"/>
                <w:id w:val="-1781104538"/>
                <w:text w:multiLine="1"/>
              </w:sdtPr>
              <w:sdtContent>
                <w:r w:rsidR="002B77C4" w:rsidRPr="00440529">
                  <w:rPr>
                    <w:rFonts w:ascii="Josefin Sans Light" w:hAnsi="Josefin Sans Light"/>
                    <w:i/>
                    <w:iCs/>
                    <w:color w:val="028CC3"/>
                    <w:sz w:val="24"/>
                    <w:szCs w:val="24"/>
                  </w:rPr>
                  <w:t>Type response here.</w:t>
                </w:r>
              </w:sdtContent>
            </w:sdt>
          </w:p>
          <w:p w14:paraId="2C442DB2" w14:textId="77777777" w:rsidR="00BA05D3" w:rsidRPr="00440529" w:rsidRDefault="00BA05D3">
            <w:pPr>
              <w:rPr>
                <w:color w:val="028CC3"/>
                <w:sz w:val="24"/>
                <w:szCs w:val="24"/>
              </w:rPr>
            </w:pPr>
          </w:p>
          <w:p w14:paraId="4E99C9EC" w14:textId="77777777" w:rsidR="00BA05D3" w:rsidRDefault="00BA05D3">
            <w:pPr>
              <w:rPr>
                <w:color w:val="028CC3"/>
                <w:sz w:val="24"/>
                <w:szCs w:val="24"/>
              </w:rPr>
            </w:pPr>
          </w:p>
          <w:p w14:paraId="1A0C2EBC" w14:textId="77777777" w:rsidR="00440529" w:rsidRPr="00440529" w:rsidRDefault="00440529">
            <w:pPr>
              <w:rPr>
                <w:color w:val="028CC3"/>
                <w:sz w:val="24"/>
                <w:szCs w:val="24"/>
              </w:rPr>
            </w:pPr>
          </w:p>
          <w:p w14:paraId="505155FD" w14:textId="77777777" w:rsidR="00BA05D3" w:rsidRDefault="00BA05D3">
            <w:pPr>
              <w:rPr>
                <w:color w:val="028CC3"/>
                <w:sz w:val="24"/>
                <w:szCs w:val="24"/>
              </w:rPr>
            </w:pPr>
          </w:p>
          <w:p w14:paraId="7CE44EC7" w14:textId="77777777" w:rsidR="00440529" w:rsidRPr="00440529" w:rsidRDefault="00440529">
            <w:pPr>
              <w:rPr>
                <w:color w:val="028CC3"/>
                <w:sz w:val="24"/>
                <w:szCs w:val="24"/>
              </w:rPr>
            </w:pPr>
          </w:p>
        </w:tc>
      </w:tr>
    </w:tbl>
    <w:p w14:paraId="234426CD" w14:textId="77777777" w:rsidR="00BA05D3" w:rsidRPr="00440529" w:rsidRDefault="00BA05D3">
      <w:pPr>
        <w:spacing w:after="40"/>
        <w:rPr>
          <w:color w:val="028CC3"/>
          <w:sz w:val="24"/>
          <w:szCs w:val="24"/>
        </w:rPr>
      </w:pPr>
    </w:p>
    <w:tbl>
      <w:tblPr>
        <w:tblW w:w="0" w:type="auto"/>
        <w:jc w:val="center"/>
        <w:tblLayout w:type="fixed"/>
        <w:tblLook w:val="04A0" w:firstRow="1" w:lastRow="0" w:firstColumn="1" w:lastColumn="0" w:noHBand="0" w:noVBand="1"/>
      </w:tblPr>
      <w:tblGrid>
        <w:gridCol w:w="10454"/>
      </w:tblGrid>
      <w:tr w:rsidR="00BA05D3" w:rsidRPr="00440529" w14:paraId="040EC5E8" w14:textId="77777777">
        <w:trPr>
          <w:jc w:val="center"/>
        </w:trPr>
        <w:tc>
          <w:tcPr>
            <w:tcW w:w="10454" w:type="dxa"/>
            <w:tcBorders>
              <w:top w:val="nil"/>
              <w:left w:val="nil"/>
              <w:bottom w:val="nil"/>
              <w:right w:val="nil"/>
            </w:tcBorders>
            <w:tcMar>
              <w:top w:w="35" w:type="dxa"/>
              <w:left w:w="10" w:type="dxa"/>
              <w:bottom w:w="25" w:type="dxa"/>
              <w:right w:w="10" w:type="dxa"/>
            </w:tcMar>
          </w:tcPr>
          <w:p w14:paraId="0891439E" w14:textId="2EFC0E7F" w:rsidR="00BA05D3" w:rsidRPr="00440529" w:rsidRDefault="00440529">
            <w:pPr>
              <w:spacing w:after="80"/>
              <w:rPr>
                <w:color w:val="028CC3"/>
                <w:sz w:val="24"/>
                <w:szCs w:val="24"/>
              </w:rPr>
            </w:pPr>
            <w:r>
              <w:rPr>
                <w:b/>
                <w:color w:val="028CC3"/>
                <w:sz w:val="24"/>
                <w:szCs w:val="24"/>
              </w:rPr>
              <w:t xml:space="preserve">2. </w:t>
            </w:r>
            <w:r w:rsidR="002B77C4" w:rsidRPr="00440529">
              <w:rPr>
                <w:b/>
                <w:color w:val="028CC3"/>
                <w:sz w:val="24"/>
                <w:szCs w:val="24"/>
              </w:rPr>
              <w:t>Describe a time the student demonstrated reliability, initiative, work ethic, or follow-through.</w:t>
            </w:r>
          </w:p>
          <w:p w14:paraId="47DBC044" w14:textId="77777777" w:rsidR="00BA05D3" w:rsidRPr="00440529" w:rsidRDefault="00000000">
            <w:pPr>
              <w:rPr>
                <w:color w:val="028CC3"/>
                <w:sz w:val="24"/>
                <w:szCs w:val="24"/>
              </w:rPr>
            </w:pPr>
            <w:sdt>
              <w:sdtPr>
                <w:rPr>
                  <w:rFonts w:ascii="Josefin Sans Light" w:hAnsi="Josefin Sans Light"/>
                  <w:iCs/>
                  <w:color w:val="028CC3"/>
                  <w:sz w:val="24"/>
                  <w:szCs w:val="24"/>
                </w:rPr>
                <w:alias w:val="LONG_018_DESCRIBE_A_TIME_THE_STUDENT_DEMONSTRATED_R"/>
                <w:tag w:val="LONG_018_DESCRIBE_A_TIME_THE_STUDENT_DEMONSTRATED_R"/>
                <w:id w:val="585885862"/>
                <w:text w:multiLine="1"/>
              </w:sdtPr>
              <w:sdtContent>
                <w:r w:rsidR="002B77C4" w:rsidRPr="00440529">
                  <w:rPr>
                    <w:rFonts w:ascii="Josefin Sans Light" w:hAnsi="Josefin Sans Light"/>
                    <w:i/>
                    <w:iCs/>
                    <w:color w:val="028CC3"/>
                    <w:sz w:val="24"/>
                    <w:szCs w:val="24"/>
                  </w:rPr>
                  <w:t>Type response here.</w:t>
                </w:r>
              </w:sdtContent>
            </w:sdt>
          </w:p>
          <w:p w14:paraId="546BCF90" w14:textId="77777777" w:rsidR="00BA05D3" w:rsidRPr="00440529" w:rsidRDefault="00BA05D3">
            <w:pPr>
              <w:rPr>
                <w:color w:val="028CC3"/>
                <w:sz w:val="24"/>
                <w:szCs w:val="24"/>
              </w:rPr>
            </w:pPr>
          </w:p>
          <w:p w14:paraId="47069F81" w14:textId="77777777" w:rsidR="00BA05D3" w:rsidRPr="00440529" w:rsidRDefault="00BA05D3">
            <w:pPr>
              <w:rPr>
                <w:color w:val="028CC3"/>
                <w:sz w:val="24"/>
                <w:szCs w:val="24"/>
              </w:rPr>
            </w:pPr>
          </w:p>
          <w:p w14:paraId="50EAF8D6" w14:textId="77777777" w:rsidR="00BA05D3" w:rsidRDefault="00BA05D3">
            <w:pPr>
              <w:rPr>
                <w:color w:val="028CC3"/>
                <w:sz w:val="24"/>
                <w:szCs w:val="24"/>
              </w:rPr>
            </w:pPr>
          </w:p>
          <w:p w14:paraId="327D53AD" w14:textId="77777777" w:rsidR="00440529" w:rsidRDefault="00440529">
            <w:pPr>
              <w:rPr>
                <w:color w:val="028CC3"/>
                <w:sz w:val="24"/>
                <w:szCs w:val="24"/>
              </w:rPr>
            </w:pPr>
          </w:p>
          <w:p w14:paraId="6421E9AF" w14:textId="77777777" w:rsidR="00440529" w:rsidRPr="00440529" w:rsidRDefault="00440529">
            <w:pPr>
              <w:rPr>
                <w:color w:val="028CC3"/>
                <w:sz w:val="24"/>
                <w:szCs w:val="24"/>
              </w:rPr>
            </w:pPr>
          </w:p>
        </w:tc>
      </w:tr>
    </w:tbl>
    <w:p w14:paraId="45CAF4E7" w14:textId="77777777" w:rsidR="00BA05D3" w:rsidRPr="00440529" w:rsidRDefault="00BA05D3">
      <w:pPr>
        <w:spacing w:after="40"/>
        <w:rPr>
          <w:color w:val="028CC3"/>
          <w:sz w:val="24"/>
          <w:szCs w:val="24"/>
        </w:rPr>
      </w:pPr>
    </w:p>
    <w:tbl>
      <w:tblPr>
        <w:tblW w:w="0" w:type="auto"/>
        <w:jc w:val="center"/>
        <w:tblLayout w:type="fixed"/>
        <w:tblLook w:val="04A0" w:firstRow="1" w:lastRow="0" w:firstColumn="1" w:lastColumn="0" w:noHBand="0" w:noVBand="1"/>
      </w:tblPr>
      <w:tblGrid>
        <w:gridCol w:w="10454"/>
      </w:tblGrid>
      <w:tr w:rsidR="00BA05D3" w:rsidRPr="00440529" w14:paraId="30139A43" w14:textId="77777777">
        <w:trPr>
          <w:jc w:val="center"/>
        </w:trPr>
        <w:tc>
          <w:tcPr>
            <w:tcW w:w="10454" w:type="dxa"/>
            <w:tcBorders>
              <w:top w:val="nil"/>
              <w:left w:val="nil"/>
              <w:bottom w:val="nil"/>
              <w:right w:val="nil"/>
            </w:tcBorders>
            <w:tcMar>
              <w:top w:w="35" w:type="dxa"/>
              <w:left w:w="10" w:type="dxa"/>
              <w:bottom w:w="25" w:type="dxa"/>
              <w:right w:w="10" w:type="dxa"/>
            </w:tcMar>
          </w:tcPr>
          <w:p w14:paraId="16220E6C" w14:textId="70230449" w:rsidR="00BA05D3" w:rsidRPr="00440529" w:rsidRDefault="00440529">
            <w:pPr>
              <w:spacing w:after="80"/>
              <w:rPr>
                <w:color w:val="028CC3"/>
                <w:sz w:val="24"/>
                <w:szCs w:val="24"/>
              </w:rPr>
            </w:pPr>
            <w:r>
              <w:rPr>
                <w:b/>
                <w:color w:val="028CC3"/>
                <w:sz w:val="24"/>
                <w:szCs w:val="24"/>
              </w:rPr>
              <w:t xml:space="preserve">3. </w:t>
            </w:r>
            <w:r w:rsidR="002B77C4" w:rsidRPr="00440529">
              <w:rPr>
                <w:b/>
                <w:color w:val="028CC3"/>
                <w:sz w:val="24"/>
                <w:szCs w:val="24"/>
              </w:rPr>
              <w:t>How does the student respond to feedback, challenges, or working with people who are different from them?</w:t>
            </w:r>
          </w:p>
          <w:p w14:paraId="33900A2B" w14:textId="77777777" w:rsidR="00BA05D3" w:rsidRPr="00440529" w:rsidRDefault="00000000">
            <w:pPr>
              <w:rPr>
                <w:color w:val="028CC3"/>
                <w:sz w:val="24"/>
                <w:szCs w:val="24"/>
              </w:rPr>
            </w:pPr>
            <w:sdt>
              <w:sdtPr>
                <w:rPr>
                  <w:rFonts w:ascii="Josefin Sans Light" w:hAnsi="Josefin Sans Light"/>
                  <w:iCs/>
                  <w:color w:val="028CC3"/>
                  <w:sz w:val="24"/>
                  <w:szCs w:val="24"/>
                </w:rPr>
                <w:alias w:val="LONG_019_HOW_DOES_THE_STUDENT_RESPOND_TO_FEEDBACK_C"/>
                <w:tag w:val="LONG_019_HOW_DOES_THE_STUDENT_RESPOND_TO_FEEDBACK_C"/>
                <w:id w:val="-1748410194"/>
                <w:text w:multiLine="1"/>
              </w:sdtPr>
              <w:sdtContent>
                <w:r w:rsidR="002B77C4" w:rsidRPr="00440529">
                  <w:rPr>
                    <w:rFonts w:ascii="Josefin Sans Light" w:hAnsi="Josefin Sans Light"/>
                    <w:i/>
                    <w:iCs/>
                    <w:color w:val="028CC3"/>
                    <w:sz w:val="24"/>
                    <w:szCs w:val="24"/>
                  </w:rPr>
                  <w:t>Type response here.</w:t>
                </w:r>
              </w:sdtContent>
            </w:sdt>
          </w:p>
          <w:p w14:paraId="37E2F1A8" w14:textId="77777777" w:rsidR="00BA05D3" w:rsidRPr="00440529" w:rsidRDefault="00BA05D3">
            <w:pPr>
              <w:rPr>
                <w:color w:val="028CC3"/>
                <w:sz w:val="24"/>
                <w:szCs w:val="24"/>
              </w:rPr>
            </w:pPr>
          </w:p>
          <w:p w14:paraId="185D924D" w14:textId="77777777" w:rsidR="00BA05D3" w:rsidRPr="00440529" w:rsidRDefault="00BA05D3">
            <w:pPr>
              <w:rPr>
                <w:color w:val="028CC3"/>
                <w:sz w:val="24"/>
                <w:szCs w:val="24"/>
              </w:rPr>
            </w:pPr>
          </w:p>
          <w:p w14:paraId="58C24666" w14:textId="77777777" w:rsidR="00BA05D3" w:rsidRPr="00440529" w:rsidRDefault="00BA05D3">
            <w:pPr>
              <w:rPr>
                <w:color w:val="028CC3"/>
                <w:sz w:val="24"/>
                <w:szCs w:val="24"/>
              </w:rPr>
            </w:pPr>
          </w:p>
        </w:tc>
      </w:tr>
    </w:tbl>
    <w:p w14:paraId="7B11C2B2" w14:textId="77777777" w:rsidR="00BA05D3" w:rsidRDefault="00BA05D3">
      <w:pPr>
        <w:spacing w:after="40"/>
      </w:pPr>
    </w:p>
    <w:p w14:paraId="73671601" w14:textId="77777777" w:rsidR="00BA05D3" w:rsidRDefault="002B77C4">
      <w:r>
        <w:br w:type="page"/>
      </w:r>
    </w:p>
    <w:p w14:paraId="08D96CEE" w14:textId="13792C55" w:rsidR="00440529" w:rsidRPr="0014302A" w:rsidRDefault="00440529" w:rsidP="00440529">
      <w:pPr>
        <w:spacing w:after="60"/>
        <w:rPr>
          <w:color w:val="028CC3"/>
        </w:rPr>
      </w:pPr>
      <w:r>
        <w:rPr>
          <w:b/>
          <w:color w:val="028CC3"/>
          <w:sz w:val="50"/>
        </w:rPr>
        <w:lastRenderedPageBreak/>
        <w:t xml:space="preserve">NOMINATION FORM – </w:t>
      </w:r>
      <w:r w:rsidRPr="00440529">
        <w:rPr>
          <w:b/>
          <w:i/>
          <w:iCs/>
          <w:color w:val="028CC3"/>
          <w:sz w:val="50"/>
        </w:rPr>
        <w:t>cont.</w:t>
      </w:r>
    </w:p>
    <w:p w14:paraId="18349FB5" w14:textId="77777777" w:rsidR="00440529" w:rsidRDefault="00440529" w:rsidP="00440529">
      <w:pPr>
        <w:rPr>
          <w:rFonts w:ascii="Josefin Sans Light" w:hAnsi="Josefin Sans Light"/>
          <w:i/>
          <w:iCs/>
          <w:color w:val="67B83E"/>
          <w:sz w:val="36"/>
        </w:rPr>
      </w:pPr>
      <w:r w:rsidRPr="0014302A">
        <w:rPr>
          <w:rFonts w:ascii="Josefin Sans Light" w:hAnsi="Josefin Sans Light"/>
          <w:i/>
          <w:iCs/>
          <w:color w:val="67B83E"/>
          <w:sz w:val="36"/>
        </w:rPr>
        <w:t>President’s Leadership Circle Program</w:t>
      </w:r>
    </w:p>
    <w:p w14:paraId="14701C38" w14:textId="77777777" w:rsidR="00BA05D3" w:rsidRDefault="00BA05D3"/>
    <w:tbl>
      <w:tblPr>
        <w:tblW w:w="0" w:type="auto"/>
        <w:jc w:val="center"/>
        <w:tblLayout w:type="fixed"/>
        <w:tblLook w:val="04A0" w:firstRow="1" w:lastRow="0" w:firstColumn="1" w:lastColumn="0" w:noHBand="0" w:noVBand="1"/>
      </w:tblPr>
      <w:tblGrid>
        <w:gridCol w:w="10454"/>
      </w:tblGrid>
      <w:tr w:rsidR="00BA05D3" w14:paraId="711726E8" w14:textId="77777777">
        <w:trPr>
          <w:jc w:val="center"/>
        </w:trPr>
        <w:tc>
          <w:tcPr>
            <w:tcW w:w="10454" w:type="dxa"/>
            <w:tcBorders>
              <w:top w:val="nil"/>
              <w:left w:val="nil"/>
              <w:bottom w:val="nil"/>
              <w:right w:val="nil"/>
            </w:tcBorders>
            <w:tcMar>
              <w:top w:w="35" w:type="dxa"/>
              <w:left w:w="10" w:type="dxa"/>
              <w:bottom w:w="25" w:type="dxa"/>
              <w:right w:w="10" w:type="dxa"/>
            </w:tcMar>
          </w:tcPr>
          <w:p w14:paraId="2BF74086" w14:textId="398F8BBC" w:rsidR="00BA05D3" w:rsidRPr="00440529" w:rsidRDefault="00440529">
            <w:pPr>
              <w:spacing w:after="80"/>
              <w:rPr>
                <w:sz w:val="24"/>
                <w:szCs w:val="24"/>
              </w:rPr>
            </w:pPr>
            <w:r>
              <w:rPr>
                <w:b/>
                <w:color w:val="000000"/>
                <w:sz w:val="24"/>
                <w:szCs w:val="24"/>
              </w:rPr>
              <w:br/>
            </w:r>
            <w:r w:rsidR="002B77C4" w:rsidRPr="00440529">
              <w:rPr>
                <w:b/>
                <w:color w:val="028CC3"/>
                <w:sz w:val="24"/>
                <w:szCs w:val="24"/>
              </w:rPr>
              <w:t>What area of growth should PLC help this student strengthen?</w:t>
            </w:r>
          </w:p>
          <w:p w14:paraId="477326A7" w14:textId="77777777" w:rsidR="00BA05D3" w:rsidRPr="00440529" w:rsidRDefault="00000000">
            <w:pPr>
              <w:rPr>
                <w:sz w:val="24"/>
                <w:szCs w:val="24"/>
              </w:rPr>
            </w:pPr>
            <w:sdt>
              <w:sdtPr>
                <w:rPr>
                  <w:rFonts w:ascii="Josefin Sans Light" w:hAnsi="Josefin Sans Light"/>
                  <w:iCs/>
                  <w:sz w:val="24"/>
                  <w:szCs w:val="24"/>
                </w:rPr>
                <w:alias w:val="LONG_020_WHAT_AREA_OF_GROWTH_SHOULD_PLC_HELP_THIS_S"/>
                <w:tag w:val="LONG_020_WHAT_AREA_OF_GROWTH_SHOULD_PLC_HELP_THIS_S"/>
                <w:id w:val="1108772402"/>
                <w:text w:multiLine="1"/>
              </w:sdtPr>
              <w:sdtContent>
                <w:r w:rsidR="002B77C4" w:rsidRPr="00440529">
                  <w:rPr>
                    <w:rFonts w:ascii="Josefin Sans Light" w:hAnsi="Josefin Sans Light"/>
                    <w:i/>
                    <w:iCs/>
                    <w:color w:val="8A8A8A"/>
                    <w:sz w:val="24"/>
                    <w:szCs w:val="24"/>
                  </w:rPr>
                  <w:t>Type response here.</w:t>
                </w:r>
              </w:sdtContent>
            </w:sdt>
          </w:p>
          <w:p w14:paraId="279EA392" w14:textId="77777777" w:rsidR="00BA05D3" w:rsidRDefault="00BA05D3"/>
          <w:p w14:paraId="0BF5D5C9" w14:textId="77777777" w:rsidR="00BA05D3" w:rsidRDefault="00BA05D3"/>
        </w:tc>
      </w:tr>
    </w:tbl>
    <w:p w14:paraId="203C768A" w14:textId="77777777" w:rsidR="00BA05D3" w:rsidRDefault="00BA05D3">
      <w:pPr>
        <w:spacing w:after="40"/>
      </w:pPr>
    </w:p>
    <w:tbl>
      <w:tblPr>
        <w:tblW w:w="10894" w:type="dxa"/>
        <w:tblLayout w:type="fixed"/>
        <w:tblLook w:val="04A0" w:firstRow="1" w:lastRow="0" w:firstColumn="1" w:lastColumn="0" w:noHBand="0" w:noVBand="1"/>
      </w:tblPr>
      <w:tblGrid>
        <w:gridCol w:w="3960"/>
        <w:gridCol w:w="1620"/>
        <w:gridCol w:w="1710"/>
        <w:gridCol w:w="1530"/>
        <w:gridCol w:w="1440"/>
        <w:gridCol w:w="634"/>
      </w:tblGrid>
      <w:tr w:rsidR="00BA05D3" w14:paraId="2EBEA28F" w14:textId="77777777" w:rsidTr="00440529">
        <w:trPr>
          <w:gridAfter w:val="1"/>
          <w:wAfter w:w="634" w:type="dxa"/>
          <w:trHeight w:val="597"/>
        </w:trPr>
        <w:tc>
          <w:tcPr>
            <w:tcW w:w="3960" w:type="dxa"/>
            <w:tcBorders>
              <w:top w:val="single" w:sz="3" w:space="0" w:color="9EADBA"/>
              <w:left w:val="single" w:sz="3" w:space="0" w:color="9EADBA"/>
              <w:bottom w:val="single" w:sz="3" w:space="0" w:color="9EADBA"/>
              <w:right w:val="single" w:sz="3" w:space="0" w:color="9EADBA"/>
            </w:tcBorders>
            <w:shd w:val="clear" w:color="auto" w:fill="028CC3"/>
            <w:tcMar>
              <w:top w:w="35" w:type="dxa"/>
              <w:left w:w="20" w:type="dxa"/>
              <w:bottom w:w="35" w:type="dxa"/>
              <w:right w:w="20" w:type="dxa"/>
            </w:tcMar>
            <w:vAlign w:val="center"/>
          </w:tcPr>
          <w:p w14:paraId="4A9C411B" w14:textId="77777777" w:rsidR="00BA05D3" w:rsidRPr="00440529" w:rsidRDefault="002B77C4" w:rsidP="00440529">
            <w:pPr>
              <w:jc w:val="center"/>
              <w:rPr>
                <w:color w:val="FFFFFF" w:themeColor="background1"/>
                <w:sz w:val="24"/>
                <w:szCs w:val="24"/>
              </w:rPr>
            </w:pPr>
            <w:r w:rsidRPr="00440529">
              <w:rPr>
                <w:b/>
                <w:color w:val="FFFFFF" w:themeColor="background1"/>
                <w:sz w:val="24"/>
                <w:szCs w:val="24"/>
              </w:rPr>
              <w:t>Please Rate</w:t>
            </w:r>
          </w:p>
        </w:tc>
        <w:tc>
          <w:tcPr>
            <w:tcW w:w="1620" w:type="dxa"/>
            <w:tcBorders>
              <w:top w:val="single" w:sz="3" w:space="0" w:color="9EADBA"/>
              <w:left w:val="single" w:sz="3" w:space="0" w:color="9EADBA"/>
              <w:bottom w:val="single" w:sz="3" w:space="0" w:color="9EADBA"/>
              <w:right w:val="single" w:sz="3" w:space="0" w:color="9EADBA"/>
            </w:tcBorders>
            <w:shd w:val="clear" w:color="auto" w:fill="028CC3"/>
            <w:tcMar>
              <w:top w:w="35" w:type="dxa"/>
              <w:left w:w="20" w:type="dxa"/>
              <w:bottom w:w="35" w:type="dxa"/>
              <w:right w:w="20" w:type="dxa"/>
            </w:tcMar>
            <w:vAlign w:val="center"/>
          </w:tcPr>
          <w:p w14:paraId="677A92C1" w14:textId="77777777" w:rsidR="00BA05D3" w:rsidRPr="00440529" w:rsidRDefault="002B77C4" w:rsidP="00440529">
            <w:pPr>
              <w:jc w:val="center"/>
              <w:rPr>
                <w:color w:val="FFFFFF" w:themeColor="background1"/>
                <w:sz w:val="24"/>
                <w:szCs w:val="24"/>
              </w:rPr>
            </w:pPr>
            <w:r w:rsidRPr="00440529">
              <w:rPr>
                <w:b/>
                <w:color w:val="FFFFFF" w:themeColor="background1"/>
                <w:sz w:val="24"/>
                <w:szCs w:val="24"/>
              </w:rPr>
              <w:t>Above Average</w:t>
            </w:r>
          </w:p>
        </w:tc>
        <w:tc>
          <w:tcPr>
            <w:tcW w:w="1710" w:type="dxa"/>
            <w:tcBorders>
              <w:top w:val="single" w:sz="3" w:space="0" w:color="9EADBA"/>
              <w:left w:val="single" w:sz="3" w:space="0" w:color="9EADBA"/>
              <w:bottom w:val="single" w:sz="3" w:space="0" w:color="9EADBA"/>
              <w:right w:val="single" w:sz="3" w:space="0" w:color="9EADBA"/>
            </w:tcBorders>
            <w:shd w:val="clear" w:color="auto" w:fill="028CC3"/>
            <w:tcMar>
              <w:top w:w="35" w:type="dxa"/>
              <w:left w:w="20" w:type="dxa"/>
              <w:bottom w:w="35" w:type="dxa"/>
              <w:right w:w="20" w:type="dxa"/>
            </w:tcMar>
            <w:vAlign w:val="center"/>
          </w:tcPr>
          <w:p w14:paraId="645CF02B" w14:textId="77777777" w:rsidR="00BA05D3" w:rsidRPr="00440529" w:rsidRDefault="002B77C4" w:rsidP="00440529">
            <w:pPr>
              <w:jc w:val="center"/>
              <w:rPr>
                <w:color w:val="FFFFFF" w:themeColor="background1"/>
                <w:sz w:val="24"/>
                <w:szCs w:val="24"/>
              </w:rPr>
            </w:pPr>
            <w:r w:rsidRPr="00440529">
              <w:rPr>
                <w:b/>
                <w:color w:val="FFFFFF" w:themeColor="background1"/>
                <w:sz w:val="24"/>
                <w:szCs w:val="24"/>
              </w:rPr>
              <w:t>Average</w:t>
            </w:r>
          </w:p>
        </w:tc>
        <w:tc>
          <w:tcPr>
            <w:tcW w:w="1530" w:type="dxa"/>
            <w:tcBorders>
              <w:top w:val="single" w:sz="3" w:space="0" w:color="9EADBA"/>
              <w:left w:val="single" w:sz="3" w:space="0" w:color="9EADBA"/>
              <w:bottom w:val="single" w:sz="3" w:space="0" w:color="9EADBA"/>
              <w:right w:val="single" w:sz="3" w:space="0" w:color="9EADBA"/>
            </w:tcBorders>
            <w:shd w:val="clear" w:color="auto" w:fill="028CC3"/>
            <w:tcMar>
              <w:top w:w="35" w:type="dxa"/>
              <w:left w:w="20" w:type="dxa"/>
              <w:bottom w:w="35" w:type="dxa"/>
              <w:right w:w="20" w:type="dxa"/>
            </w:tcMar>
            <w:vAlign w:val="center"/>
          </w:tcPr>
          <w:p w14:paraId="5C769DB3" w14:textId="77777777" w:rsidR="00BA05D3" w:rsidRPr="00440529" w:rsidRDefault="002B77C4" w:rsidP="00440529">
            <w:pPr>
              <w:jc w:val="center"/>
              <w:rPr>
                <w:color w:val="FFFFFF" w:themeColor="background1"/>
                <w:sz w:val="24"/>
                <w:szCs w:val="24"/>
              </w:rPr>
            </w:pPr>
            <w:r w:rsidRPr="00440529">
              <w:rPr>
                <w:b/>
                <w:color w:val="FFFFFF" w:themeColor="background1"/>
                <w:sz w:val="24"/>
                <w:szCs w:val="24"/>
              </w:rPr>
              <w:t>Developing</w:t>
            </w:r>
          </w:p>
        </w:tc>
        <w:tc>
          <w:tcPr>
            <w:tcW w:w="1440" w:type="dxa"/>
            <w:tcBorders>
              <w:top w:val="single" w:sz="3" w:space="0" w:color="9EADBA"/>
              <w:left w:val="single" w:sz="3" w:space="0" w:color="9EADBA"/>
              <w:bottom w:val="single" w:sz="3" w:space="0" w:color="9EADBA"/>
              <w:right w:val="single" w:sz="3" w:space="0" w:color="9EADBA"/>
            </w:tcBorders>
            <w:shd w:val="clear" w:color="auto" w:fill="028CC3"/>
            <w:tcMar>
              <w:top w:w="35" w:type="dxa"/>
              <w:left w:w="20" w:type="dxa"/>
              <w:bottom w:w="35" w:type="dxa"/>
              <w:right w:w="20" w:type="dxa"/>
            </w:tcMar>
            <w:vAlign w:val="center"/>
          </w:tcPr>
          <w:p w14:paraId="4D8CD470" w14:textId="77777777" w:rsidR="00BA05D3" w:rsidRPr="00440529" w:rsidRDefault="002B77C4" w:rsidP="00440529">
            <w:pPr>
              <w:jc w:val="center"/>
              <w:rPr>
                <w:color w:val="FFFFFF" w:themeColor="background1"/>
                <w:sz w:val="24"/>
                <w:szCs w:val="24"/>
              </w:rPr>
            </w:pPr>
            <w:r w:rsidRPr="00440529">
              <w:rPr>
                <w:b/>
                <w:color w:val="FFFFFF" w:themeColor="background1"/>
                <w:sz w:val="24"/>
                <w:szCs w:val="24"/>
              </w:rPr>
              <w:t>Unable to Rate</w:t>
            </w:r>
          </w:p>
        </w:tc>
      </w:tr>
      <w:tr w:rsidR="00BA05D3" w14:paraId="4096333E" w14:textId="77777777" w:rsidTr="00440529">
        <w:trPr>
          <w:gridAfter w:val="1"/>
          <w:wAfter w:w="634" w:type="dxa"/>
          <w:trHeight w:val="461"/>
        </w:trPr>
        <w:tc>
          <w:tcPr>
            <w:tcW w:w="3960" w:type="dxa"/>
            <w:tcBorders>
              <w:top w:val="single" w:sz="3" w:space="0" w:color="9EADBA"/>
              <w:left w:val="single" w:sz="3" w:space="0" w:color="9EADBA"/>
              <w:bottom w:val="single" w:sz="3" w:space="0" w:color="9EADBA"/>
              <w:right w:val="single" w:sz="3" w:space="0" w:color="9EADBA"/>
            </w:tcBorders>
            <w:shd w:val="clear" w:color="auto" w:fill="DDEBF7"/>
            <w:tcMar>
              <w:top w:w="27" w:type="dxa"/>
              <w:left w:w="20" w:type="dxa"/>
              <w:bottom w:w="27" w:type="dxa"/>
              <w:right w:w="20" w:type="dxa"/>
            </w:tcMar>
            <w:vAlign w:val="center"/>
          </w:tcPr>
          <w:p w14:paraId="626F0191" w14:textId="3FE8334D" w:rsidR="00BA05D3" w:rsidRPr="00440529" w:rsidRDefault="002B77C4" w:rsidP="00440529">
            <w:pPr>
              <w:rPr>
                <w:rFonts w:ascii="Josefin Sans" w:hAnsi="Josefin Sans"/>
                <w:sz w:val="24"/>
                <w:szCs w:val="24"/>
              </w:rPr>
            </w:pPr>
            <w:r w:rsidRPr="00440529">
              <w:rPr>
                <w:rFonts w:ascii="Josefin Sans" w:hAnsi="Josefin Sans"/>
                <w:color w:val="000000"/>
                <w:sz w:val="24"/>
                <w:szCs w:val="24"/>
              </w:rPr>
              <w:t>Reliability and punctuality</w:t>
            </w:r>
          </w:p>
        </w:tc>
        <w:tc>
          <w:tcPr>
            <w:tcW w:w="1620" w:type="dxa"/>
            <w:tcBorders>
              <w:top w:val="single" w:sz="3" w:space="0" w:color="9EADBA"/>
              <w:left w:val="single" w:sz="3" w:space="0" w:color="9EADBA"/>
              <w:bottom w:val="single" w:sz="3" w:space="0" w:color="9EADBA"/>
              <w:right w:val="single" w:sz="3" w:space="0" w:color="9EADBA"/>
            </w:tcBorders>
            <w:shd w:val="clear" w:color="auto" w:fill="DDEBF7"/>
            <w:tcMar>
              <w:top w:w="27" w:type="dxa"/>
              <w:left w:w="20" w:type="dxa"/>
              <w:bottom w:w="27" w:type="dxa"/>
              <w:right w:w="20" w:type="dxa"/>
            </w:tcMar>
            <w:vAlign w:val="center"/>
          </w:tcPr>
          <w:p w14:paraId="579C0BAA"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c>
          <w:tcPr>
            <w:tcW w:w="1710" w:type="dxa"/>
            <w:tcBorders>
              <w:top w:val="single" w:sz="3" w:space="0" w:color="9EADBA"/>
              <w:left w:val="single" w:sz="3" w:space="0" w:color="9EADBA"/>
              <w:bottom w:val="single" w:sz="3" w:space="0" w:color="9EADBA"/>
              <w:right w:val="single" w:sz="3" w:space="0" w:color="9EADBA"/>
            </w:tcBorders>
            <w:shd w:val="clear" w:color="auto" w:fill="DDEBF7"/>
            <w:tcMar>
              <w:top w:w="27" w:type="dxa"/>
              <w:left w:w="20" w:type="dxa"/>
              <w:bottom w:w="27" w:type="dxa"/>
              <w:right w:w="20" w:type="dxa"/>
            </w:tcMar>
            <w:vAlign w:val="center"/>
          </w:tcPr>
          <w:p w14:paraId="1878597E"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c>
          <w:tcPr>
            <w:tcW w:w="1530" w:type="dxa"/>
            <w:tcBorders>
              <w:top w:val="single" w:sz="3" w:space="0" w:color="9EADBA"/>
              <w:left w:val="single" w:sz="3" w:space="0" w:color="9EADBA"/>
              <w:bottom w:val="single" w:sz="3" w:space="0" w:color="9EADBA"/>
              <w:right w:val="single" w:sz="3" w:space="0" w:color="9EADBA"/>
            </w:tcBorders>
            <w:shd w:val="clear" w:color="auto" w:fill="DDEBF7"/>
            <w:tcMar>
              <w:top w:w="27" w:type="dxa"/>
              <w:left w:w="20" w:type="dxa"/>
              <w:bottom w:w="27" w:type="dxa"/>
              <w:right w:w="20" w:type="dxa"/>
            </w:tcMar>
            <w:vAlign w:val="center"/>
          </w:tcPr>
          <w:p w14:paraId="5C0DFD5B"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c>
          <w:tcPr>
            <w:tcW w:w="1440" w:type="dxa"/>
            <w:tcBorders>
              <w:top w:val="single" w:sz="3" w:space="0" w:color="9EADBA"/>
              <w:left w:val="single" w:sz="3" w:space="0" w:color="9EADBA"/>
              <w:bottom w:val="single" w:sz="3" w:space="0" w:color="9EADBA"/>
              <w:right w:val="single" w:sz="3" w:space="0" w:color="9EADBA"/>
            </w:tcBorders>
            <w:shd w:val="clear" w:color="auto" w:fill="DDEBF7"/>
            <w:tcMar>
              <w:top w:w="27" w:type="dxa"/>
              <w:left w:w="20" w:type="dxa"/>
              <w:bottom w:w="27" w:type="dxa"/>
              <w:right w:w="20" w:type="dxa"/>
            </w:tcMar>
            <w:vAlign w:val="center"/>
          </w:tcPr>
          <w:p w14:paraId="1FBD69F2"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r>
      <w:tr w:rsidR="00BA05D3" w14:paraId="0539FD20" w14:textId="77777777" w:rsidTr="00440529">
        <w:trPr>
          <w:gridAfter w:val="1"/>
          <w:wAfter w:w="634" w:type="dxa"/>
          <w:trHeight w:val="479"/>
        </w:trPr>
        <w:tc>
          <w:tcPr>
            <w:tcW w:w="3960" w:type="dxa"/>
            <w:tcBorders>
              <w:top w:val="single" w:sz="3" w:space="0" w:color="9EADBA"/>
              <w:left w:val="single" w:sz="3" w:space="0" w:color="9EADBA"/>
              <w:bottom w:val="single" w:sz="3" w:space="0" w:color="9EADBA"/>
              <w:right w:val="single" w:sz="3" w:space="0" w:color="9EADBA"/>
            </w:tcBorders>
            <w:shd w:val="clear" w:color="auto" w:fill="FFFFFF"/>
            <w:tcMar>
              <w:top w:w="27" w:type="dxa"/>
              <w:left w:w="20" w:type="dxa"/>
              <w:bottom w:w="27" w:type="dxa"/>
              <w:right w:w="20" w:type="dxa"/>
            </w:tcMar>
            <w:vAlign w:val="center"/>
          </w:tcPr>
          <w:p w14:paraId="5D38B28E" w14:textId="77777777" w:rsidR="00BA05D3" w:rsidRPr="00440529" w:rsidRDefault="002B77C4" w:rsidP="00440529">
            <w:pPr>
              <w:rPr>
                <w:rFonts w:ascii="Josefin Sans" w:hAnsi="Josefin Sans"/>
                <w:sz w:val="24"/>
                <w:szCs w:val="24"/>
              </w:rPr>
            </w:pPr>
            <w:r w:rsidRPr="00440529">
              <w:rPr>
                <w:rFonts w:ascii="Josefin Sans" w:hAnsi="Josefin Sans"/>
                <w:color w:val="000000"/>
                <w:sz w:val="24"/>
                <w:szCs w:val="24"/>
              </w:rPr>
              <w:t>Follows through on commitments</w:t>
            </w:r>
          </w:p>
        </w:tc>
        <w:tc>
          <w:tcPr>
            <w:tcW w:w="1620" w:type="dxa"/>
            <w:tcBorders>
              <w:top w:val="single" w:sz="3" w:space="0" w:color="9EADBA"/>
              <w:left w:val="single" w:sz="3" w:space="0" w:color="9EADBA"/>
              <w:bottom w:val="single" w:sz="3" w:space="0" w:color="9EADBA"/>
              <w:right w:val="single" w:sz="3" w:space="0" w:color="9EADBA"/>
            </w:tcBorders>
            <w:shd w:val="clear" w:color="auto" w:fill="FFFFFF"/>
            <w:tcMar>
              <w:top w:w="27" w:type="dxa"/>
              <w:left w:w="20" w:type="dxa"/>
              <w:bottom w:w="27" w:type="dxa"/>
              <w:right w:w="20" w:type="dxa"/>
            </w:tcMar>
            <w:vAlign w:val="center"/>
          </w:tcPr>
          <w:p w14:paraId="6326D40A"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c>
          <w:tcPr>
            <w:tcW w:w="1710" w:type="dxa"/>
            <w:tcBorders>
              <w:top w:val="single" w:sz="3" w:space="0" w:color="9EADBA"/>
              <w:left w:val="single" w:sz="3" w:space="0" w:color="9EADBA"/>
              <w:bottom w:val="single" w:sz="3" w:space="0" w:color="9EADBA"/>
              <w:right w:val="single" w:sz="3" w:space="0" w:color="9EADBA"/>
            </w:tcBorders>
            <w:shd w:val="clear" w:color="auto" w:fill="FFFFFF"/>
            <w:tcMar>
              <w:top w:w="27" w:type="dxa"/>
              <w:left w:w="20" w:type="dxa"/>
              <w:bottom w:w="27" w:type="dxa"/>
              <w:right w:w="20" w:type="dxa"/>
            </w:tcMar>
            <w:vAlign w:val="center"/>
          </w:tcPr>
          <w:p w14:paraId="63A17765"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c>
          <w:tcPr>
            <w:tcW w:w="1530" w:type="dxa"/>
            <w:tcBorders>
              <w:top w:val="single" w:sz="3" w:space="0" w:color="9EADBA"/>
              <w:left w:val="single" w:sz="3" w:space="0" w:color="9EADBA"/>
              <w:bottom w:val="single" w:sz="3" w:space="0" w:color="9EADBA"/>
              <w:right w:val="single" w:sz="3" w:space="0" w:color="9EADBA"/>
            </w:tcBorders>
            <w:shd w:val="clear" w:color="auto" w:fill="FFFFFF"/>
            <w:tcMar>
              <w:top w:w="27" w:type="dxa"/>
              <w:left w:w="20" w:type="dxa"/>
              <w:bottom w:w="27" w:type="dxa"/>
              <w:right w:w="20" w:type="dxa"/>
            </w:tcMar>
            <w:vAlign w:val="center"/>
          </w:tcPr>
          <w:p w14:paraId="446E4FE2"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c>
          <w:tcPr>
            <w:tcW w:w="1440" w:type="dxa"/>
            <w:tcBorders>
              <w:top w:val="single" w:sz="3" w:space="0" w:color="9EADBA"/>
              <w:left w:val="single" w:sz="3" w:space="0" w:color="9EADBA"/>
              <w:bottom w:val="single" w:sz="3" w:space="0" w:color="9EADBA"/>
              <w:right w:val="single" w:sz="3" w:space="0" w:color="9EADBA"/>
            </w:tcBorders>
            <w:shd w:val="clear" w:color="auto" w:fill="FFFFFF"/>
            <w:tcMar>
              <w:top w:w="27" w:type="dxa"/>
              <w:left w:w="20" w:type="dxa"/>
              <w:bottom w:w="27" w:type="dxa"/>
              <w:right w:w="20" w:type="dxa"/>
            </w:tcMar>
            <w:vAlign w:val="center"/>
          </w:tcPr>
          <w:p w14:paraId="56FB640C"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r>
      <w:tr w:rsidR="00BA05D3" w14:paraId="2A6E2D40" w14:textId="77777777" w:rsidTr="00440529">
        <w:trPr>
          <w:gridAfter w:val="1"/>
          <w:wAfter w:w="634" w:type="dxa"/>
          <w:trHeight w:val="488"/>
        </w:trPr>
        <w:tc>
          <w:tcPr>
            <w:tcW w:w="3960" w:type="dxa"/>
            <w:tcBorders>
              <w:top w:val="single" w:sz="3" w:space="0" w:color="9EADBA"/>
              <w:left w:val="single" w:sz="3" w:space="0" w:color="9EADBA"/>
              <w:bottom w:val="single" w:sz="3" w:space="0" w:color="9EADBA"/>
              <w:right w:val="single" w:sz="3" w:space="0" w:color="9EADBA"/>
            </w:tcBorders>
            <w:shd w:val="clear" w:color="auto" w:fill="DDEBF7"/>
            <w:tcMar>
              <w:top w:w="27" w:type="dxa"/>
              <w:left w:w="20" w:type="dxa"/>
              <w:bottom w:w="27" w:type="dxa"/>
              <w:right w:w="20" w:type="dxa"/>
            </w:tcMar>
            <w:vAlign w:val="center"/>
          </w:tcPr>
          <w:p w14:paraId="1CB06328" w14:textId="77777777" w:rsidR="00BA05D3" w:rsidRPr="00440529" w:rsidRDefault="002B77C4" w:rsidP="00440529">
            <w:pPr>
              <w:rPr>
                <w:rFonts w:ascii="Josefin Sans" w:hAnsi="Josefin Sans"/>
                <w:sz w:val="24"/>
                <w:szCs w:val="24"/>
              </w:rPr>
            </w:pPr>
            <w:r w:rsidRPr="00440529">
              <w:rPr>
                <w:rFonts w:ascii="Josefin Sans" w:hAnsi="Josefin Sans"/>
                <w:color w:val="000000"/>
                <w:sz w:val="24"/>
                <w:szCs w:val="24"/>
              </w:rPr>
              <w:t>Takes initiative</w:t>
            </w:r>
          </w:p>
        </w:tc>
        <w:tc>
          <w:tcPr>
            <w:tcW w:w="1620" w:type="dxa"/>
            <w:tcBorders>
              <w:top w:val="single" w:sz="3" w:space="0" w:color="9EADBA"/>
              <w:left w:val="single" w:sz="3" w:space="0" w:color="9EADBA"/>
              <w:bottom w:val="single" w:sz="3" w:space="0" w:color="9EADBA"/>
              <w:right w:val="single" w:sz="3" w:space="0" w:color="9EADBA"/>
            </w:tcBorders>
            <w:shd w:val="clear" w:color="auto" w:fill="DDEBF7"/>
            <w:tcMar>
              <w:top w:w="27" w:type="dxa"/>
              <w:left w:w="20" w:type="dxa"/>
              <w:bottom w:w="27" w:type="dxa"/>
              <w:right w:w="20" w:type="dxa"/>
            </w:tcMar>
            <w:vAlign w:val="center"/>
          </w:tcPr>
          <w:p w14:paraId="35D8C7A7"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c>
          <w:tcPr>
            <w:tcW w:w="1710" w:type="dxa"/>
            <w:tcBorders>
              <w:top w:val="single" w:sz="3" w:space="0" w:color="9EADBA"/>
              <w:left w:val="single" w:sz="3" w:space="0" w:color="9EADBA"/>
              <w:bottom w:val="single" w:sz="3" w:space="0" w:color="9EADBA"/>
              <w:right w:val="single" w:sz="3" w:space="0" w:color="9EADBA"/>
            </w:tcBorders>
            <w:shd w:val="clear" w:color="auto" w:fill="DDEBF7"/>
            <w:tcMar>
              <w:top w:w="27" w:type="dxa"/>
              <w:left w:w="20" w:type="dxa"/>
              <w:bottom w:w="27" w:type="dxa"/>
              <w:right w:w="20" w:type="dxa"/>
            </w:tcMar>
            <w:vAlign w:val="center"/>
          </w:tcPr>
          <w:p w14:paraId="58702E81"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c>
          <w:tcPr>
            <w:tcW w:w="1530" w:type="dxa"/>
            <w:tcBorders>
              <w:top w:val="single" w:sz="3" w:space="0" w:color="9EADBA"/>
              <w:left w:val="single" w:sz="3" w:space="0" w:color="9EADBA"/>
              <w:bottom w:val="single" w:sz="3" w:space="0" w:color="9EADBA"/>
              <w:right w:val="single" w:sz="3" w:space="0" w:color="9EADBA"/>
            </w:tcBorders>
            <w:shd w:val="clear" w:color="auto" w:fill="DDEBF7"/>
            <w:tcMar>
              <w:top w:w="27" w:type="dxa"/>
              <w:left w:w="20" w:type="dxa"/>
              <w:bottom w:w="27" w:type="dxa"/>
              <w:right w:w="20" w:type="dxa"/>
            </w:tcMar>
            <w:vAlign w:val="center"/>
          </w:tcPr>
          <w:p w14:paraId="62B4E6B9"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c>
          <w:tcPr>
            <w:tcW w:w="1440" w:type="dxa"/>
            <w:tcBorders>
              <w:top w:val="single" w:sz="3" w:space="0" w:color="9EADBA"/>
              <w:left w:val="single" w:sz="3" w:space="0" w:color="9EADBA"/>
              <w:bottom w:val="single" w:sz="3" w:space="0" w:color="9EADBA"/>
              <w:right w:val="single" w:sz="3" w:space="0" w:color="9EADBA"/>
            </w:tcBorders>
            <w:shd w:val="clear" w:color="auto" w:fill="DDEBF7"/>
            <w:tcMar>
              <w:top w:w="27" w:type="dxa"/>
              <w:left w:w="20" w:type="dxa"/>
              <w:bottom w:w="27" w:type="dxa"/>
              <w:right w:w="20" w:type="dxa"/>
            </w:tcMar>
            <w:vAlign w:val="center"/>
          </w:tcPr>
          <w:p w14:paraId="51043B92"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r>
      <w:tr w:rsidR="00BA05D3" w14:paraId="04DE8263" w14:textId="77777777" w:rsidTr="00440529">
        <w:trPr>
          <w:gridAfter w:val="1"/>
          <w:wAfter w:w="634" w:type="dxa"/>
          <w:trHeight w:val="560"/>
        </w:trPr>
        <w:tc>
          <w:tcPr>
            <w:tcW w:w="3960" w:type="dxa"/>
            <w:tcBorders>
              <w:top w:val="single" w:sz="3" w:space="0" w:color="9EADBA"/>
              <w:left w:val="single" w:sz="3" w:space="0" w:color="9EADBA"/>
              <w:bottom w:val="single" w:sz="3" w:space="0" w:color="9EADBA"/>
              <w:right w:val="single" w:sz="3" w:space="0" w:color="9EADBA"/>
            </w:tcBorders>
            <w:shd w:val="clear" w:color="auto" w:fill="FFFFFF"/>
            <w:tcMar>
              <w:top w:w="27" w:type="dxa"/>
              <w:left w:w="20" w:type="dxa"/>
              <w:bottom w:w="27" w:type="dxa"/>
              <w:right w:w="20" w:type="dxa"/>
            </w:tcMar>
            <w:vAlign w:val="center"/>
          </w:tcPr>
          <w:p w14:paraId="5FCAC897" w14:textId="77777777" w:rsidR="00BA05D3" w:rsidRPr="00440529" w:rsidRDefault="002B77C4" w:rsidP="00440529">
            <w:pPr>
              <w:rPr>
                <w:rFonts w:ascii="Josefin Sans" w:hAnsi="Josefin Sans"/>
                <w:sz w:val="24"/>
                <w:szCs w:val="24"/>
              </w:rPr>
            </w:pPr>
            <w:r w:rsidRPr="00440529">
              <w:rPr>
                <w:rFonts w:ascii="Josefin Sans" w:hAnsi="Josefin Sans"/>
                <w:color w:val="000000"/>
                <w:sz w:val="24"/>
                <w:szCs w:val="24"/>
              </w:rPr>
              <w:t>Works respectfully with diverse people</w:t>
            </w:r>
          </w:p>
        </w:tc>
        <w:tc>
          <w:tcPr>
            <w:tcW w:w="1620" w:type="dxa"/>
            <w:tcBorders>
              <w:top w:val="single" w:sz="3" w:space="0" w:color="9EADBA"/>
              <w:left w:val="single" w:sz="3" w:space="0" w:color="9EADBA"/>
              <w:bottom w:val="single" w:sz="3" w:space="0" w:color="9EADBA"/>
              <w:right w:val="single" w:sz="3" w:space="0" w:color="9EADBA"/>
            </w:tcBorders>
            <w:shd w:val="clear" w:color="auto" w:fill="FFFFFF"/>
            <w:tcMar>
              <w:top w:w="27" w:type="dxa"/>
              <w:left w:w="20" w:type="dxa"/>
              <w:bottom w:w="27" w:type="dxa"/>
              <w:right w:w="20" w:type="dxa"/>
            </w:tcMar>
            <w:vAlign w:val="center"/>
          </w:tcPr>
          <w:p w14:paraId="017E289E"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c>
          <w:tcPr>
            <w:tcW w:w="1710" w:type="dxa"/>
            <w:tcBorders>
              <w:top w:val="single" w:sz="3" w:space="0" w:color="9EADBA"/>
              <w:left w:val="single" w:sz="3" w:space="0" w:color="9EADBA"/>
              <w:bottom w:val="single" w:sz="3" w:space="0" w:color="9EADBA"/>
              <w:right w:val="single" w:sz="3" w:space="0" w:color="9EADBA"/>
            </w:tcBorders>
            <w:shd w:val="clear" w:color="auto" w:fill="FFFFFF"/>
            <w:tcMar>
              <w:top w:w="27" w:type="dxa"/>
              <w:left w:w="20" w:type="dxa"/>
              <w:bottom w:w="27" w:type="dxa"/>
              <w:right w:w="20" w:type="dxa"/>
            </w:tcMar>
            <w:vAlign w:val="center"/>
          </w:tcPr>
          <w:p w14:paraId="5FE8EE1E"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c>
          <w:tcPr>
            <w:tcW w:w="1530" w:type="dxa"/>
            <w:tcBorders>
              <w:top w:val="single" w:sz="3" w:space="0" w:color="9EADBA"/>
              <w:left w:val="single" w:sz="3" w:space="0" w:color="9EADBA"/>
              <w:bottom w:val="single" w:sz="3" w:space="0" w:color="9EADBA"/>
              <w:right w:val="single" w:sz="3" w:space="0" w:color="9EADBA"/>
            </w:tcBorders>
            <w:shd w:val="clear" w:color="auto" w:fill="FFFFFF"/>
            <w:tcMar>
              <w:top w:w="27" w:type="dxa"/>
              <w:left w:w="20" w:type="dxa"/>
              <w:bottom w:w="27" w:type="dxa"/>
              <w:right w:w="20" w:type="dxa"/>
            </w:tcMar>
            <w:vAlign w:val="center"/>
          </w:tcPr>
          <w:p w14:paraId="0603E200"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c>
          <w:tcPr>
            <w:tcW w:w="1440" w:type="dxa"/>
            <w:tcBorders>
              <w:top w:val="single" w:sz="3" w:space="0" w:color="9EADBA"/>
              <w:left w:val="single" w:sz="3" w:space="0" w:color="9EADBA"/>
              <w:bottom w:val="single" w:sz="3" w:space="0" w:color="9EADBA"/>
              <w:right w:val="single" w:sz="3" w:space="0" w:color="9EADBA"/>
            </w:tcBorders>
            <w:shd w:val="clear" w:color="auto" w:fill="FFFFFF"/>
            <w:tcMar>
              <w:top w:w="27" w:type="dxa"/>
              <w:left w:w="20" w:type="dxa"/>
              <w:bottom w:w="27" w:type="dxa"/>
              <w:right w:w="20" w:type="dxa"/>
            </w:tcMar>
            <w:vAlign w:val="center"/>
          </w:tcPr>
          <w:p w14:paraId="5E01C48F"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r>
      <w:tr w:rsidR="00BA05D3" w14:paraId="01354C92" w14:textId="77777777" w:rsidTr="00440529">
        <w:trPr>
          <w:gridAfter w:val="1"/>
          <w:wAfter w:w="634" w:type="dxa"/>
          <w:trHeight w:val="497"/>
        </w:trPr>
        <w:tc>
          <w:tcPr>
            <w:tcW w:w="3960" w:type="dxa"/>
            <w:tcBorders>
              <w:top w:val="single" w:sz="3" w:space="0" w:color="9EADBA"/>
              <w:left w:val="single" w:sz="3" w:space="0" w:color="9EADBA"/>
              <w:bottom w:val="single" w:sz="3" w:space="0" w:color="9EADBA"/>
              <w:right w:val="single" w:sz="3" w:space="0" w:color="9EADBA"/>
            </w:tcBorders>
            <w:shd w:val="clear" w:color="auto" w:fill="DDEBF7"/>
            <w:tcMar>
              <w:top w:w="27" w:type="dxa"/>
              <w:left w:w="20" w:type="dxa"/>
              <w:bottom w:w="27" w:type="dxa"/>
              <w:right w:w="20" w:type="dxa"/>
            </w:tcMar>
            <w:vAlign w:val="center"/>
          </w:tcPr>
          <w:p w14:paraId="673CBAAC" w14:textId="77777777" w:rsidR="00BA05D3" w:rsidRPr="00440529" w:rsidRDefault="002B77C4" w:rsidP="00440529">
            <w:pPr>
              <w:rPr>
                <w:rFonts w:ascii="Josefin Sans" w:hAnsi="Josefin Sans"/>
                <w:sz w:val="24"/>
                <w:szCs w:val="24"/>
              </w:rPr>
            </w:pPr>
            <w:r w:rsidRPr="00440529">
              <w:rPr>
                <w:rFonts w:ascii="Josefin Sans" w:hAnsi="Josefin Sans"/>
                <w:color w:val="000000"/>
                <w:sz w:val="24"/>
                <w:szCs w:val="24"/>
              </w:rPr>
              <w:t>Service mindset / willingness to help</w:t>
            </w:r>
          </w:p>
        </w:tc>
        <w:tc>
          <w:tcPr>
            <w:tcW w:w="1620" w:type="dxa"/>
            <w:tcBorders>
              <w:top w:val="single" w:sz="3" w:space="0" w:color="9EADBA"/>
              <w:left w:val="single" w:sz="3" w:space="0" w:color="9EADBA"/>
              <w:bottom w:val="single" w:sz="3" w:space="0" w:color="9EADBA"/>
              <w:right w:val="single" w:sz="3" w:space="0" w:color="9EADBA"/>
            </w:tcBorders>
            <w:shd w:val="clear" w:color="auto" w:fill="DDEBF7"/>
            <w:tcMar>
              <w:top w:w="27" w:type="dxa"/>
              <w:left w:w="20" w:type="dxa"/>
              <w:bottom w:w="27" w:type="dxa"/>
              <w:right w:w="20" w:type="dxa"/>
            </w:tcMar>
            <w:vAlign w:val="center"/>
          </w:tcPr>
          <w:p w14:paraId="1FD246DB"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c>
          <w:tcPr>
            <w:tcW w:w="1710" w:type="dxa"/>
            <w:tcBorders>
              <w:top w:val="single" w:sz="3" w:space="0" w:color="9EADBA"/>
              <w:left w:val="single" w:sz="3" w:space="0" w:color="9EADBA"/>
              <w:bottom w:val="single" w:sz="3" w:space="0" w:color="9EADBA"/>
              <w:right w:val="single" w:sz="3" w:space="0" w:color="9EADBA"/>
            </w:tcBorders>
            <w:shd w:val="clear" w:color="auto" w:fill="DDEBF7"/>
            <w:tcMar>
              <w:top w:w="27" w:type="dxa"/>
              <w:left w:w="20" w:type="dxa"/>
              <w:bottom w:w="27" w:type="dxa"/>
              <w:right w:w="20" w:type="dxa"/>
            </w:tcMar>
            <w:vAlign w:val="center"/>
          </w:tcPr>
          <w:p w14:paraId="60F50863"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c>
          <w:tcPr>
            <w:tcW w:w="1530" w:type="dxa"/>
            <w:tcBorders>
              <w:top w:val="single" w:sz="3" w:space="0" w:color="9EADBA"/>
              <w:left w:val="single" w:sz="3" w:space="0" w:color="9EADBA"/>
              <w:bottom w:val="single" w:sz="3" w:space="0" w:color="9EADBA"/>
              <w:right w:val="single" w:sz="3" w:space="0" w:color="9EADBA"/>
            </w:tcBorders>
            <w:shd w:val="clear" w:color="auto" w:fill="DDEBF7"/>
            <w:tcMar>
              <w:top w:w="27" w:type="dxa"/>
              <w:left w:w="20" w:type="dxa"/>
              <w:bottom w:w="27" w:type="dxa"/>
              <w:right w:w="20" w:type="dxa"/>
            </w:tcMar>
            <w:vAlign w:val="center"/>
          </w:tcPr>
          <w:p w14:paraId="334FAD16"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c>
          <w:tcPr>
            <w:tcW w:w="1440" w:type="dxa"/>
            <w:tcBorders>
              <w:top w:val="single" w:sz="3" w:space="0" w:color="9EADBA"/>
              <w:left w:val="single" w:sz="3" w:space="0" w:color="9EADBA"/>
              <w:bottom w:val="single" w:sz="3" w:space="0" w:color="9EADBA"/>
              <w:right w:val="single" w:sz="3" w:space="0" w:color="9EADBA"/>
            </w:tcBorders>
            <w:shd w:val="clear" w:color="auto" w:fill="DDEBF7"/>
            <w:tcMar>
              <w:top w:w="27" w:type="dxa"/>
              <w:left w:w="20" w:type="dxa"/>
              <w:bottom w:w="27" w:type="dxa"/>
              <w:right w:w="20" w:type="dxa"/>
            </w:tcMar>
            <w:vAlign w:val="center"/>
          </w:tcPr>
          <w:p w14:paraId="12AFE6C8"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r>
      <w:tr w:rsidR="00BA05D3" w14:paraId="1A108B12" w14:textId="77777777" w:rsidTr="00440529">
        <w:trPr>
          <w:gridAfter w:val="1"/>
          <w:wAfter w:w="634" w:type="dxa"/>
          <w:trHeight w:val="560"/>
        </w:trPr>
        <w:tc>
          <w:tcPr>
            <w:tcW w:w="3960" w:type="dxa"/>
            <w:tcBorders>
              <w:top w:val="single" w:sz="3" w:space="0" w:color="9EADBA"/>
              <w:left w:val="single" w:sz="3" w:space="0" w:color="9EADBA"/>
              <w:bottom w:val="single" w:sz="3" w:space="0" w:color="9EADBA"/>
              <w:right w:val="single" w:sz="3" w:space="0" w:color="9EADBA"/>
            </w:tcBorders>
            <w:shd w:val="clear" w:color="auto" w:fill="FFFFFF"/>
            <w:tcMar>
              <w:top w:w="27" w:type="dxa"/>
              <w:left w:w="20" w:type="dxa"/>
              <w:bottom w:w="27" w:type="dxa"/>
              <w:right w:w="20" w:type="dxa"/>
            </w:tcMar>
            <w:vAlign w:val="center"/>
          </w:tcPr>
          <w:p w14:paraId="74C71C35" w14:textId="77777777" w:rsidR="00BA05D3" w:rsidRPr="00440529" w:rsidRDefault="002B77C4" w:rsidP="00440529">
            <w:pPr>
              <w:rPr>
                <w:rFonts w:ascii="Josefin Sans" w:hAnsi="Josefin Sans"/>
                <w:sz w:val="24"/>
                <w:szCs w:val="24"/>
              </w:rPr>
            </w:pPr>
            <w:r w:rsidRPr="00440529">
              <w:rPr>
                <w:rFonts w:ascii="Josefin Sans" w:hAnsi="Josefin Sans"/>
                <w:color w:val="000000"/>
                <w:sz w:val="24"/>
                <w:szCs w:val="24"/>
              </w:rPr>
              <w:t>Communicates clearly</w:t>
            </w:r>
          </w:p>
        </w:tc>
        <w:tc>
          <w:tcPr>
            <w:tcW w:w="1620" w:type="dxa"/>
            <w:tcBorders>
              <w:top w:val="single" w:sz="3" w:space="0" w:color="9EADBA"/>
              <w:left w:val="single" w:sz="3" w:space="0" w:color="9EADBA"/>
              <w:bottom w:val="single" w:sz="3" w:space="0" w:color="9EADBA"/>
              <w:right w:val="single" w:sz="3" w:space="0" w:color="9EADBA"/>
            </w:tcBorders>
            <w:shd w:val="clear" w:color="auto" w:fill="FFFFFF"/>
            <w:tcMar>
              <w:top w:w="27" w:type="dxa"/>
              <w:left w:w="20" w:type="dxa"/>
              <w:bottom w:w="27" w:type="dxa"/>
              <w:right w:w="20" w:type="dxa"/>
            </w:tcMar>
            <w:vAlign w:val="center"/>
          </w:tcPr>
          <w:p w14:paraId="15920CAD"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c>
          <w:tcPr>
            <w:tcW w:w="1710" w:type="dxa"/>
            <w:tcBorders>
              <w:top w:val="single" w:sz="3" w:space="0" w:color="9EADBA"/>
              <w:left w:val="single" w:sz="3" w:space="0" w:color="9EADBA"/>
              <w:bottom w:val="single" w:sz="3" w:space="0" w:color="9EADBA"/>
              <w:right w:val="single" w:sz="3" w:space="0" w:color="9EADBA"/>
            </w:tcBorders>
            <w:shd w:val="clear" w:color="auto" w:fill="FFFFFF"/>
            <w:tcMar>
              <w:top w:w="27" w:type="dxa"/>
              <w:left w:w="20" w:type="dxa"/>
              <w:bottom w:w="27" w:type="dxa"/>
              <w:right w:w="20" w:type="dxa"/>
            </w:tcMar>
            <w:vAlign w:val="center"/>
          </w:tcPr>
          <w:p w14:paraId="1EFD0BC3"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c>
          <w:tcPr>
            <w:tcW w:w="1530" w:type="dxa"/>
            <w:tcBorders>
              <w:top w:val="single" w:sz="3" w:space="0" w:color="9EADBA"/>
              <w:left w:val="single" w:sz="3" w:space="0" w:color="9EADBA"/>
              <w:bottom w:val="single" w:sz="3" w:space="0" w:color="9EADBA"/>
              <w:right w:val="single" w:sz="3" w:space="0" w:color="9EADBA"/>
            </w:tcBorders>
            <w:shd w:val="clear" w:color="auto" w:fill="FFFFFF"/>
            <w:tcMar>
              <w:top w:w="27" w:type="dxa"/>
              <w:left w:w="20" w:type="dxa"/>
              <w:bottom w:w="27" w:type="dxa"/>
              <w:right w:w="20" w:type="dxa"/>
            </w:tcMar>
            <w:vAlign w:val="center"/>
          </w:tcPr>
          <w:p w14:paraId="6CB8F32E"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c>
          <w:tcPr>
            <w:tcW w:w="1440" w:type="dxa"/>
            <w:tcBorders>
              <w:top w:val="single" w:sz="3" w:space="0" w:color="9EADBA"/>
              <w:left w:val="single" w:sz="3" w:space="0" w:color="9EADBA"/>
              <w:bottom w:val="single" w:sz="3" w:space="0" w:color="9EADBA"/>
              <w:right w:val="single" w:sz="3" w:space="0" w:color="9EADBA"/>
            </w:tcBorders>
            <w:shd w:val="clear" w:color="auto" w:fill="FFFFFF"/>
            <w:tcMar>
              <w:top w:w="27" w:type="dxa"/>
              <w:left w:w="20" w:type="dxa"/>
              <w:bottom w:w="27" w:type="dxa"/>
              <w:right w:w="20" w:type="dxa"/>
            </w:tcMar>
            <w:vAlign w:val="center"/>
          </w:tcPr>
          <w:p w14:paraId="0E562686"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r>
      <w:tr w:rsidR="00BA05D3" w14:paraId="6C3B1B4A" w14:textId="77777777" w:rsidTr="00440529">
        <w:trPr>
          <w:gridAfter w:val="1"/>
          <w:wAfter w:w="634" w:type="dxa"/>
          <w:trHeight w:val="479"/>
        </w:trPr>
        <w:tc>
          <w:tcPr>
            <w:tcW w:w="3960" w:type="dxa"/>
            <w:tcBorders>
              <w:top w:val="single" w:sz="3" w:space="0" w:color="9EADBA"/>
              <w:left w:val="single" w:sz="3" w:space="0" w:color="9EADBA"/>
              <w:bottom w:val="single" w:sz="3" w:space="0" w:color="9EADBA"/>
              <w:right w:val="single" w:sz="3" w:space="0" w:color="9EADBA"/>
            </w:tcBorders>
            <w:shd w:val="clear" w:color="auto" w:fill="DDEBF7"/>
            <w:tcMar>
              <w:top w:w="27" w:type="dxa"/>
              <w:left w:w="20" w:type="dxa"/>
              <w:bottom w:w="27" w:type="dxa"/>
              <w:right w:w="20" w:type="dxa"/>
            </w:tcMar>
            <w:vAlign w:val="center"/>
          </w:tcPr>
          <w:p w14:paraId="07B3E159" w14:textId="77777777" w:rsidR="00BA05D3" w:rsidRPr="00440529" w:rsidRDefault="002B77C4" w:rsidP="00440529">
            <w:pPr>
              <w:rPr>
                <w:rFonts w:ascii="Josefin Sans" w:hAnsi="Josefin Sans"/>
                <w:sz w:val="24"/>
                <w:szCs w:val="24"/>
              </w:rPr>
            </w:pPr>
            <w:r w:rsidRPr="00440529">
              <w:rPr>
                <w:rFonts w:ascii="Josefin Sans" w:hAnsi="Josefin Sans"/>
                <w:color w:val="000000"/>
                <w:sz w:val="24"/>
                <w:szCs w:val="24"/>
              </w:rPr>
              <w:t>Accepts feedback</w:t>
            </w:r>
          </w:p>
        </w:tc>
        <w:tc>
          <w:tcPr>
            <w:tcW w:w="1620" w:type="dxa"/>
            <w:tcBorders>
              <w:top w:val="single" w:sz="3" w:space="0" w:color="9EADBA"/>
              <w:left w:val="single" w:sz="3" w:space="0" w:color="9EADBA"/>
              <w:bottom w:val="single" w:sz="3" w:space="0" w:color="9EADBA"/>
              <w:right w:val="single" w:sz="3" w:space="0" w:color="9EADBA"/>
            </w:tcBorders>
            <w:shd w:val="clear" w:color="auto" w:fill="DDEBF7"/>
            <w:tcMar>
              <w:top w:w="27" w:type="dxa"/>
              <w:left w:w="20" w:type="dxa"/>
              <w:bottom w:w="27" w:type="dxa"/>
              <w:right w:w="20" w:type="dxa"/>
            </w:tcMar>
            <w:vAlign w:val="center"/>
          </w:tcPr>
          <w:p w14:paraId="1AD8C277"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c>
          <w:tcPr>
            <w:tcW w:w="1710" w:type="dxa"/>
            <w:tcBorders>
              <w:top w:val="single" w:sz="3" w:space="0" w:color="9EADBA"/>
              <w:left w:val="single" w:sz="3" w:space="0" w:color="9EADBA"/>
              <w:bottom w:val="single" w:sz="3" w:space="0" w:color="9EADBA"/>
              <w:right w:val="single" w:sz="3" w:space="0" w:color="9EADBA"/>
            </w:tcBorders>
            <w:shd w:val="clear" w:color="auto" w:fill="DDEBF7"/>
            <w:tcMar>
              <w:top w:w="27" w:type="dxa"/>
              <w:left w:w="20" w:type="dxa"/>
              <w:bottom w:w="27" w:type="dxa"/>
              <w:right w:w="20" w:type="dxa"/>
            </w:tcMar>
            <w:vAlign w:val="center"/>
          </w:tcPr>
          <w:p w14:paraId="08A90C60"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c>
          <w:tcPr>
            <w:tcW w:w="1530" w:type="dxa"/>
            <w:tcBorders>
              <w:top w:val="single" w:sz="3" w:space="0" w:color="9EADBA"/>
              <w:left w:val="single" w:sz="3" w:space="0" w:color="9EADBA"/>
              <w:bottom w:val="single" w:sz="3" w:space="0" w:color="9EADBA"/>
              <w:right w:val="single" w:sz="3" w:space="0" w:color="9EADBA"/>
            </w:tcBorders>
            <w:shd w:val="clear" w:color="auto" w:fill="DDEBF7"/>
            <w:tcMar>
              <w:top w:w="27" w:type="dxa"/>
              <w:left w:w="20" w:type="dxa"/>
              <w:bottom w:w="27" w:type="dxa"/>
              <w:right w:w="20" w:type="dxa"/>
            </w:tcMar>
            <w:vAlign w:val="center"/>
          </w:tcPr>
          <w:p w14:paraId="584C7ABE"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c>
          <w:tcPr>
            <w:tcW w:w="1440" w:type="dxa"/>
            <w:tcBorders>
              <w:top w:val="single" w:sz="3" w:space="0" w:color="9EADBA"/>
              <w:left w:val="single" w:sz="3" w:space="0" w:color="9EADBA"/>
              <w:bottom w:val="single" w:sz="3" w:space="0" w:color="9EADBA"/>
              <w:right w:val="single" w:sz="3" w:space="0" w:color="9EADBA"/>
            </w:tcBorders>
            <w:shd w:val="clear" w:color="auto" w:fill="DDEBF7"/>
            <w:tcMar>
              <w:top w:w="27" w:type="dxa"/>
              <w:left w:w="20" w:type="dxa"/>
              <w:bottom w:w="27" w:type="dxa"/>
              <w:right w:w="20" w:type="dxa"/>
            </w:tcMar>
            <w:vAlign w:val="center"/>
          </w:tcPr>
          <w:p w14:paraId="090DA9E3"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r>
      <w:tr w:rsidR="00BA05D3" w14:paraId="4689363F" w14:textId="77777777" w:rsidTr="00440529">
        <w:trPr>
          <w:gridAfter w:val="1"/>
          <w:wAfter w:w="634" w:type="dxa"/>
          <w:trHeight w:val="560"/>
        </w:trPr>
        <w:tc>
          <w:tcPr>
            <w:tcW w:w="3960" w:type="dxa"/>
            <w:tcBorders>
              <w:top w:val="single" w:sz="3" w:space="0" w:color="9EADBA"/>
              <w:left w:val="single" w:sz="3" w:space="0" w:color="9EADBA"/>
              <w:bottom w:val="single" w:sz="3" w:space="0" w:color="9EADBA"/>
              <w:right w:val="single" w:sz="3" w:space="0" w:color="9EADBA"/>
            </w:tcBorders>
            <w:shd w:val="clear" w:color="auto" w:fill="FFFFFF"/>
            <w:tcMar>
              <w:top w:w="27" w:type="dxa"/>
              <w:left w:w="20" w:type="dxa"/>
              <w:bottom w:w="27" w:type="dxa"/>
              <w:right w:w="20" w:type="dxa"/>
            </w:tcMar>
            <w:vAlign w:val="center"/>
          </w:tcPr>
          <w:p w14:paraId="3292DE12" w14:textId="77777777" w:rsidR="00BA05D3" w:rsidRPr="00440529" w:rsidRDefault="002B77C4" w:rsidP="00440529">
            <w:pPr>
              <w:rPr>
                <w:rFonts w:ascii="Josefin Sans" w:hAnsi="Josefin Sans"/>
                <w:sz w:val="24"/>
                <w:szCs w:val="24"/>
              </w:rPr>
            </w:pPr>
            <w:r w:rsidRPr="00440529">
              <w:rPr>
                <w:rFonts w:ascii="Josefin Sans" w:hAnsi="Josefin Sans"/>
                <w:color w:val="000000"/>
                <w:sz w:val="24"/>
                <w:szCs w:val="24"/>
              </w:rPr>
              <w:t>Shows emotional maturity</w:t>
            </w:r>
          </w:p>
        </w:tc>
        <w:tc>
          <w:tcPr>
            <w:tcW w:w="1620" w:type="dxa"/>
            <w:tcBorders>
              <w:top w:val="single" w:sz="3" w:space="0" w:color="9EADBA"/>
              <w:left w:val="single" w:sz="3" w:space="0" w:color="9EADBA"/>
              <w:bottom w:val="single" w:sz="3" w:space="0" w:color="9EADBA"/>
              <w:right w:val="single" w:sz="3" w:space="0" w:color="9EADBA"/>
            </w:tcBorders>
            <w:shd w:val="clear" w:color="auto" w:fill="FFFFFF"/>
            <w:tcMar>
              <w:top w:w="27" w:type="dxa"/>
              <w:left w:w="20" w:type="dxa"/>
              <w:bottom w:w="27" w:type="dxa"/>
              <w:right w:w="20" w:type="dxa"/>
            </w:tcMar>
            <w:vAlign w:val="center"/>
          </w:tcPr>
          <w:p w14:paraId="475E1980"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c>
          <w:tcPr>
            <w:tcW w:w="1710" w:type="dxa"/>
            <w:tcBorders>
              <w:top w:val="single" w:sz="3" w:space="0" w:color="9EADBA"/>
              <w:left w:val="single" w:sz="3" w:space="0" w:color="9EADBA"/>
              <w:bottom w:val="single" w:sz="3" w:space="0" w:color="9EADBA"/>
              <w:right w:val="single" w:sz="3" w:space="0" w:color="9EADBA"/>
            </w:tcBorders>
            <w:shd w:val="clear" w:color="auto" w:fill="FFFFFF"/>
            <w:tcMar>
              <w:top w:w="27" w:type="dxa"/>
              <w:left w:w="20" w:type="dxa"/>
              <w:bottom w:w="27" w:type="dxa"/>
              <w:right w:w="20" w:type="dxa"/>
            </w:tcMar>
            <w:vAlign w:val="center"/>
          </w:tcPr>
          <w:p w14:paraId="00052FDA"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c>
          <w:tcPr>
            <w:tcW w:w="1530" w:type="dxa"/>
            <w:tcBorders>
              <w:top w:val="single" w:sz="3" w:space="0" w:color="9EADBA"/>
              <w:left w:val="single" w:sz="3" w:space="0" w:color="9EADBA"/>
              <w:bottom w:val="single" w:sz="3" w:space="0" w:color="9EADBA"/>
              <w:right w:val="single" w:sz="3" w:space="0" w:color="9EADBA"/>
            </w:tcBorders>
            <w:shd w:val="clear" w:color="auto" w:fill="FFFFFF"/>
            <w:tcMar>
              <w:top w:w="27" w:type="dxa"/>
              <w:left w:w="20" w:type="dxa"/>
              <w:bottom w:w="27" w:type="dxa"/>
              <w:right w:w="20" w:type="dxa"/>
            </w:tcMar>
            <w:vAlign w:val="center"/>
          </w:tcPr>
          <w:p w14:paraId="62096455"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c>
          <w:tcPr>
            <w:tcW w:w="1440" w:type="dxa"/>
            <w:tcBorders>
              <w:top w:val="single" w:sz="3" w:space="0" w:color="9EADBA"/>
              <w:left w:val="single" w:sz="3" w:space="0" w:color="9EADBA"/>
              <w:bottom w:val="single" w:sz="3" w:space="0" w:color="9EADBA"/>
              <w:right w:val="single" w:sz="3" w:space="0" w:color="9EADBA"/>
            </w:tcBorders>
            <w:shd w:val="clear" w:color="auto" w:fill="FFFFFF"/>
            <w:tcMar>
              <w:top w:w="27" w:type="dxa"/>
              <w:left w:w="20" w:type="dxa"/>
              <w:bottom w:w="27" w:type="dxa"/>
              <w:right w:w="20" w:type="dxa"/>
            </w:tcMar>
            <w:vAlign w:val="center"/>
          </w:tcPr>
          <w:p w14:paraId="1D5AFC2E"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r>
      <w:tr w:rsidR="00BA05D3" w14:paraId="68177628" w14:textId="77777777" w:rsidTr="00440529">
        <w:trPr>
          <w:gridAfter w:val="1"/>
          <w:wAfter w:w="634" w:type="dxa"/>
          <w:trHeight w:val="479"/>
        </w:trPr>
        <w:tc>
          <w:tcPr>
            <w:tcW w:w="3960" w:type="dxa"/>
            <w:tcBorders>
              <w:top w:val="single" w:sz="3" w:space="0" w:color="9EADBA"/>
              <w:left w:val="single" w:sz="3" w:space="0" w:color="9EADBA"/>
              <w:bottom w:val="single" w:sz="3" w:space="0" w:color="9EADBA"/>
              <w:right w:val="single" w:sz="3" w:space="0" w:color="9EADBA"/>
            </w:tcBorders>
            <w:shd w:val="clear" w:color="auto" w:fill="DDEBF7"/>
            <w:tcMar>
              <w:top w:w="27" w:type="dxa"/>
              <w:left w:w="20" w:type="dxa"/>
              <w:bottom w:w="27" w:type="dxa"/>
              <w:right w:w="20" w:type="dxa"/>
            </w:tcMar>
            <w:vAlign w:val="center"/>
          </w:tcPr>
          <w:p w14:paraId="18F2D7F2" w14:textId="77777777" w:rsidR="00BA05D3" w:rsidRPr="00440529" w:rsidRDefault="002B77C4" w:rsidP="00440529">
            <w:pPr>
              <w:rPr>
                <w:rFonts w:ascii="Josefin Sans" w:hAnsi="Josefin Sans"/>
                <w:sz w:val="24"/>
                <w:szCs w:val="24"/>
              </w:rPr>
            </w:pPr>
            <w:r w:rsidRPr="00440529">
              <w:rPr>
                <w:rFonts w:ascii="Josefin Sans" w:hAnsi="Josefin Sans"/>
                <w:color w:val="000000"/>
                <w:sz w:val="24"/>
                <w:szCs w:val="24"/>
              </w:rPr>
              <w:t>Works cooperatively</w:t>
            </w:r>
          </w:p>
        </w:tc>
        <w:tc>
          <w:tcPr>
            <w:tcW w:w="1620" w:type="dxa"/>
            <w:tcBorders>
              <w:top w:val="single" w:sz="3" w:space="0" w:color="9EADBA"/>
              <w:left w:val="single" w:sz="3" w:space="0" w:color="9EADBA"/>
              <w:bottom w:val="single" w:sz="3" w:space="0" w:color="9EADBA"/>
              <w:right w:val="single" w:sz="3" w:space="0" w:color="9EADBA"/>
            </w:tcBorders>
            <w:shd w:val="clear" w:color="auto" w:fill="DDEBF7"/>
            <w:tcMar>
              <w:top w:w="27" w:type="dxa"/>
              <w:left w:w="20" w:type="dxa"/>
              <w:bottom w:w="27" w:type="dxa"/>
              <w:right w:w="20" w:type="dxa"/>
            </w:tcMar>
            <w:vAlign w:val="center"/>
          </w:tcPr>
          <w:p w14:paraId="37531636"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c>
          <w:tcPr>
            <w:tcW w:w="1710" w:type="dxa"/>
            <w:tcBorders>
              <w:top w:val="single" w:sz="3" w:space="0" w:color="9EADBA"/>
              <w:left w:val="single" w:sz="3" w:space="0" w:color="9EADBA"/>
              <w:bottom w:val="single" w:sz="3" w:space="0" w:color="9EADBA"/>
              <w:right w:val="single" w:sz="3" w:space="0" w:color="9EADBA"/>
            </w:tcBorders>
            <w:shd w:val="clear" w:color="auto" w:fill="DDEBF7"/>
            <w:tcMar>
              <w:top w:w="27" w:type="dxa"/>
              <w:left w:w="20" w:type="dxa"/>
              <w:bottom w:w="27" w:type="dxa"/>
              <w:right w:w="20" w:type="dxa"/>
            </w:tcMar>
            <w:vAlign w:val="center"/>
          </w:tcPr>
          <w:p w14:paraId="0987F168"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c>
          <w:tcPr>
            <w:tcW w:w="1530" w:type="dxa"/>
            <w:tcBorders>
              <w:top w:val="single" w:sz="3" w:space="0" w:color="9EADBA"/>
              <w:left w:val="single" w:sz="3" w:space="0" w:color="9EADBA"/>
              <w:bottom w:val="single" w:sz="3" w:space="0" w:color="9EADBA"/>
              <w:right w:val="single" w:sz="3" w:space="0" w:color="9EADBA"/>
            </w:tcBorders>
            <w:shd w:val="clear" w:color="auto" w:fill="DDEBF7"/>
            <w:tcMar>
              <w:top w:w="27" w:type="dxa"/>
              <w:left w:w="20" w:type="dxa"/>
              <w:bottom w:w="27" w:type="dxa"/>
              <w:right w:w="20" w:type="dxa"/>
            </w:tcMar>
            <w:vAlign w:val="center"/>
          </w:tcPr>
          <w:p w14:paraId="3F44E9D0"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c>
          <w:tcPr>
            <w:tcW w:w="1440" w:type="dxa"/>
            <w:tcBorders>
              <w:top w:val="single" w:sz="3" w:space="0" w:color="9EADBA"/>
              <w:left w:val="single" w:sz="3" w:space="0" w:color="9EADBA"/>
              <w:bottom w:val="single" w:sz="3" w:space="0" w:color="9EADBA"/>
              <w:right w:val="single" w:sz="3" w:space="0" w:color="9EADBA"/>
            </w:tcBorders>
            <w:shd w:val="clear" w:color="auto" w:fill="DDEBF7"/>
            <w:tcMar>
              <w:top w:w="27" w:type="dxa"/>
              <w:left w:w="20" w:type="dxa"/>
              <w:bottom w:w="27" w:type="dxa"/>
              <w:right w:w="20" w:type="dxa"/>
            </w:tcMar>
            <w:vAlign w:val="center"/>
          </w:tcPr>
          <w:p w14:paraId="51CAB1E5"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r>
      <w:tr w:rsidR="00BA05D3" w14:paraId="1EC57D2B" w14:textId="77777777" w:rsidTr="00440529">
        <w:trPr>
          <w:gridAfter w:val="1"/>
          <w:wAfter w:w="634" w:type="dxa"/>
          <w:trHeight w:val="479"/>
        </w:trPr>
        <w:tc>
          <w:tcPr>
            <w:tcW w:w="3960" w:type="dxa"/>
            <w:tcBorders>
              <w:top w:val="single" w:sz="3" w:space="0" w:color="9EADBA"/>
              <w:left w:val="single" w:sz="3" w:space="0" w:color="9EADBA"/>
              <w:bottom w:val="single" w:sz="3" w:space="0" w:color="9EADBA"/>
              <w:right w:val="single" w:sz="3" w:space="0" w:color="9EADBA"/>
            </w:tcBorders>
            <w:shd w:val="clear" w:color="auto" w:fill="FFFFFF"/>
            <w:tcMar>
              <w:top w:w="27" w:type="dxa"/>
              <w:left w:w="20" w:type="dxa"/>
              <w:bottom w:w="27" w:type="dxa"/>
              <w:right w:w="20" w:type="dxa"/>
            </w:tcMar>
            <w:vAlign w:val="center"/>
          </w:tcPr>
          <w:p w14:paraId="671CBFCF" w14:textId="77777777" w:rsidR="00BA05D3" w:rsidRPr="00440529" w:rsidRDefault="002B77C4" w:rsidP="00440529">
            <w:pPr>
              <w:rPr>
                <w:rFonts w:ascii="Josefin Sans" w:hAnsi="Josefin Sans"/>
                <w:sz w:val="24"/>
                <w:szCs w:val="24"/>
              </w:rPr>
            </w:pPr>
            <w:r w:rsidRPr="00440529">
              <w:rPr>
                <w:rFonts w:ascii="Josefin Sans" w:hAnsi="Josefin Sans"/>
                <w:color w:val="000000"/>
                <w:sz w:val="24"/>
                <w:szCs w:val="24"/>
              </w:rPr>
              <w:t>Speaks in front of others</w:t>
            </w:r>
          </w:p>
        </w:tc>
        <w:tc>
          <w:tcPr>
            <w:tcW w:w="1620" w:type="dxa"/>
            <w:tcBorders>
              <w:top w:val="single" w:sz="3" w:space="0" w:color="9EADBA"/>
              <w:left w:val="single" w:sz="3" w:space="0" w:color="9EADBA"/>
              <w:bottom w:val="single" w:sz="3" w:space="0" w:color="9EADBA"/>
              <w:right w:val="single" w:sz="3" w:space="0" w:color="9EADBA"/>
            </w:tcBorders>
            <w:shd w:val="clear" w:color="auto" w:fill="FFFFFF"/>
            <w:tcMar>
              <w:top w:w="27" w:type="dxa"/>
              <w:left w:w="20" w:type="dxa"/>
              <w:bottom w:w="27" w:type="dxa"/>
              <w:right w:w="20" w:type="dxa"/>
            </w:tcMar>
            <w:vAlign w:val="center"/>
          </w:tcPr>
          <w:p w14:paraId="54F75BE3"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c>
          <w:tcPr>
            <w:tcW w:w="1710" w:type="dxa"/>
            <w:tcBorders>
              <w:top w:val="single" w:sz="3" w:space="0" w:color="9EADBA"/>
              <w:left w:val="single" w:sz="3" w:space="0" w:color="9EADBA"/>
              <w:bottom w:val="single" w:sz="3" w:space="0" w:color="9EADBA"/>
              <w:right w:val="single" w:sz="3" w:space="0" w:color="9EADBA"/>
            </w:tcBorders>
            <w:shd w:val="clear" w:color="auto" w:fill="FFFFFF"/>
            <w:tcMar>
              <w:top w:w="27" w:type="dxa"/>
              <w:left w:w="20" w:type="dxa"/>
              <w:bottom w:w="27" w:type="dxa"/>
              <w:right w:w="20" w:type="dxa"/>
            </w:tcMar>
            <w:vAlign w:val="center"/>
          </w:tcPr>
          <w:p w14:paraId="308CFEB0"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c>
          <w:tcPr>
            <w:tcW w:w="1530" w:type="dxa"/>
            <w:tcBorders>
              <w:top w:val="single" w:sz="3" w:space="0" w:color="9EADBA"/>
              <w:left w:val="single" w:sz="3" w:space="0" w:color="9EADBA"/>
              <w:bottom w:val="single" w:sz="3" w:space="0" w:color="9EADBA"/>
              <w:right w:val="single" w:sz="3" w:space="0" w:color="9EADBA"/>
            </w:tcBorders>
            <w:shd w:val="clear" w:color="auto" w:fill="FFFFFF"/>
            <w:tcMar>
              <w:top w:w="27" w:type="dxa"/>
              <w:left w:w="20" w:type="dxa"/>
              <w:bottom w:w="27" w:type="dxa"/>
              <w:right w:w="20" w:type="dxa"/>
            </w:tcMar>
            <w:vAlign w:val="center"/>
          </w:tcPr>
          <w:p w14:paraId="2C137D01"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c>
          <w:tcPr>
            <w:tcW w:w="1440" w:type="dxa"/>
            <w:tcBorders>
              <w:top w:val="single" w:sz="3" w:space="0" w:color="9EADBA"/>
              <w:left w:val="single" w:sz="3" w:space="0" w:color="9EADBA"/>
              <w:bottom w:val="single" w:sz="3" w:space="0" w:color="9EADBA"/>
              <w:right w:val="single" w:sz="3" w:space="0" w:color="9EADBA"/>
            </w:tcBorders>
            <w:shd w:val="clear" w:color="auto" w:fill="FFFFFF"/>
            <w:tcMar>
              <w:top w:w="27" w:type="dxa"/>
              <w:left w:w="20" w:type="dxa"/>
              <w:bottom w:w="27" w:type="dxa"/>
              <w:right w:w="20" w:type="dxa"/>
            </w:tcMar>
            <w:vAlign w:val="center"/>
          </w:tcPr>
          <w:p w14:paraId="02AF6BC1"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r>
      <w:tr w:rsidR="00BA05D3" w14:paraId="0CC21858" w14:textId="77777777" w:rsidTr="00440529">
        <w:trPr>
          <w:gridAfter w:val="1"/>
          <w:wAfter w:w="634" w:type="dxa"/>
          <w:trHeight w:val="488"/>
        </w:trPr>
        <w:tc>
          <w:tcPr>
            <w:tcW w:w="3960" w:type="dxa"/>
            <w:tcBorders>
              <w:top w:val="single" w:sz="3" w:space="0" w:color="9EADBA"/>
              <w:left w:val="single" w:sz="3" w:space="0" w:color="9EADBA"/>
              <w:bottom w:val="single" w:sz="3" w:space="0" w:color="9EADBA"/>
              <w:right w:val="single" w:sz="3" w:space="0" w:color="9EADBA"/>
            </w:tcBorders>
            <w:shd w:val="clear" w:color="auto" w:fill="DDEBF7"/>
            <w:tcMar>
              <w:top w:w="27" w:type="dxa"/>
              <w:left w:w="20" w:type="dxa"/>
              <w:bottom w:w="27" w:type="dxa"/>
              <w:right w:w="20" w:type="dxa"/>
            </w:tcMar>
            <w:vAlign w:val="center"/>
          </w:tcPr>
          <w:p w14:paraId="195F9AFD" w14:textId="77777777" w:rsidR="00BA05D3" w:rsidRPr="00440529" w:rsidRDefault="002B77C4" w:rsidP="00440529">
            <w:pPr>
              <w:rPr>
                <w:rFonts w:ascii="Josefin Sans" w:hAnsi="Josefin Sans"/>
                <w:sz w:val="24"/>
                <w:szCs w:val="24"/>
              </w:rPr>
            </w:pPr>
            <w:r w:rsidRPr="00440529">
              <w:rPr>
                <w:rFonts w:ascii="Josefin Sans" w:hAnsi="Josefin Sans"/>
                <w:color w:val="000000"/>
                <w:sz w:val="24"/>
                <w:szCs w:val="24"/>
              </w:rPr>
              <w:t>Manages time effectively</w:t>
            </w:r>
          </w:p>
        </w:tc>
        <w:tc>
          <w:tcPr>
            <w:tcW w:w="1620" w:type="dxa"/>
            <w:tcBorders>
              <w:top w:val="single" w:sz="3" w:space="0" w:color="9EADBA"/>
              <w:left w:val="single" w:sz="3" w:space="0" w:color="9EADBA"/>
              <w:bottom w:val="single" w:sz="3" w:space="0" w:color="9EADBA"/>
              <w:right w:val="single" w:sz="3" w:space="0" w:color="9EADBA"/>
            </w:tcBorders>
            <w:shd w:val="clear" w:color="auto" w:fill="DDEBF7"/>
            <w:tcMar>
              <w:top w:w="27" w:type="dxa"/>
              <w:left w:w="20" w:type="dxa"/>
              <w:bottom w:w="27" w:type="dxa"/>
              <w:right w:w="20" w:type="dxa"/>
            </w:tcMar>
            <w:vAlign w:val="center"/>
          </w:tcPr>
          <w:p w14:paraId="03C9A784"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c>
          <w:tcPr>
            <w:tcW w:w="1710" w:type="dxa"/>
            <w:tcBorders>
              <w:top w:val="single" w:sz="3" w:space="0" w:color="9EADBA"/>
              <w:left w:val="single" w:sz="3" w:space="0" w:color="9EADBA"/>
              <w:bottom w:val="single" w:sz="3" w:space="0" w:color="9EADBA"/>
              <w:right w:val="single" w:sz="3" w:space="0" w:color="9EADBA"/>
            </w:tcBorders>
            <w:shd w:val="clear" w:color="auto" w:fill="DDEBF7"/>
            <w:tcMar>
              <w:top w:w="27" w:type="dxa"/>
              <w:left w:w="20" w:type="dxa"/>
              <w:bottom w:w="27" w:type="dxa"/>
              <w:right w:w="20" w:type="dxa"/>
            </w:tcMar>
            <w:vAlign w:val="center"/>
          </w:tcPr>
          <w:p w14:paraId="6A2C30FE"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c>
          <w:tcPr>
            <w:tcW w:w="1530" w:type="dxa"/>
            <w:tcBorders>
              <w:top w:val="single" w:sz="3" w:space="0" w:color="9EADBA"/>
              <w:left w:val="single" w:sz="3" w:space="0" w:color="9EADBA"/>
              <w:bottom w:val="single" w:sz="3" w:space="0" w:color="9EADBA"/>
              <w:right w:val="single" w:sz="3" w:space="0" w:color="9EADBA"/>
            </w:tcBorders>
            <w:shd w:val="clear" w:color="auto" w:fill="DDEBF7"/>
            <w:tcMar>
              <w:top w:w="27" w:type="dxa"/>
              <w:left w:w="20" w:type="dxa"/>
              <w:bottom w:w="27" w:type="dxa"/>
              <w:right w:w="20" w:type="dxa"/>
            </w:tcMar>
            <w:vAlign w:val="center"/>
          </w:tcPr>
          <w:p w14:paraId="3C606966"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c>
          <w:tcPr>
            <w:tcW w:w="1440" w:type="dxa"/>
            <w:tcBorders>
              <w:top w:val="single" w:sz="3" w:space="0" w:color="9EADBA"/>
              <w:left w:val="single" w:sz="3" w:space="0" w:color="9EADBA"/>
              <w:bottom w:val="single" w:sz="3" w:space="0" w:color="9EADBA"/>
              <w:right w:val="single" w:sz="3" w:space="0" w:color="9EADBA"/>
            </w:tcBorders>
            <w:shd w:val="clear" w:color="auto" w:fill="DDEBF7"/>
            <w:tcMar>
              <w:top w:w="27" w:type="dxa"/>
              <w:left w:w="20" w:type="dxa"/>
              <w:bottom w:w="27" w:type="dxa"/>
              <w:right w:w="20" w:type="dxa"/>
            </w:tcMar>
            <w:vAlign w:val="center"/>
          </w:tcPr>
          <w:p w14:paraId="59B841D3"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r>
      <w:tr w:rsidR="00BA05D3" w14:paraId="757FD3A1" w14:textId="77777777" w:rsidTr="00440529">
        <w:trPr>
          <w:gridAfter w:val="1"/>
          <w:wAfter w:w="634" w:type="dxa"/>
          <w:trHeight w:val="560"/>
        </w:trPr>
        <w:tc>
          <w:tcPr>
            <w:tcW w:w="3960" w:type="dxa"/>
            <w:tcBorders>
              <w:top w:val="single" w:sz="3" w:space="0" w:color="9EADBA"/>
              <w:left w:val="single" w:sz="3" w:space="0" w:color="9EADBA"/>
              <w:bottom w:val="single" w:sz="3" w:space="0" w:color="9EADBA"/>
              <w:right w:val="single" w:sz="3" w:space="0" w:color="9EADBA"/>
            </w:tcBorders>
            <w:shd w:val="clear" w:color="auto" w:fill="FFFFFF"/>
            <w:tcMar>
              <w:top w:w="27" w:type="dxa"/>
              <w:left w:w="20" w:type="dxa"/>
              <w:bottom w:w="27" w:type="dxa"/>
              <w:right w:w="20" w:type="dxa"/>
            </w:tcMar>
            <w:vAlign w:val="center"/>
          </w:tcPr>
          <w:p w14:paraId="0D2C8F89" w14:textId="77777777" w:rsidR="00BA05D3" w:rsidRPr="00440529" w:rsidRDefault="002B77C4" w:rsidP="00440529">
            <w:pPr>
              <w:rPr>
                <w:rFonts w:ascii="Josefin Sans" w:hAnsi="Josefin Sans"/>
                <w:sz w:val="24"/>
                <w:szCs w:val="24"/>
              </w:rPr>
            </w:pPr>
            <w:r w:rsidRPr="00440529">
              <w:rPr>
                <w:rFonts w:ascii="Josefin Sans" w:hAnsi="Josefin Sans"/>
                <w:color w:val="000000"/>
                <w:sz w:val="24"/>
                <w:szCs w:val="24"/>
              </w:rPr>
              <w:t>Demonstrates leadership potential</w:t>
            </w:r>
          </w:p>
        </w:tc>
        <w:tc>
          <w:tcPr>
            <w:tcW w:w="1620" w:type="dxa"/>
            <w:tcBorders>
              <w:top w:val="single" w:sz="3" w:space="0" w:color="9EADBA"/>
              <w:left w:val="single" w:sz="3" w:space="0" w:color="9EADBA"/>
              <w:bottom w:val="single" w:sz="3" w:space="0" w:color="9EADBA"/>
              <w:right w:val="single" w:sz="3" w:space="0" w:color="9EADBA"/>
            </w:tcBorders>
            <w:shd w:val="clear" w:color="auto" w:fill="FFFFFF"/>
            <w:tcMar>
              <w:top w:w="27" w:type="dxa"/>
              <w:left w:w="20" w:type="dxa"/>
              <w:bottom w:w="27" w:type="dxa"/>
              <w:right w:w="20" w:type="dxa"/>
            </w:tcMar>
            <w:vAlign w:val="center"/>
          </w:tcPr>
          <w:p w14:paraId="018B2AA7"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c>
          <w:tcPr>
            <w:tcW w:w="1710" w:type="dxa"/>
            <w:tcBorders>
              <w:top w:val="single" w:sz="3" w:space="0" w:color="9EADBA"/>
              <w:left w:val="single" w:sz="3" w:space="0" w:color="9EADBA"/>
              <w:bottom w:val="single" w:sz="3" w:space="0" w:color="9EADBA"/>
              <w:right w:val="single" w:sz="3" w:space="0" w:color="9EADBA"/>
            </w:tcBorders>
            <w:shd w:val="clear" w:color="auto" w:fill="FFFFFF"/>
            <w:tcMar>
              <w:top w:w="27" w:type="dxa"/>
              <w:left w:w="20" w:type="dxa"/>
              <w:bottom w:w="27" w:type="dxa"/>
              <w:right w:w="20" w:type="dxa"/>
            </w:tcMar>
            <w:vAlign w:val="center"/>
          </w:tcPr>
          <w:p w14:paraId="52EFFEC4"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c>
          <w:tcPr>
            <w:tcW w:w="1530" w:type="dxa"/>
            <w:tcBorders>
              <w:top w:val="single" w:sz="3" w:space="0" w:color="9EADBA"/>
              <w:left w:val="single" w:sz="3" w:space="0" w:color="9EADBA"/>
              <w:bottom w:val="single" w:sz="3" w:space="0" w:color="9EADBA"/>
              <w:right w:val="single" w:sz="3" w:space="0" w:color="9EADBA"/>
            </w:tcBorders>
            <w:shd w:val="clear" w:color="auto" w:fill="FFFFFF"/>
            <w:tcMar>
              <w:top w:w="27" w:type="dxa"/>
              <w:left w:w="20" w:type="dxa"/>
              <w:bottom w:w="27" w:type="dxa"/>
              <w:right w:w="20" w:type="dxa"/>
            </w:tcMar>
            <w:vAlign w:val="center"/>
          </w:tcPr>
          <w:p w14:paraId="5C0D8496"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c>
          <w:tcPr>
            <w:tcW w:w="1440" w:type="dxa"/>
            <w:tcBorders>
              <w:top w:val="single" w:sz="3" w:space="0" w:color="9EADBA"/>
              <w:left w:val="single" w:sz="3" w:space="0" w:color="9EADBA"/>
              <w:bottom w:val="single" w:sz="3" w:space="0" w:color="9EADBA"/>
              <w:right w:val="single" w:sz="3" w:space="0" w:color="9EADBA"/>
            </w:tcBorders>
            <w:shd w:val="clear" w:color="auto" w:fill="FFFFFF"/>
            <w:tcMar>
              <w:top w:w="27" w:type="dxa"/>
              <w:left w:w="20" w:type="dxa"/>
              <w:bottom w:w="27" w:type="dxa"/>
              <w:right w:w="20" w:type="dxa"/>
            </w:tcMar>
            <w:vAlign w:val="center"/>
          </w:tcPr>
          <w:p w14:paraId="0DA45C91" w14:textId="77777777" w:rsidR="00BA05D3" w:rsidRPr="00440529" w:rsidRDefault="002B77C4" w:rsidP="00440529">
            <w:pPr>
              <w:jc w:val="center"/>
              <w:rPr>
                <w:rFonts w:ascii="Josefin Sans" w:hAnsi="Josefin Sans"/>
                <w:sz w:val="24"/>
                <w:szCs w:val="24"/>
              </w:rPr>
            </w:pPr>
            <w:r w:rsidRPr="00440529">
              <w:rPr>
                <w:rFonts w:ascii="Segoe UI Symbol" w:hAnsi="Segoe UI Symbol" w:cs="Segoe UI Symbol"/>
                <w:color w:val="000000"/>
                <w:sz w:val="24"/>
                <w:szCs w:val="24"/>
              </w:rPr>
              <w:t>☐</w:t>
            </w:r>
          </w:p>
        </w:tc>
      </w:tr>
      <w:tr w:rsidR="00BA05D3" w14:paraId="1EFB2274" w14:textId="77777777" w:rsidTr="00440529">
        <w:trPr>
          <w:trHeight w:val="738"/>
        </w:trPr>
        <w:tc>
          <w:tcPr>
            <w:tcW w:w="10894" w:type="dxa"/>
            <w:gridSpan w:val="6"/>
            <w:tcBorders>
              <w:top w:val="nil"/>
              <w:left w:val="nil"/>
              <w:bottom w:val="nil"/>
              <w:right w:val="nil"/>
            </w:tcBorders>
            <w:tcMar>
              <w:top w:w="35" w:type="dxa"/>
              <w:left w:w="10" w:type="dxa"/>
              <w:bottom w:w="25" w:type="dxa"/>
              <w:right w:w="10" w:type="dxa"/>
            </w:tcMar>
          </w:tcPr>
          <w:p w14:paraId="275FF596" w14:textId="77777777" w:rsidR="00C65A70" w:rsidRDefault="00C65A70">
            <w:pPr>
              <w:spacing w:after="80"/>
              <w:rPr>
                <w:b/>
                <w:color w:val="000000"/>
              </w:rPr>
            </w:pPr>
          </w:p>
          <w:p w14:paraId="43E6C717" w14:textId="3749DAE9" w:rsidR="00BA05D3" w:rsidRPr="00440529" w:rsidRDefault="002B77C4">
            <w:pPr>
              <w:spacing w:after="80"/>
              <w:rPr>
                <w:color w:val="028CC3"/>
                <w:sz w:val="24"/>
                <w:szCs w:val="24"/>
              </w:rPr>
            </w:pPr>
            <w:r w:rsidRPr="00440529">
              <w:rPr>
                <w:b/>
                <w:color w:val="028CC3"/>
                <w:sz w:val="24"/>
                <w:szCs w:val="24"/>
              </w:rPr>
              <w:t>Additional comments or concerns the selection team should consider</w:t>
            </w:r>
          </w:p>
          <w:p w14:paraId="0770A416" w14:textId="77777777" w:rsidR="00BA05D3" w:rsidRPr="00440529" w:rsidRDefault="00000000">
            <w:pPr>
              <w:rPr>
                <w:color w:val="028CC3"/>
                <w:sz w:val="24"/>
                <w:szCs w:val="24"/>
              </w:rPr>
            </w:pPr>
            <w:sdt>
              <w:sdtPr>
                <w:rPr>
                  <w:rFonts w:ascii="Josefin Sans Light" w:hAnsi="Josefin Sans Light"/>
                  <w:i/>
                  <w:iCs/>
                  <w:color w:val="028CC3"/>
                  <w:sz w:val="24"/>
                  <w:szCs w:val="24"/>
                </w:rPr>
                <w:alias w:val="LONG_021_ADDITIONAL_COMMENTS_OR_CONCERNS_THE_SELECT"/>
                <w:tag w:val="LONG_021_ADDITIONAL_COMMENTS_OR_CONCERNS_THE_SELECT"/>
                <w:id w:val="2137055752"/>
                <w:text w:multiLine="1"/>
              </w:sdtPr>
              <w:sdtContent>
                <w:r w:rsidR="002B77C4" w:rsidRPr="00440529">
                  <w:rPr>
                    <w:rFonts w:ascii="Josefin Sans Light" w:hAnsi="Josefin Sans Light"/>
                    <w:i/>
                    <w:iCs/>
                    <w:color w:val="028CC3"/>
                    <w:sz w:val="24"/>
                    <w:szCs w:val="24"/>
                  </w:rPr>
                  <w:t>Type response here.</w:t>
                </w:r>
              </w:sdtContent>
            </w:sdt>
          </w:p>
          <w:p w14:paraId="2C785254" w14:textId="77777777" w:rsidR="00BA05D3" w:rsidRDefault="00BA05D3"/>
        </w:tc>
      </w:tr>
    </w:tbl>
    <w:p w14:paraId="23658FFD" w14:textId="77777777" w:rsidR="00BA05D3" w:rsidRDefault="00BA05D3">
      <w:pPr>
        <w:spacing w:after="40"/>
      </w:pPr>
    </w:p>
    <w:p w14:paraId="0A519A35" w14:textId="77777777" w:rsidR="00BA05D3" w:rsidRPr="00440529" w:rsidRDefault="002B77C4" w:rsidP="00440529">
      <w:pPr>
        <w:spacing w:after="20" w:line="276" w:lineRule="auto"/>
        <w:ind w:left="144" w:hanging="144"/>
        <w:rPr>
          <w:color w:val="028CC3"/>
          <w:sz w:val="24"/>
          <w:szCs w:val="24"/>
        </w:rPr>
      </w:pPr>
      <w:r w:rsidRPr="00440529">
        <w:rPr>
          <w:color w:val="028CC3"/>
          <w:sz w:val="24"/>
          <w:szCs w:val="24"/>
        </w:rPr>
        <w:t>☐ I strongly recommend this student.</w:t>
      </w:r>
    </w:p>
    <w:p w14:paraId="779586B1" w14:textId="77777777" w:rsidR="00BA05D3" w:rsidRPr="00440529" w:rsidRDefault="002B77C4" w:rsidP="00440529">
      <w:pPr>
        <w:spacing w:after="20" w:line="276" w:lineRule="auto"/>
        <w:ind w:left="144" w:hanging="144"/>
        <w:rPr>
          <w:color w:val="028CC3"/>
          <w:sz w:val="24"/>
          <w:szCs w:val="24"/>
        </w:rPr>
      </w:pPr>
      <w:r w:rsidRPr="00440529">
        <w:rPr>
          <w:color w:val="028CC3"/>
          <w:sz w:val="24"/>
          <w:szCs w:val="24"/>
        </w:rPr>
        <w:t>☐ I recommend this student.</w:t>
      </w:r>
    </w:p>
    <w:p w14:paraId="3E5D3148" w14:textId="77777777" w:rsidR="00BA05D3" w:rsidRPr="00440529" w:rsidRDefault="002B77C4" w:rsidP="00440529">
      <w:pPr>
        <w:spacing w:after="20" w:line="276" w:lineRule="auto"/>
        <w:ind w:left="144" w:hanging="144"/>
        <w:rPr>
          <w:color w:val="028CC3"/>
          <w:sz w:val="24"/>
          <w:szCs w:val="24"/>
        </w:rPr>
      </w:pPr>
      <w:r w:rsidRPr="00440529">
        <w:rPr>
          <w:color w:val="028CC3"/>
          <w:sz w:val="24"/>
          <w:szCs w:val="24"/>
        </w:rPr>
        <w:t>☐ I recommend this student with reservations explained above.</w:t>
      </w:r>
    </w:p>
    <w:p w14:paraId="18387019" w14:textId="77777777" w:rsidR="00BA05D3" w:rsidRPr="00440529" w:rsidRDefault="002B77C4" w:rsidP="00440529">
      <w:pPr>
        <w:spacing w:after="20" w:line="276" w:lineRule="auto"/>
        <w:ind w:left="144" w:hanging="144"/>
        <w:rPr>
          <w:color w:val="028CC3"/>
          <w:sz w:val="24"/>
          <w:szCs w:val="24"/>
        </w:rPr>
      </w:pPr>
      <w:r w:rsidRPr="00440529">
        <w:rPr>
          <w:color w:val="028CC3"/>
          <w:sz w:val="24"/>
          <w:szCs w:val="24"/>
        </w:rPr>
        <w:t xml:space="preserve">☐ I am unable to recommend this student </w:t>
      </w:r>
      <w:proofErr w:type="gramStart"/>
      <w:r w:rsidRPr="00440529">
        <w:rPr>
          <w:color w:val="028CC3"/>
          <w:sz w:val="24"/>
          <w:szCs w:val="24"/>
        </w:rPr>
        <w:t>at this time</w:t>
      </w:r>
      <w:proofErr w:type="gramEnd"/>
      <w:r w:rsidRPr="00440529">
        <w:rPr>
          <w:color w:val="028CC3"/>
          <w:sz w:val="24"/>
          <w:szCs w:val="24"/>
        </w:rPr>
        <w:t>.</w:t>
      </w:r>
    </w:p>
    <w:tbl>
      <w:tblPr>
        <w:tblW w:w="0" w:type="auto"/>
        <w:jc w:val="center"/>
        <w:tblLayout w:type="fixed"/>
        <w:tblLook w:val="04A0" w:firstRow="1" w:lastRow="0" w:firstColumn="1" w:lastColumn="0" w:noHBand="0" w:noVBand="1"/>
      </w:tblPr>
      <w:tblGrid>
        <w:gridCol w:w="7200"/>
        <w:gridCol w:w="2808"/>
      </w:tblGrid>
      <w:tr w:rsidR="00BA05D3" w:rsidRPr="00440529" w14:paraId="5627E625" w14:textId="77777777">
        <w:trPr>
          <w:cantSplit/>
          <w:jc w:val="center"/>
        </w:trPr>
        <w:tc>
          <w:tcPr>
            <w:tcW w:w="7200" w:type="dxa"/>
            <w:tcBorders>
              <w:top w:val="nil"/>
              <w:left w:val="nil"/>
              <w:bottom w:val="nil"/>
              <w:right w:val="nil"/>
            </w:tcBorders>
            <w:tcMar>
              <w:top w:w="30" w:type="dxa"/>
              <w:left w:w="30" w:type="dxa"/>
              <w:bottom w:w="10" w:type="dxa"/>
              <w:right w:w="30" w:type="dxa"/>
            </w:tcMar>
          </w:tcPr>
          <w:p w14:paraId="405DA98C" w14:textId="77777777" w:rsidR="00C65A70" w:rsidRPr="00440529" w:rsidRDefault="00C65A70">
            <w:pPr>
              <w:rPr>
                <w:b/>
                <w:color w:val="028CC3"/>
                <w:sz w:val="24"/>
                <w:szCs w:val="24"/>
              </w:rPr>
            </w:pPr>
          </w:p>
          <w:p w14:paraId="3FCE5581" w14:textId="77777777" w:rsidR="00C65A70" w:rsidRPr="00440529" w:rsidRDefault="00C65A70">
            <w:pPr>
              <w:rPr>
                <w:b/>
                <w:color w:val="028CC3"/>
                <w:sz w:val="24"/>
                <w:szCs w:val="24"/>
              </w:rPr>
            </w:pPr>
          </w:p>
          <w:p w14:paraId="483139DC" w14:textId="643E2996" w:rsidR="00BA05D3" w:rsidRPr="00440529" w:rsidRDefault="002B77C4">
            <w:pPr>
              <w:rPr>
                <w:color w:val="028CC3"/>
                <w:sz w:val="24"/>
                <w:szCs w:val="24"/>
              </w:rPr>
            </w:pPr>
            <w:r w:rsidRPr="00440529">
              <w:rPr>
                <w:b/>
                <w:color w:val="028CC3"/>
                <w:sz w:val="24"/>
                <w:szCs w:val="24"/>
              </w:rPr>
              <w:t>Recommender Signature</w:t>
            </w:r>
          </w:p>
        </w:tc>
        <w:tc>
          <w:tcPr>
            <w:tcW w:w="2808" w:type="dxa"/>
            <w:tcBorders>
              <w:top w:val="nil"/>
              <w:left w:val="nil"/>
              <w:bottom w:val="nil"/>
              <w:right w:val="nil"/>
            </w:tcBorders>
            <w:tcMar>
              <w:top w:w="30" w:type="dxa"/>
              <w:left w:w="30" w:type="dxa"/>
              <w:bottom w:w="10" w:type="dxa"/>
              <w:right w:w="30" w:type="dxa"/>
            </w:tcMar>
          </w:tcPr>
          <w:p w14:paraId="15E9D881" w14:textId="77777777" w:rsidR="00C65A70" w:rsidRPr="00440529" w:rsidRDefault="00C65A70">
            <w:pPr>
              <w:rPr>
                <w:b/>
                <w:color w:val="028CC3"/>
                <w:sz w:val="24"/>
                <w:szCs w:val="24"/>
              </w:rPr>
            </w:pPr>
          </w:p>
          <w:p w14:paraId="3A1EA2D6" w14:textId="77777777" w:rsidR="00C65A70" w:rsidRPr="00440529" w:rsidRDefault="00C65A70">
            <w:pPr>
              <w:rPr>
                <w:b/>
                <w:color w:val="028CC3"/>
                <w:sz w:val="24"/>
                <w:szCs w:val="24"/>
              </w:rPr>
            </w:pPr>
          </w:p>
          <w:p w14:paraId="23859167" w14:textId="47238E80" w:rsidR="00BA05D3" w:rsidRPr="00440529" w:rsidRDefault="002B77C4">
            <w:pPr>
              <w:rPr>
                <w:color w:val="028CC3"/>
                <w:sz w:val="24"/>
                <w:szCs w:val="24"/>
              </w:rPr>
            </w:pPr>
            <w:r w:rsidRPr="00440529">
              <w:rPr>
                <w:b/>
                <w:color w:val="028CC3"/>
                <w:sz w:val="24"/>
                <w:szCs w:val="24"/>
              </w:rPr>
              <w:t>Date</w:t>
            </w:r>
          </w:p>
        </w:tc>
      </w:tr>
      <w:tr w:rsidR="00BA05D3" w:rsidRPr="00440529" w14:paraId="08A73F4C" w14:textId="77777777">
        <w:trPr>
          <w:cantSplit/>
          <w:jc w:val="center"/>
        </w:trPr>
        <w:tc>
          <w:tcPr>
            <w:tcW w:w="7200" w:type="dxa"/>
            <w:tcBorders>
              <w:top w:val="nil"/>
              <w:left w:val="nil"/>
              <w:bottom w:val="single" w:sz="6" w:space="0" w:color="7F7F7F"/>
              <w:right w:val="nil"/>
            </w:tcBorders>
            <w:tcMar>
              <w:top w:w="20" w:type="dxa"/>
              <w:left w:w="30" w:type="dxa"/>
              <w:bottom w:w="40" w:type="dxa"/>
              <w:right w:w="30" w:type="dxa"/>
            </w:tcMar>
          </w:tcPr>
          <w:p w14:paraId="53B50F74" w14:textId="77777777" w:rsidR="00BA05D3" w:rsidRPr="00440529" w:rsidRDefault="00000000">
            <w:pPr>
              <w:rPr>
                <w:color w:val="028CC3"/>
                <w:sz w:val="24"/>
                <w:szCs w:val="24"/>
              </w:rPr>
            </w:pPr>
            <w:sdt>
              <w:sdtPr>
                <w:rPr>
                  <w:rFonts w:ascii="Josefin Sans Light" w:hAnsi="Josefin Sans Light"/>
                  <w:iCs/>
                  <w:color w:val="028CC3"/>
                  <w:sz w:val="24"/>
                  <w:szCs w:val="24"/>
                </w:rPr>
                <w:alias w:val="FIELD_046_RECOMMENDER_SIGNATURE"/>
                <w:tag w:val="FIELD_046_RECOMMENDER_SIGNATURE"/>
                <w:id w:val="-1359264079"/>
                <w:text/>
              </w:sdtPr>
              <w:sdtContent>
                <w:r w:rsidR="002B77C4" w:rsidRPr="00440529">
                  <w:rPr>
                    <w:rFonts w:ascii="Josefin Sans Light" w:hAnsi="Josefin Sans Light"/>
                    <w:i/>
                    <w:iCs/>
                    <w:color w:val="028CC3"/>
                    <w:sz w:val="24"/>
                    <w:szCs w:val="24"/>
                  </w:rPr>
                  <w:t>Type here.</w:t>
                </w:r>
              </w:sdtContent>
            </w:sdt>
          </w:p>
        </w:tc>
        <w:tc>
          <w:tcPr>
            <w:tcW w:w="2808" w:type="dxa"/>
            <w:tcBorders>
              <w:top w:val="nil"/>
              <w:left w:val="nil"/>
              <w:bottom w:val="single" w:sz="6" w:space="0" w:color="7F7F7F"/>
              <w:right w:val="nil"/>
            </w:tcBorders>
            <w:tcMar>
              <w:top w:w="20" w:type="dxa"/>
              <w:left w:w="30" w:type="dxa"/>
              <w:bottom w:w="40" w:type="dxa"/>
              <w:right w:w="30" w:type="dxa"/>
            </w:tcMar>
          </w:tcPr>
          <w:p w14:paraId="641EB233" w14:textId="77777777" w:rsidR="00BA05D3" w:rsidRPr="00440529" w:rsidRDefault="00000000">
            <w:pPr>
              <w:rPr>
                <w:color w:val="028CC3"/>
                <w:sz w:val="24"/>
                <w:szCs w:val="24"/>
              </w:rPr>
            </w:pPr>
            <w:sdt>
              <w:sdtPr>
                <w:rPr>
                  <w:rFonts w:ascii="Josefin Sans Light" w:hAnsi="Josefin Sans Light"/>
                  <w:i/>
                  <w:iCs/>
                  <w:color w:val="028CC3"/>
                  <w:sz w:val="24"/>
                  <w:szCs w:val="24"/>
                </w:rPr>
                <w:alias w:val="FIELD_047_DATE"/>
                <w:tag w:val="FIELD_047_DATE"/>
                <w:id w:val="1473941709"/>
                <w:text/>
              </w:sdtPr>
              <w:sdtContent>
                <w:r w:rsidR="002B77C4" w:rsidRPr="00440529">
                  <w:rPr>
                    <w:rFonts w:ascii="Josefin Sans Light" w:hAnsi="Josefin Sans Light"/>
                    <w:i/>
                    <w:iCs/>
                    <w:color w:val="028CC3"/>
                    <w:sz w:val="24"/>
                    <w:szCs w:val="24"/>
                  </w:rPr>
                  <w:t>Type here.</w:t>
                </w:r>
              </w:sdtContent>
            </w:sdt>
          </w:p>
        </w:tc>
      </w:tr>
    </w:tbl>
    <w:p w14:paraId="4E2D3739" w14:textId="4459B985" w:rsidR="00BA05D3" w:rsidRDefault="00BA05D3"/>
    <w:sectPr w:rsidR="00BA05D3">
      <w:headerReference w:type="even" r:id="rId13"/>
      <w:headerReference w:type="default" r:id="rId14"/>
      <w:footerReference w:type="even" r:id="rId15"/>
      <w:footerReference w:type="default" r:id="rId16"/>
      <w:headerReference w:type="first" r:id="rId17"/>
      <w:footerReference w:type="first" r:id="rId18"/>
      <w:pgSz w:w="12240" w:h="15840"/>
      <w:pgMar w:top="648" w:right="893" w:bottom="648" w:left="893" w:header="173"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527DA7" w14:textId="77777777" w:rsidR="00744494" w:rsidRDefault="00744494">
      <w:r>
        <w:separator/>
      </w:r>
    </w:p>
  </w:endnote>
  <w:endnote w:type="continuationSeparator" w:id="0">
    <w:p w14:paraId="1A778328" w14:textId="77777777" w:rsidR="00744494" w:rsidRDefault="00744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JOSEFIN SANS SEMIBOLD">
    <w:panose1 w:val="00000000000000000000"/>
    <w:charset w:val="4D"/>
    <w:family w:val="auto"/>
    <w:pitch w:val="variable"/>
    <w:sig w:usb0="A00000AF" w:usb1="4000204A" w:usb2="00000000" w:usb3="00000000" w:csb0="0000019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Josefin Sans Thin">
    <w:altName w:val="JOSEFIN SANS THIN"/>
    <w:panose1 w:val="00000000000000000000"/>
    <w:charset w:val="4D"/>
    <w:family w:val="auto"/>
    <w:pitch w:val="variable"/>
    <w:sig w:usb0="A00000AF" w:usb1="4000204A" w:usb2="00000000" w:usb3="00000000" w:csb0="00000193" w:csb1="00000000"/>
  </w:font>
  <w:font w:name="Josefin Sans Light">
    <w:altName w:val="JOSEFIN SANS LIGHT"/>
    <w:panose1 w:val="00000000000000000000"/>
    <w:charset w:val="4D"/>
    <w:family w:val="auto"/>
    <w:pitch w:val="variable"/>
    <w:sig w:usb0="A00000AF" w:usb1="4000204A" w:usb2="00000000" w:usb3="00000000" w:csb0="00000193" w:csb1="00000000"/>
  </w:font>
  <w:font w:name="Josefin Sans">
    <w:panose1 w:val="00000000000000000000"/>
    <w:charset w:val="4D"/>
    <w:family w:val="auto"/>
    <w:pitch w:val="variable"/>
    <w:sig w:usb0="A00000AF" w:usb1="4000204A" w:usb2="00000000" w:usb3="00000000" w:csb0="00000193"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DE8EF9" w14:textId="77777777" w:rsidR="00BA05D3" w:rsidRDefault="00BA05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82B0E3" w14:textId="77777777" w:rsidR="00BA05D3" w:rsidRDefault="00BA05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35AE2F" w14:textId="77777777" w:rsidR="00BA05D3" w:rsidRDefault="00BA05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AE85B2" w14:textId="77777777" w:rsidR="00744494" w:rsidRDefault="00744494">
      <w:r>
        <w:separator/>
      </w:r>
    </w:p>
  </w:footnote>
  <w:footnote w:type="continuationSeparator" w:id="0">
    <w:p w14:paraId="0D4FE74D" w14:textId="77777777" w:rsidR="00744494" w:rsidRDefault="007444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E2EC08" w14:textId="77777777" w:rsidR="00BA05D3" w:rsidRDefault="00BA05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4FECA5" w14:textId="77777777" w:rsidR="00BA05D3" w:rsidRDefault="00BA05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CE03FA" w14:textId="77777777" w:rsidR="00BA05D3" w:rsidRDefault="00BA05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05030930">
    <w:abstractNumId w:val="8"/>
  </w:num>
  <w:num w:numId="2" w16cid:durableId="575167440">
    <w:abstractNumId w:val="6"/>
  </w:num>
  <w:num w:numId="3" w16cid:durableId="1052074137">
    <w:abstractNumId w:val="5"/>
  </w:num>
  <w:num w:numId="4" w16cid:durableId="571701579">
    <w:abstractNumId w:val="4"/>
  </w:num>
  <w:num w:numId="5" w16cid:durableId="330179317">
    <w:abstractNumId w:val="7"/>
  </w:num>
  <w:num w:numId="6" w16cid:durableId="469833284">
    <w:abstractNumId w:val="3"/>
  </w:num>
  <w:num w:numId="7" w16cid:durableId="1366903660">
    <w:abstractNumId w:val="2"/>
  </w:num>
  <w:num w:numId="8" w16cid:durableId="248588858">
    <w:abstractNumId w:val="1"/>
  </w:num>
  <w:num w:numId="9" w16cid:durableId="175238686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AED"/>
    <w:rsid w:val="00005944"/>
    <w:rsid w:val="000174C4"/>
    <w:rsid w:val="00034616"/>
    <w:rsid w:val="0006063C"/>
    <w:rsid w:val="0014302A"/>
    <w:rsid w:val="0015074B"/>
    <w:rsid w:val="00164796"/>
    <w:rsid w:val="00217B70"/>
    <w:rsid w:val="0028010D"/>
    <w:rsid w:val="00293C09"/>
    <w:rsid w:val="0029639D"/>
    <w:rsid w:val="002B77C4"/>
    <w:rsid w:val="002D7222"/>
    <w:rsid w:val="002F2A9D"/>
    <w:rsid w:val="00326F90"/>
    <w:rsid w:val="00353C76"/>
    <w:rsid w:val="00393487"/>
    <w:rsid w:val="00440529"/>
    <w:rsid w:val="004E68BE"/>
    <w:rsid w:val="00510C84"/>
    <w:rsid w:val="005F1507"/>
    <w:rsid w:val="0070024D"/>
    <w:rsid w:val="00723DA4"/>
    <w:rsid w:val="00726490"/>
    <w:rsid w:val="00744494"/>
    <w:rsid w:val="007600D0"/>
    <w:rsid w:val="00823C49"/>
    <w:rsid w:val="00842A1F"/>
    <w:rsid w:val="008447A8"/>
    <w:rsid w:val="00864583"/>
    <w:rsid w:val="00887783"/>
    <w:rsid w:val="008C1DE9"/>
    <w:rsid w:val="008D61BE"/>
    <w:rsid w:val="00921893"/>
    <w:rsid w:val="0095547C"/>
    <w:rsid w:val="00A33CD7"/>
    <w:rsid w:val="00A60D77"/>
    <w:rsid w:val="00AA1D8D"/>
    <w:rsid w:val="00B10135"/>
    <w:rsid w:val="00B25409"/>
    <w:rsid w:val="00B454DD"/>
    <w:rsid w:val="00B47730"/>
    <w:rsid w:val="00BA05D3"/>
    <w:rsid w:val="00C23E22"/>
    <w:rsid w:val="00C62F5F"/>
    <w:rsid w:val="00C65A70"/>
    <w:rsid w:val="00CB0664"/>
    <w:rsid w:val="00CB268A"/>
    <w:rsid w:val="00D838FA"/>
    <w:rsid w:val="00D95CFA"/>
    <w:rsid w:val="00DA0576"/>
    <w:rsid w:val="00DB1507"/>
    <w:rsid w:val="00DC6488"/>
    <w:rsid w:val="00DE3167"/>
    <w:rsid w:val="00E451AB"/>
    <w:rsid w:val="00E55B69"/>
    <w:rsid w:val="00EE0A40"/>
    <w:rsid w:val="00EF785A"/>
    <w:rsid w:val="00FB200C"/>
    <w:rsid w:val="00FB78DD"/>
    <w:rsid w:val="00FC693F"/>
    <w:rsid w:val="00FD5D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4741B1"/>
  <w14:defaultImageDpi w14:val="300"/>
  <w15:docId w15:val="{69CCCC76-E633-4540-A3DC-964614379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JOSEFIN SANS SEMIBOLD" w:eastAsia="JOSEFIN SANS SEMIBOLD" w:hAnsi="JOSEFIN SANS SEMIBOLD"/>
      <w:sz w:val="21"/>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FD5DA2"/>
    <w:rPr>
      <w:color w:val="0000FF" w:themeColor="hyperlink"/>
      <w:u w:val="single"/>
    </w:rPr>
  </w:style>
  <w:style w:type="character" w:styleId="UnresolvedMention">
    <w:name w:val="Unresolved Mention"/>
    <w:basedOn w:val="DefaultParagraphFont"/>
    <w:uiPriority w:val="99"/>
    <w:semiHidden/>
    <w:unhideWhenUsed/>
    <w:rsid w:val="00FD5D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aylen@mcm.ms"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Josefin Sans SemiBold"/>
        <a:font script="Hebr" typeface="Josefin Sans SemiBold"/>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Josefin Sans SemiBold"/>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1447</Words>
  <Characters>8685</Characters>
  <Application>Microsoft Office Word</Application>
  <DocSecurity>0</DocSecurity>
  <Lines>607</Lines>
  <Paragraphs>310</Paragraphs>
  <ScaleCrop>false</ScaleCrop>
  <HeadingPairs>
    <vt:vector size="2" baseType="variant">
      <vt:variant>
        <vt:lpstr>Title</vt:lpstr>
      </vt:variant>
      <vt:variant>
        <vt:i4>1</vt:i4>
      </vt:variant>
    </vt:vector>
  </HeadingPairs>
  <TitlesOfParts>
    <vt:vector size="1" baseType="lpstr">
      <vt:lpstr>MCM President’s Leadership Circle 2026-2027 Application Packet</vt:lpstr>
    </vt:vector>
  </TitlesOfParts>
  <Manager/>
  <Company/>
  <LinksUpToDate>false</LinksUpToDate>
  <CharactersWithSpaces>9882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MCM President’s Leadership Circle 2026-2027 Application Packet</dc:title>
  <dc:subject>Student application packet</dc:subject>
  <dc:creator>Alex Hagan</dc:creator>
  <cp:keywords>MCM, PLC, application</cp:keywords>
  <dc:description/>
  <cp:lastModifiedBy>Alex Hagan</cp:lastModifiedBy>
  <cp:revision>2</cp:revision>
  <dcterms:created xsi:type="dcterms:W3CDTF">2026-08-28T18:54:00Z</dcterms:created>
  <dcterms:modified xsi:type="dcterms:W3CDTF">2026-08-28T18:54:00Z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fa8904f2-fd2a-49ae-9633-cf5d52642c06</vt:lpwstr>
  </property>
</Properties>
</file>